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2563EB"/>
          <w:sz w:val="44"/>
        </w:rPr>
        <w:t>Bank, Government &amp; Housing Letter Formats</w:t>
      </w:r>
    </w:p>
    <w:p>
      <w:pPr>
        <w:spacing w:after="240"/>
      </w:pPr>
      <w:r>
        <w:rPr>
          <w:b w:val="0"/>
          <w:color w:val="55607A"/>
          <w:sz w:val="22"/>
        </w:rPr>
        <w:t>27 letters for banks, government offices, the police, landlords and housing societies, ready to fill in.</w:t>
      </w:r>
    </w:p>
    <w:p>
      <w:pPr>
        <w:spacing w:after="80"/>
      </w:pPr>
      <w:r>
        <w:rPr>
          <w:b/>
          <w:color w:val="2563EB"/>
          <w:sz w:val="26"/>
        </w:rPr>
        <w:t>How to use this file</w:t>
      </w:r>
    </w:p>
    <w:p>
      <w:pPr>
        <w:pStyle w:val="ListBullet"/>
        <w:spacing w:after="40"/>
      </w:pPr>
      <w:r>
        <w:rPr>
          <w:b w:val="0"/>
          <w:sz w:val="21"/>
        </w:rPr>
        <w:t xml:space="preserve">Replace every yellow </w:t>
      </w:r>
      <w:r>
        <w:rPr>
          <w:b w:val="0"/>
          <w:sz w:val="21"/>
          <w:highlight w:val="yellow"/>
        </w:rPr>
        <w:t>[bracket]</w:t>
      </w:r>
      <w:r>
        <w:rPr>
          <w:b w:val="0"/>
          <w:sz w:val="21"/>
        </w:rPr>
        <w:t xml:space="preserve"> with your own detail, then remove the highlight (Home › Text Highlight Colour › No Colour).</w:t>
      </w:r>
    </w:p>
    <w:p>
      <w:pPr>
        <w:pStyle w:val="ListBullet"/>
        <w:spacing w:after="40"/>
      </w:pPr>
      <w:r>
        <w:rPr>
          <w:b w:val="0"/>
          <w:sz w:val="21"/>
        </w:rPr>
        <w:t>Where two forms are shown (he/she, son/daughter), keep the one that fits and delete the other.</w:t>
      </w:r>
    </w:p>
    <w:p>
      <w:pPr>
        <w:pStyle w:val="ListBullet"/>
        <w:spacing w:after="40"/>
      </w:pPr>
      <w:r>
        <w:rPr>
          <w:b w:val="0"/>
          <w:sz w:val="21"/>
        </w:rPr>
        <w:t>Delete any sentence that does not fit your case. Sign above your name and keep a copy of what you send.</w:t>
      </w:r>
    </w:p>
    <w:p>
      <w:pPr>
        <w:pStyle w:val="ListBullet"/>
        <w:spacing w:after="40"/>
      </w:pPr>
      <w:r>
        <w:rPr>
          <w:b w:val="0"/>
          <w:sz w:val="21"/>
        </w:rPr>
        <w:t>The online letter writer at toolkit.groupchaton.com fills 78 letter types in English or Hindi from a short form.</w:t>
      </w:r>
    </w:p>
    <w:p>
      <w:pPr>
        <w:spacing w:after="120"/>
      </w:pPr>
    </w:p>
    <w:p>
      <w:pPr>
        <w:spacing w:after="80"/>
      </w:pPr>
      <w:r>
        <w:rPr>
          <w:b/>
          <w:color w:val="2563EB"/>
          <w:sz w:val="26"/>
        </w:rPr>
        <w:t>What each office needs to see</w:t>
      </w:r>
    </w:p>
    <w:tbl>
      <w:tblPr>
        <w:tblStyle w:val="TableGrid"/>
        <w:tblW w:type="auto" w:w="0"/>
        <w:tblLook w:firstColumn="1" w:firstRow="1" w:lastColumn="0" w:lastRow="0" w:noHBand="0" w:noVBand="1" w:val="04A0"/>
      </w:tblPr>
      <w:tblGrid>
        <w:gridCol w:w="3213"/>
        <w:gridCol w:w="3213"/>
        <w:gridCol w:w="3213"/>
      </w:tblGrid>
      <w:tr>
        <w:tc>
          <w:tcPr>
            <w:tcW w:type="dxa" w:w="2381"/>
            <w:shd w:val="clear" w:color="auto" w:fill="2563EB"/>
          </w:tcPr>
          <w:p>
            <w:r/>
            <w:r>
              <w:rPr>
                <w:b/>
                <w:color w:val="FFFFFF"/>
                <w:sz w:val="20"/>
              </w:rPr>
              <w:t>Office</w:t>
            </w:r>
          </w:p>
        </w:tc>
        <w:tc>
          <w:tcPr>
            <w:tcW w:type="dxa" w:w="2835"/>
            <w:shd w:val="clear" w:color="auto" w:fill="2563EB"/>
          </w:tcPr>
          <w:p>
            <w:r/>
            <w:r>
              <w:rPr>
                <w:b/>
                <w:color w:val="FFFFFF"/>
                <w:sz w:val="20"/>
              </w:rPr>
              <w:t>Address it to</w:t>
            </w:r>
          </w:p>
        </w:tc>
        <w:tc>
          <w:tcPr>
            <w:tcW w:type="dxa" w:w="4422"/>
            <w:shd w:val="clear" w:color="auto" w:fill="2563EB"/>
          </w:tcPr>
          <w:p>
            <w:r/>
            <w:r>
              <w:rPr>
                <w:b/>
                <w:color w:val="FFFFFF"/>
                <w:sz w:val="20"/>
              </w:rPr>
              <w:t>Always include</w:t>
            </w:r>
          </w:p>
        </w:tc>
      </w:tr>
      <w:tr>
        <w:tc>
          <w:tcPr>
            <w:tcW w:type="dxa" w:w="2381"/>
          </w:tcPr>
          <w:p>
            <w:r>
              <w:rPr>
                <w:sz w:val="20"/>
              </w:rPr>
              <w:t>Bank branch</w:t>
            </w:r>
          </w:p>
        </w:tc>
        <w:tc>
          <w:tcPr>
            <w:tcW w:type="dxa" w:w="2835"/>
          </w:tcPr>
          <w:p>
            <w:r>
              <w:rPr>
                <w:sz w:val="20"/>
              </w:rPr>
              <w:t>The Branch Manager</w:t>
            </w:r>
          </w:p>
        </w:tc>
        <w:tc>
          <w:tcPr>
            <w:tcW w:type="dxa" w:w="4422"/>
          </w:tcPr>
          <w:p>
            <w:r>
              <w:rPr>
                <w:sz w:val="20"/>
              </w:rPr>
              <w:t>Account number, account type, your registered mobile, signature as in bank records</w:t>
            </w:r>
          </w:p>
        </w:tc>
      </w:tr>
      <w:tr>
        <w:tc>
          <w:tcPr>
            <w:tcW w:type="dxa" w:w="2381"/>
          </w:tcPr>
          <w:p>
            <w:r>
              <w:rPr>
                <w:sz w:val="20"/>
              </w:rPr>
              <w:t>Municipal corporation / council</w:t>
            </w:r>
          </w:p>
        </w:tc>
        <w:tc>
          <w:tcPr>
            <w:tcW w:type="dxa" w:w="2835"/>
          </w:tcPr>
          <w:p>
            <w:r>
              <w:rPr>
                <w:sz w:val="20"/>
              </w:rPr>
              <w:t>The Municipal Commissioner or Executive Engineer</w:t>
            </w:r>
          </w:p>
        </w:tc>
        <w:tc>
          <w:tcPr>
            <w:tcW w:type="dxa" w:w="4422"/>
          </w:tcPr>
          <w:p>
            <w:r>
              <w:rPr>
                <w:sz w:val="20"/>
              </w:rPr>
              <w:t>Exact locality and ward, since when the problem exists, photos if possible</w:t>
            </w:r>
          </w:p>
        </w:tc>
      </w:tr>
      <w:tr>
        <w:tc>
          <w:tcPr>
            <w:tcW w:type="dxa" w:w="2381"/>
          </w:tcPr>
          <w:p>
            <w:r>
              <w:rPr>
                <w:sz w:val="20"/>
              </w:rPr>
              <w:t>Electricity / water department</w:t>
            </w:r>
          </w:p>
        </w:tc>
        <w:tc>
          <w:tcPr>
            <w:tcW w:type="dxa" w:w="2835"/>
          </w:tcPr>
          <w:p>
            <w:r>
              <w:rPr>
                <w:sz w:val="20"/>
              </w:rPr>
              <w:t>The Assistant Engineer / SDO or Executive Engineer</w:t>
            </w:r>
          </w:p>
        </w:tc>
        <w:tc>
          <w:tcPr>
            <w:tcW w:type="dxa" w:w="4422"/>
          </w:tcPr>
          <w:p>
            <w:r>
              <w:rPr>
                <w:sz w:val="20"/>
              </w:rPr>
              <w:t>Consumer or connection number, copy of the latest bill</w:t>
            </w:r>
          </w:p>
        </w:tc>
      </w:tr>
      <w:tr>
        <w:tc>
          <w:tcPr>
            <w:tcW w:type="dxa" w:w="2381"/>
          </w:tcPr>
          <w:p>
            <w:r>
              <w:rPr>
                <w:sz w:val="20"/>
              </w:rPr>
              <w:t>Any public authority (RTI)</w:t>
            </w:r>
          </w:p>
        </w:tc>
        <w:tc>
          <w:tcPr>
            <w:tcW w:type="dxa" w:w="2835"/>
          </w:tcPr>
          <w:p>
            <w:r>
              <w:rPr>
                <w:sz w:val="20"/>
              </w:rPr>
              <w:t>The Public Information Officer</w:t>
            </w:r>
          </w:p>
        </w:tc>
        <w:tc>
          <w:tcPr>
            <w:tcW w:type="dxa" w:w="4422"/>
          </w:tcPr>
          <w:p>
            <w:r>
              <w:rPr>
                <w:sz w:val="20"/>
              </w:rPr>
              <w:t>Clear numbered questions, the period, the ₹10 fee details (or BPL proof)</w:t>
            </w:r>
          </w:p>
        </w:tc>
      </w:tr>
      <w:tr>
        <w:tc>
          <w:tcPr>
            <w:tcW w:type="dxa" w:w="2381"/>
          </w:tcPr>
          <w:p>
            <w:r>
              <w:rPr>
                <w:sz w:val="20"/>
              </w:rPr>
              <w:t>Police station</w:t>
            </w:r>
          </w:p>
        </w:tc>
        <w:tc>
          <w:tcPr>
            <w:tcW w:type="dxa" w:w="2835"/>
          </w:tcPr>
          <w:p>
            <w:r>
              <w:rPr>
                <w:sz w:val="20"/>
              </w:rPr>
              <w:t>The Station House Officer (SHO)</w:t>
            </w:r>
          </w:p>
        </w:tc>
        <w:tc>
          <w:tcPr>
            <w:tcW w:type="dxa" w:w="4422"/>
          </w:tcPr>
          <w:p>
            <w:r>
              <w:rPr>
                <w:sz w:val="20"/>
              </w:rPr>
              <w:t>Date, time and place, description and value of the item, your ID</w:t>
            </w:r>
          </w:p>
        </w:tc>
      </w:tr>
      <w:tr>
        <w:tc>
          <w:tcPr>
            <w:tcW w:type="dxa" w:w="2381"/>
          </w:tcPr>
          <w:p>
            <w:r>
              <w:rPr>
                <w:sz w:val="20"/>
              </w:rPr>
              <w:t>Passport office / Aadhaar centre</w:t>
            </w:r>
          </w:p>
        </w:tc>
        <w:tc>
          <w:tcPr>
            <w:tcW w:type="dxa" w:w="2835"/>
          </w:tcPr>
          <w:p>
            <w:r>
              <w:rPr>
                <w:sz w:val="20"/>
              </w:rPr>
              <w:t>The Passport Officer / Officer-in-charge</w:t>
            </w:r>
          </w:p>
        </w:tc>
        <w:tc>
          <w:tcPr>
            <w:tcW w:type="dxa" w:w="4422"/>
          </w:tcPr>
          <w:p>
            <w:r>
              <w:rPr>
                <w:sz w:val="20"/>
              </w:rPr>
              <w:t>ARN or last 4 digits of Aadhaar, list of self-attested documents</w:t>
            </w:r>
          </w:p>
        </w:tc>
      </w:tr>
      <w:tr>
        <w:tc>
          <w:tcPr>
            <w:tcW w:type="dxa" w:w="2381"/>
          </w:tcPr>
          <w:p>
            <w:r>
              <w:rPr>
                <w:sz w:val="20"/>
              </w:rPr>
              <w:t>Landlord / housing society</w:t>
            </w:r>
          </w:p>
        </w:tc>
        <w:tc>
          <w:tcPr>
            <w:tcW w:type="dxa" w:w="2835"/>
          </w:tcPr>
          <w:p>
            <w:r>
              <w:rPr>
                <w:sz w:val="20"/>
              </w:rPr>
              <w:t>The landlord by name / The Secretary</w:t>
            </w:r>
          </w:p>
        </w:tc>
        <w:tc>
          <w:tcPr>
            <w:tcW w:type="dxa" w:w="4422"/>
          </w:tcPr>
          <w:p>
            <w:r>
              <w:rPr>
                <w:sz w:val="20"/>
              </w:rPr>
              <w:t>Property or flat number, dates, amounts, what the rent agreement says</w:t>
            </w:r>
          </w:p>
        </w:tc>
      </w:tr>
    </w:tbl>
    <w:p>
      <w:pPr>
        <w:spacing w:after="40"/>
      </w:pPr>
    </w:p>
    <w:p>
      <w:pPr>
        <w:spacing w:after="80"/>
      </w:pPr>
    </w:p>
    <w:p>
      <w:pPr>
        <w:spacing w:after="80"/>
      </w:pPr>
      <w:r>
        <w:rPr>
          <w:b/>
          <w:color w:val="2563EB"/>
          <w:sz w:val="26"/>
        </w:rPr>
        <w:t>In this file</w:t>
      </w:r>
    </w:p>
    <w:tbl>
      <w:tblPr>
        <w:tblStyle w:val="TableGrid"/>
        <w:tblW w:type="auto" w:w="0"/>
        <w:tblLook w:firstColumn="1" w:firstRow="1" w:lastColumn="0" w:lastRow="0" w:noHBand="0" w:noVBand="1" w:val="04A0"/>
      </w:tblPr>
      <w:tblGrid>
        <w:gridCol w:w="4819"/>
        <w:gridCol w:w="4819"/>
      </w:tblGrid>
      <w:tr>
        <w:tc>
          <w:tcPr>
            <w:tcW w:type="dxa" w:w="680"/>
          </w:tcPr>
          <w:p>
            <w:r>
              <w:rPr>
                <w:sz w:val="20"/>
              </w:rPr>
              <w:t>1</w:t>
            </w:r>
          </w:p>
        </w:tc>
        <w:tc>
          <w:tcPr>
            <w:tcW w:type="dxa" w:w="8787"/>
          </w:tcPr>
          <w:p>
            <w:r/>
            <w:r>
              <w:rPr>
                <w:b w:val="0"/>
                <w:sz w:val="20"/>
              </w:rPr>
              <w:t>Bank account closure</w:t>
            </w:r>
          </w:p>
        </w:tc>
      </w:tr>
      <w:tr>
        <w:tc>
          <w:tcPr>
            <w:tcW w:type="dxa" w:w="680"/>
          </w:tcPr>
          <w:p>
            <w:r>
              <w:rPr>
                <w:sz w:val="20"/>
              </w:rPr>
              <w:t>2</w:t>
            </w:r>
          </w:p>
        </w:tc>
        <w:tc>
          <w:tcPr>
            <w:tcW w:type="dxa" w:w="8787"/>
          </w:tcPr>
          <w:p>
            <w:r/>
            <w:r>
              <w:rPr>
                <w:b w:val="0"/>
                <w:sz w:val="20"/>
              </w:rPr>
              <w:t>Change of address in bank account</w:t>
            </w:r>
          </w:p>
        </w:tc>
      </w:tr>
      <w:tr>
        <w:tc>
          <w:tcPr>
            <w:tcW w:type="dxa" w:w="680"/>
          </w:tcPr>
          <w:p>
            <w:r>
              <w:rPr>
                <w:sz w:val="20"/>
              </w:rPr>
              <w:t>3</w:t>
            </w:r>
          </w:p>
        </w:tc>
        <w:tc>
          <w:tcPr>
            <w:tcW w:type="dxa" w:w="8787"/>
          </w:tcPr>
          <w:p>
            <w:r/>
            <w:r>
              <w:rPr>
                <w:b w:val="0"/>
                <w:sz w:val="20"/>
              </w:rPr>
              <w:t>New cheque book request</w:t>
            </w:r>
          </w:p>
        </w:tc>
      </w:tr>
      <w:tr>
        <w:tc>
          <w:tcPr>
            <w:tcW w:type="dxa" w:w="680"/>
          </w:tcPr>
          <w:p>
            <w:r>
              <w:rPr>
                <w:sz w:val="20"/>
              </w:rPr>
              <w:t>4</w:t>
            </w:r>
          </w:p>
        </w:tc>
        <w:tc>
          <w:tcPr>
            <w:tcW w:type="dxa" w:w="8787"/>
          </w:tcPr>
          <w:p>
            <w:r/>
            <w:r>
              <w:rPr>
                <w:b w:val="0"/>
                <w:sz w:val="20"/>
              </w:rPr>
              <w:t>Bank statement request</w:t>
            </w:r>
          </w:p>
        </w:tc>
      </w:tr>
      <w:tr>
        <w:tc>
          <w:tcPr>
            <w:tcW w:type="dxa" w:w="680"/>
          </w:tcPr>
          <w:p>
            <w:r>
              <w:rPr>
                <w:sz w:val="20"/>
              </w:rPr>
              <w:t>5</w:t>
            </w:r>
          </w:p>
        </w:tc>
        <w:tc>
          <w:tcPr>
            <w:tcW w:type="dxa" w:w="8787"/>
          </w:tcPr>
          <w:p>
            <w:r/>
            <w:r>
              <w:rPr>
                <w:b w:val="0"/>
                <w:sz w:val="20"/>
              </w:rPr>
              <w:t>Loan application</w:t>
            </w:r>
          </w:p>
        </w:tc>
      </w:tr>
      <w:tr>
        <w:tc>
          <w:tcPr>
            <w:tcW w:type="dxa" w:w="680"/>
          </w:tcPr>
          <w:p>
            <w:r>
              <w:rPr>
                <w:sz w:val="20"/>
              </w:rPr>
              <w:t>6</w:t>
            </w:r>
          </w:p>
        </w:tc>
        <w:tc>
          <w:tcPr>
            <w:tcW w:type="dxa" w:w="8787"/>
          </w:tcPr>
          <w:p>
            <w:r/>
            <w:r>
              <w:rPr>
                <w:b w:val="0"/>
                <w:sz w:val="20"/>
              </w:rPr>
              <w:t>Block lost ATM / debit card</w:t>
            </w:r>
          </w:p>
        </w:tc>
      </w:tr>
      <w:tr>
        <w:tc>
          <w:tcPr>
            <w:tcW w:type="dxa" w:w="680"/>
          </w:tcPr>
          <w:p>
            <w:r>
              <w:rPr>
                <w:sz w:val="20"/>
              </w:rPr>
              <w:t>7</w:t>
            </w:r>
          </w:p>
        </w:tc>
        <w:tc>
          <w:tcPr>
            <w:tcW w:type="dxa" w:w="8787"/>
          </w:tcPr>
          <w:p>
            <w:r/>
            <w:r>
              <w:rPr>
                <w:b w:val="0"/>
                <w:sz w:val="20"/>
              </w:rPr>
              <w:t>Stop payment of a cheque</w:t>
            </w:r>
          </w:p>
        </w:tc>
      </w:tr>
      <w:tr>
        <w:tc>
          <w:tcPr>
            <w:tcW w:type="dxa" w:w="680"/>
          </w:tcPr>
          <w:p>
            <w:r>
              <w:rPr>
                <w:sz w:val="20"/>
              </w:rPr>
              <w:t>8</w:t>
            </w:r>
          </w:p>
        </w:tc>
        <w:tc>
          <w:tcPr>
            <w:tcW w:type="dxa" w:w="8787"/>
          </w:tcPr>
          <w:p>
            <w:r/>
            <w:r>
              <w:rPr>
                <w:b w:val="0"/>
                <w:sz w:val="20"/>
              </w:rPr>
              <w:t>Change of registered mobile number</w:t>
            </w:r>
          </w:p>
        </w:tc>
      </w:tr>
      <w:tr>
        <w:tc>
          <w:tcPr>
            <w:tcW w:type="dxa" w:w="680"/>
          </w:tcPr>
          <w:p>
            <w:r>
              <w:rPr>
                <w:sz w:val="20"/>
              </w:rPr>
              <w:t>9</w:t>
            </w:r>
          </w:p>
        </w:tc>
        <w:tc>
          <w:tcPr>
            <w:tcW w:type="dxa" w:w="8787"/>
          </w:tcPr>
          <w:p>
            <w:r/>
            <w:r>
              <w:rPr>
                <w:b w:val="0"/>
                <w:sz w:val="20"/>
              </w:rPr>
              <w:t>Add or change nominee in bank account</w:t>
            </w:r>
          </w:p>
        </w:tc>
      </w:tr>
      <w:tr>
        <w:tc>
          <w:tcPr>
            <w:tcW w:type="dxa" w:w="680"/>
          </w:tcPr>
          <w:p>
            <w:r>
              <w:rPr>
                <w:sz w:val="20"/>
              </w:rPr>
              <w:t>10</w:t>
            </w:r>
          </w:p>
        </w:tc>
        <w:tc>
          <w:tcPr>
            <w:tcW w:type="dxa" w:w="8787"/>
          </w:tcPr>
          <w:p>
            <w:r/>
            <w:r>
              <w:rPr>
                <w:b w:val="0"/>
                <w:sz w:val="20"/>
              </w:rPr>
              <w:t>Complaint about money debited in a failed transaction</w:t>
            </w:r>
          </w:p>
        </w:tc>
      </w:tr>
      <w:tr>
        <w:tc>
          <w:tcPr>
            <w:tcW w:type="dxa" w:w="680"/>
          </w:tcPr>
          <w:p>
            <w:r>
              <w:rPr>
                <w:sz w:val="20"/>
              </w:rPr>
              <w:t>11</w:t>
            </w:r>
          </w:p>
        </w:tc>
        <w:tc>
          <w:tcPr>
            <w:tcW w:type="dxa" w:w="8787"/>
          </w:tcPr>
          <w:p>
            <w:r/>
            <w:r>
              <w:rPr>
                <w:b w:val="0"/>
                <w:sz w:val="20"/>
              </w:rPr>
              <w:t>NOC and documents after loan closure</w:t>
            </w:r>
          </w:p>
        </w:tc>
      </w:tr>
      <w:tr>
        <w:tc>
          <w:tcPr>
            <w:tcW w:type="dxa" w:w="680"/>
          </w:tcPr>
          <w:p>
            <w:r>
              <w:rPr>
                <w:sz w:val="20"/>
              </w:rPr>
              <w:t>12</w:t>
            </w:r>
          </w:p>
        </w:tc>
        <w:tc>
          <w:tcPr>
            <w:tcW w:type="dxa" w:w="8787"/>
          </w:tcPr>
          <w:p>
            <w:r/>
            <w:r>
              <w:rPr>
                <w:b w:val="0"/>
                <w:sz w:val="20"/>
              </w:rPr>
              <w:t>Complaint about garbage and blocked drains</w:t>
            </w:r>
          </w:p>
        </w:tc>
      </w:tr>
      <w:tr>
        <w:tc>
          <w:tcPr>
            <w:tcW w:type="dxa" w:w="680"/>
          </w:tcPr>
          <w:p>
            <w:r>
              <w:rPr>
                <w:sz w:val="20"/>
              </w:rPr>
              <w:t>13</w:t>
            </w:r>
          </w:p>
        </w:tc>
        <w:tc>
          <w:tcPr>
            <w:tcW w:type="dxa" w:w="8787"/>
          </w:tcPr>
          <w:p>
            <w:r/>
            <w:r>
              <w:rPr>
                <w:b w:val="0"/>
                <w:sz w:val="20"/>
              </w:rPr>
              <w:t>Road repair or street light complaint</w:t>
            </w:r>
          </w:p>
        </w:tc>
      </w:tr>
      <w:tr>
        <w:tc>
          <w:tcPr>
            <w:tcW w:type="dxa" w:w="680"/>
          </w:tcPr>
          <w:p>
            <w:r>
              <w:rPr>
                <w:sz w:val="20"/>
              </w:rPr>
              <w:t>14</w:t>
            </w:r>
          </w:p>
        </w:tc>
        <w:tc>
          <w:tcPr>
            <w:tcW w:type="dxa" w:w="8787"/>
          </w:tcPr>
          <w:p>
            <w:r/>
            <w:r>
              <w:rPr>
                <w:b w:val="0"/>
                <w:sz w:val="20"/>
              </w:rPr>
              <w:t>Water supply complaint</w:t>
            </w:r>
          </w:p>
        </w:tc>
      </w:tr>
      <w:tr>
        <w:tc>
          <w:tcPr>
            <w:tcW w:type="dxa" w:w="680"/>
          </w:tcPr>
          <w:p>
            <w:r>
              <w:rPr>
                <w:sz w:val="20"/>
              </w:rPr>
              <w:t>15</w:t>
            </w:r>
          </w:p>
        </w:tc>
        <w:tc>
          <w:tcPr>
            <w:tcW w:type="dxa" w:w="8787"/>
          </w:tcPr>
          <w:p>
            <w:r/>
            <w:r>
              <w:rPr>
                <w:b w:val="0"/>
                <w:sz w:val="20"/>
              </w:rPr>
              <w:t>Electricity complaint (power cuts, bill, meter)</w:t>
            </w:r>
          </w:p>
        </w:tc>
      </w:tr>
      <w:tr>
        <w:tc>
          <w:tcPr>
            <w:tcW w:type="dxa" w:w="680"/>
          </w:tcPr>
          <w:p>
            <w:r>
              <w:rPr>
                <w:sz w:val="20"/>
              </w:rPr>
              <w:t>16</w:t>
            </w:r>
          </w:p>
        </w:tc>
        <w:tc>
          <w:tcPr>
            <w:tcW w:type="dxa" w:w="8787"/>
          </w:tcPr>
          <w:p>
            <w:r/>
            <w:r>
              <w:rPr>
                <w:b w:val="0"/>
                <w:sz w:val="20"/>
              </w:rPr>
              <w:t>RTI application (Right to Information)</w:t>
            </w:r>
          </w:p>
        </w:tc>
      </w:tr>
      <w:tr>
        <w:tc>
          <w:tcPr>
            <w:tcW w:type="dxa" w:w="680"/>
          </w:tcPr>
          <w:p>
            <w:r>
              <w:rPr>
                <w:sz w:val="20"/>
              </w:rPr>
              <w:t>17</w:t>
            </w:r>
          </w:p>
        </w:tc>
        <w:tc>
          <w:tcPr>
            <w:tcW w:type="dxa" w:w="8787"/>
          </w:tcPr>
          <w:p>
            <w:r/>
            <w:r>
              <w:rPr>
                <w:b w:val="0"/>
                <w:sz w:val="20"/>
              </w:rPr>
              <w:t>Theft complaint to police (FIR request)</w:t>
            </w:r>
          </w:p>
        </w:tc>
      </w:tr>
      <w:tr>
        <w:tc>
          <w:tcPr>
            <w:tcW w:type="dxa" w:w="680"/>
          </w:tcPr>
          <w:p>
            <w:r>
              <w:rPr>
                <w:sz w:val="20"/>
              </w:rPr>
              <w:t>18</w:t>
            </w:r>
          </w:p>
        </w:tc>
        <w:tc>
          <w:tcPr>
            <w:tcW w:type="dxa" w:w="8787"/>
          </w:tcPr>
          <w:p>
            <w:r/>
            <w:r>
              <w:rPr>
                <w:b w:val="0"/>
                <w:sz w:val="20"/>
              </w:rPr>
              <w:t>Lost documents or mobile report to police</w:t>
            </w:r>
          </w:p>
        </w:tc>
      </w:tr>
      <w:tr>
        <w:tc>
          <w:tcPr>
            <w:tcW w:type="dxa" w:w="680"/>
          </w:tcPr>
          <w:p>
            <w:r>
              <w:rPr>
                <w:sz w:val="20"/>
              </w:rPr>
              <w:t>19</w:t>
            </w:r>
          </w:p>
        </w:tc>
        <w:tc>
          <w:tcPr>
            <w:tcW w:type="dxa" w:w="8787"/>
          </w:tcPr>
          <w:p>
            <w:r/>
            <w:r>
              <w:rPr>
                <w:b w:val="0"/>
                <w:sz w:val="20"/>
              </w:rPr>
              <w:t>Passport address proof covering letter</w:t>
            </w:r>
          </w:p>
        </w:tc>
      </w:tr>
      <w:tr>
        <w:tc>
          <w:tcPr>
            <w:tcW w:type="dxa" w:w="680"/>
          </w:tcPr>
          <w:p>
            <w:r>
              <w:rPr>
                <w:sz w:val="20"/>
              </w:rPr>
              <w:t>20</w:t>
            </w:r>
          </w:p>
        </w:tc>
        <w:tc>
          <w:tcPr>
            <w:tcW w:type="dxa" w:w="8787"/>
          </w:tcPr>
          <w:p>
            <w:r/>
            <w:r>
              <w:rPr>
                <w:b w:val="0"/>
                <w:sz w:val="20"/>
              </w:rPr>
              <w:t>Aadhaar address update covering letter</w:t>
            </w:r>
          </w:p>
        </w:tc>
      </w:tr>
      <w:tr>
        <w:tc>
          <w:tcPr>
            <w:tcW w:type="dxa" w:w="680"/>
          </w:tcPr>
          <w:p>
            <w:r>
              <w:rPr>
                <w:sz w:val="20"/>
              </w:rPr>
              <w:t>21</w:t>
            </w:r>
          </w:p>
        </w:tc>
        <w:tc>
          <w:tcPr>
            <w:tcW w:type="dxa" w:w="8787"/>
          </w:tcPr>
          <w:p>
            <w:r/>
            <w:r>
              <w:rPr>
                <w:b w:val="0"/>
                <w:sz w:val="20"/>
              </w:rPr>
              <w:t>Repair request to landlord</w:t>
            </w:r>
          </w:p>
        </w:tc>
      </w:tr>
      <w:tr>
        <w:tc>
          <w:tcPr>
            <w:tcW w:type="dxa" w:w="680"/>
          </w:tcPr>
          <w:p>
            <w:r>
              <w:rPr>
                <w:sz w:val="20"/>
              </w:rPr>
              <w:t>22</w:t>
            </w:r>
          </w:p>
        </w:tc>
        <w:tc>
          <w:tcPr>
            <w:tcW w:type="dxa" w:w="8787"/>
          </w:tcPr>
          <w:p>
            <w:r/>
            <w:r>
              <w:rPr>
                <w:b w:val="0"/>
                <w:sz w:val="20"/>
              </w:rPr>
              <w:t>Notice to vacate (tenant to landlord)</w:t>
            </w:r>
          </w:p>
        </w:tc>
      </w:tr>
      <w:tr>
        <w:tc>
          <w:tcPr>
            <w:tcW w:type="dxa" w:w="680"/>
          </w:tcPr>
          <w:p>
            <w:r>
              <w:rPr>
                <w:sz w:val="20"/>
              </w:rPr>
              <w:t>23</w:t>
            </w:r>
          </w:p>
        </w:tc>
        <w:tc>
          <w:tcPr>
            <w:tcW w:type="dxa" w:w="8787"/>
          </w:tcPr>
          <w:p>
            <w:r/>
            <w:r>
              <w:rPr>
                <w:b w:val="0"/>
                <w:sz w:val="20"/>
              </w:rPr>
              <w:t>Security deposit refund request</w:t>
            </w:r>
          </w:p>
        </w:tc>
      </w:tr>
      <w:tr>
        <w:tc>
          <w:tcPr>
            <w:tcW w:type="dxa" w:w="680"/>
          </w:tcPr>
          <w:p>
            <w:r>
              <w:rPr>
                <w:sz w:val="20"/>
              </w:rPr>
              <w:t>24</w:t>
            </w:r>
          </w:p>
        </w:tc>
        <w:tc>
          <w:tcPr>
            <w:tcW w:type="dxa" w:w="8787"/>
          </w:tcPr>
          <w:p>
            <w:r/>
            <w:r>
              <w:rPr>
                <w:b w:val="0"/>
                <w:sz w:val="20"/>
              </w:rPr>
              <w:t>Rent increase notice (landlord to tenant)</w:t>
            </w:r>
          </w:p>
        </w:tc>
      </w:tr>
      <w:tr>
        <w:tc>
          <w:tcPr>
            <w:tcW w:type="dxa" w:w="680"/>
          </w:tcPr>
          <w:p>
            <w:r>
              <w:rPr>
                <w:sz w:val="20"/>
              </w:rPr>
              <w:t>25</w:t>
            </w:r>
          </w:p>
        </w:tc>
        <w:tc>
          <w:tcPr>
            <w:tcW w:type="dxa" w:w="8787"/>
          </w:tcPr>
          <w:p>
            <w:r/>
            <w:r>
              <w:rPr>
                <w:b w:val="0"/>
                <w:sz w:val="20"/>
              </w:rPr>
              <w:t>Rent payment reminder (landlord to tenant)</w:t>
            </w:r>
          </w:p>
        </w:tc>
      </w:tr>
      <w:tr>
        <w:tc>
          <w:tcPr>
            <w:tcW w:type="dxa" w:w="680"/>
          </w:tcPr>
          <w:p>
            <w:r>
              <w:rPr>
                <w:sz w:val="20"/>
              </w:rPr>
              <w:t>26</w:t>
            </w:r>
          </w:p>
        </w:tc>
        <w:tc>
          <w:tcPr>
            <w:tcW w:type="dxa" w:w="8787"/>
          </w:tcPr>
          <w:p>
            <w:r/>
            <w:r>
              <w:rPr>
                <w:b w:val="0"/>
                <w:sz w:val="20"/>
              </w:rPr>
              <w:t>Complaint to housing society / RWA</w:t>
            </w:r>
          </w:p>
        </w:tc>
      </w:tr>
      <w:tr>
        <w:tc>
          <w:tcPr>
            <w:tcW w:type="dxa" w:w="680"/>
          </w:tcPr>
          <w:p>
            <w:r>
              <w:rPr>
                <w:sz w:val="20"/>
              </w:rPr>
              <w:t>27</w:t>
            </w:r>
          </w:p>
        </w:tc>
        <w:tc>
          <w:tcPr>
            <w:tcW w:type="dxa" w:w="8787"/>
          </w:tcPr>
          <w:p>
            <w:r/>
            <w:r>
              <w:rPr>
                <w:b w:val="0"/>
                <w:sz w:val="20"/>
              </w:rPr>
              <w:t>NOC request from housing society</w:t>
            </w:r>
          </w:p>
        </w:tc>
      </w:tr>
    </w:tbl>
    <w:p>
      <w:pPr>
        <w:spacing w:after="80"/>
      </w:pPr>
    </w:p>
    <w:p>
      <w:r>
        <w:br w:type="page"/>
      </w:r>
    </w:p>
    <w:p>
      <w:pPr>
        <w:spacing w:after="40"/>
      </w:pPr>
      <w:r>
        <w:rPr>
          <w:b/>
          <w:color w:val="2563EB"/>
          <w:sz w:val="28"/>
        </w:rPr>
        <w:t>1. Bank account closure</w:t>
      </w:r>
    </w:p>
    <w:p>
      <w:pPr>
        <w:spacing w:after="200"/>
      </w:pPr>
      <w:r>
        <w:rPr>
          <w:b w:val="0"/>
          <w:color w:val="55607A"/>
          <w:sz w:val="18"/>
        </w:rPr>
        <w:t>Fill in: Account number, Account type, Reason, Move the balance to account no.</w:t>
      </w:r>
    </w:p>
    <w:p>
      <w:pPr>
        <w:spacing w:after="160"/>
      </w:pPr>
      <w:r>
        <w:rPr>
          <w:b w:val="0"/>
        </w:rPr>
        <w:t xml:space="preserve">Date: </w:t>
      </w:r>
      <w:r>
        <w:rPr>
          <w:b w:val="0"/>
          <w:highlight w:val="yellow"/>
        </w:rPr>
        <w:t>[DD-MM-YYYY]</w:t>
      </w:r>
    </w:p>
    <w:p>
      <w:pPr>
        <w:spacing w:after="160"/>
      </w:pPr>
      <w:r>
        <w:rPr>
          <w:b w:val="0"/>
        </w:rPr>
        <w:t>To,</w:t>
      </w:r>
      <w:r>
        <w:br/>
      </w:r>
      <w:r>
        <w:rPr>
          <w:b w:val="0"/>
        </w:rPr>
        <w:t>The Branch Manager</w:t>
      </w:r>
      <w:r>
        <w:br/>
      </w:r>
      <w:r>
        <w:rPr>
          <w:b w:val="0"/>
          <w:highlight w:val="yellow"/>
        </w:rPr>
        <w:t>[Bank name]</w:t>
      </w:r>
      <w:r>
        <w:br/>
      </w:r>
      <w:r>
        <w:rPr>
          <w:b w:val="0"/>
          <w:highlight w:val="yellow"/>
        </w:rPr>
        <w:t>[City]</w:t>
      </w:r>
    </w:p>
    <w:p>
      <w:pPr>
        <w:spacing w:after="160"/>
      </w:pPr>
      <w:r>
        <w:rPr>
          <w:b/>
        </w:rPr>
        <w:t xml:space="preserve">Subject: Request to close my </w:t>
      </w:r>
      <w:r>
        <w:rPr>
          <w:b/>
          <w:highlight w:val="yellow"/>
        </w:rPr>
        <w:t>[savings / current]</w:t>
      </w:r>
      <w:r>
        <w:rPr>
          <w:b/>
        </w:rPr>
        <w:t xml:space="preserve"> account No. </w:t>
      </w:r>
      <w:r>
        <w:rPr>
          <w:b/>
          <w:highlight w:val="yellow"/>
        </w:rPr>
        <w:t>[Account number]</w:t>
      </w:r>
    </w:p>
    <w:p>
      <w:pPr>
        <w:spacing w:after="160"/>
      </w:pPr>
      <w:r>
        <w:rPr>
          <w:b w:val="0"/>
        </w:rPr>
        <w:t>Dear Sir/Madam,</w:t>
      </w:r>
    </w:p>
    <w:p>
      <w:pPr>
        <w:spacing w:after="160"/>
      </w:pPr>
      <w:r>
        <w:rPr>
          <w:b w:val="0"/>
        </w:rPr>
        <w:t xml:space="preserve">I hold a </w:t>
      </w:r>
      <w:r>
        <w:rPr>
          <w:b w:val="0"/>
          <w:highlight w:val="yellow"/>
        </w:rPr>
        <w:t>[savings / current]</w:t>
      </w:r>
      <w:r>
        <w:rPr>
          <w:b w:val="0"/>
        </w:rPr>
        <w:t xml:space="preserve"> account, No. </w:t>
      </w:r>
      <w:r>
        <w:rPr>
          <w:b w:val="0"/>
          <w:highlight w:val="yellow"/>
        </w:rPr>
        <w:t>[Account number]</w:t>
      </w:r>
      <w:r>
        <w:rPr>
          <w:b w:val="0"/>
        </w:rPr>
        <w:t xml:space="preserve">, at your branch. I wish to close this account as </w:t>
      </w:r>
      <w:r>
        <w:rPr>
          <w:b w:val="0"/>
          <w:highlight w:val="yellow"/>
        </w:rPr>
        <w:t>[Reason]</w:t>
      </w:r>
      <w:r>
        <w:rPr>
          <w:b w:val="0"/>
        </w:rPr>
        <w:t>.</w:t>
      </w:r>
    </w:p>
    <w:p>
      <w:pPr>
        <w:spacing w:after="160"/>
      </w:pPr>
      <w:r>
        <w:rPr>
          <w:b w:val="0"/>
        </w:rPr>
        <w:t xml:space="preserve">Kindly close the account and pay me the remaining balance by transfer to my account No. </w:t>
      </w:r>
      <w:r>
        <w:rPr>
          <w:b w:val="0"/>
          <w:highlight w:val="yellow"/>
        </w:rPr>
        <w:t>[Move the balance to account no.]</w:t>
      </w:r>
      <w:r>
        <w:rPr>
          <w:b w:val="0"/>
        </w:rPr>
        <w:t>. I am returning the unused cheque leaves and my debit card with this letter.</w:t>
      </w:r>
    </w:p>
    <w:p>
      <w:pPr>
        <w:spacing w:after="160"/>
      </w:pPr>
      <w:r>
        <w:rPr>
          <w:b w:val="0"/>
        </w:rPr>
        <w:t>A self-attested copy of my identity proof is attached.</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A/c No.: </w:t>
      </w:r>
      <w:r>
        <w:rPr>
          <w:b w:val="0"/>
          <w:highlight w:val="yellow"/>
        </w:rPr>
        <w:t>[ ]</w:t>
      </w:r>
    </w:p>
    <w:p>
      <w:pPr>
        <w:spacing w:after="80"/>
      </w:pPr>
      <w:r>
        <w:rPr>
          <w:b w:val="0"/>
          <w:sz w:val="19"/>
        </w:rPr>
        <w:t>Enclosures:</w:t>
      </w:r>
      <w:r>
        <w:br/>
      </w:r>
      <w:r>
        <w:rPr>
          <w:b w:val="0"/>
          <w:sz w:val="19"/>
        </w:rPr>
        <w:t>1. Unused cheque leaves</w:t>
      </w:r>
      <w:r>
        <w:br/>
      </w:r>
      <w:r>
        <w:rPr>
          <w:b w:val="0"/>
          <w:sz w:val="19"/>
        </w:rPr>
        <w:t>2. Debit card</w:t>
      </w:r>
      <w:r>
        <w:br/>
      </w:r>
      <w:r>
        <w:rPr>
          <w:b w:val="0"/>
          <w:sz w:val="19"/>
        </w:rPr>
        <w:t>3. Copy of ID proof</w:t>
      </w:r>
    </w:p>
    <w:p>
      <w:r>
        <w:br w:type="page"/>
      </w:r>
    </w:p>
    <w:p>
      <w:pPr>
        <w:spacing w:after="40"/>
      </w:pPr>
      <w:r>
        <w:rPr>
          <w:b/>
          <w:color w:val="2563EB"/>
          <w:sz w:val="28"/>
        </w:rPr>
        <w:t>2. Change of address in bank account</w:t>
      </w:r>
    </w:p>
    <w:p>
      <w:pPr>
        <w:spacing w:after="200"/>
      </w:pPr>
      <w:r>
        <w:rPr>
          <w:b w:val="0"/>
          <w:color w:val="55607A"/>
          <w:sz w:val="18"/>
        </w:rPr>
        <w:t>Fill in: Account number, New address</w:t>
      </w:r>
    </w:p>
    <w:p>
      <w:pPr>
        <w:spacing w:after="160"/>
      </w:pPr>
      <w:r>
        <w:rPr>
          <w:b w:val="0"/>
        </w:rPr>
        <w:t xml:space="preserve">Date: </w:t>
      </w:r>
      <w:r>
        <w:rPr>
          <w:b w:val="0"/>
          <w:highlight w:val="yellow"/>
        </w:rPr>
        <w:t>[DD-MM-YYYY]</w:t>
      </w:r>
    </w:p>
    <w:p>
      <w:pPr>
        <w:spacing w:after="160"/>
      </w:pPr>
      <w:r>
        <w:rPr>
          <w:b w:val="0"/>
        </w:rPr>
        <w:t>To,</w:t>
      </w:r>
      <w:r>
        <w:br/>
      </w:r>
      <w:r>
        <w:rPr>
          <w:b w:val="0"/>
        </w:rPr>
        <w:t>The Branch Manager</w:t>
      </w:r>
      <w:r>
        <w:br/>
      </w:r>
      <w:r>
        <w:rPr>
          <w:b w:val="0"/>
          <w:highlight w:val="yellow"/>
        </w:rPr>
        <w:t>[Bank name]</w:t>
      </w:r>
      <w:r>
        <w:br/>
      </w:r>
      <w:r>
        <w:rPr>
          <w:b w:val="0"/>
          <w:highlight w:val="yellow"/>
        </w:rPr>
        <w:t>[City]</w:t>
      </w:r>
    </w:p>
    <w:p>
      <w:pPr>
        <w:spacing w:after="160"/>
      </w:pPr>
      <w:r>
        <w:rPr>
          <w:b/>
        </w:rPr>
        <w:t xml:space="preserve">Subject: Change of address in account No. </w:t>
      </w:r>
      <w:r>
        <w:rPr>
          <w:b/>
          <w:highlight w:val="yellow"/>
        </w:rPr>
        <w:t>[Account number]</w:t>
      </w:r>
    </w:p>
    <w:p>
      <w:pPr>
        <w:spacing w:after="160"/>
      </w:pPr>
      <w:r>
        <w:rPr>
          <w:b w:val="0"/>
        </w:rPr>
        <w:t>Dear Sir/Madam,</w:t>
      </w:r>
    </w:p>
    <w:p>
      <w:pPr>
        <w:spacing w:after="160"/>
      </w:pPr>
      <w:r>
        <w:rPr>
          <w:b w:val="0"/>
        </w:rPr>
        <w:t xml:space="preserve">I hold account No. </w:t>
      </w:r>
      <w:r>
        <w:rPr>
          <w:b w:val="0"/>
          <w:highlight w:val="yellow"/>
        </w:rPr>
        <w:t>[Account number]</w:t>
      </w:r>
      <w:r>
        <w:rPr>
          <w:b w:val="0"/>
        </w:rPr>
        <w:t xml:space="preserve"> at your branch. I have moved house, and my new address is:</w:t>
      </w:r>
      <w:r>
        <w:br/>
      </w:r>
      <w:r>
        <w:rPr>
          <w:b w:val="0"/>
          <w:highlight w:val="yellow"/>
        </w:rPr>
        <w:t>[New address]</w:t>
      </w:r>
    </w:p>
    <w:p>
      <w:pPr>
        <w:spacing w:after="160"/>
      </w:pPr>
      <w:r>
        <w:rPr>
          <w:b w:val="0"/>
        </w:rPr>
        <w:t>Kindly update this address in your records for all letters, statements and cards. A self-attested copy of my new address proof is attached.</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rPr>
        <w:t xml:space="preserve">Mobile: </w:t>
      </w:r>
      <w:r>
        <w:rPr>
          <w:b w:val="0"/>
          <w:highlight w:val="yellow"/>
        </w:rPr>
        <w:t>[ ]</w:t>
      </w:r>
      <w:r>
        <w:br/>
      </w:r>
      <w:r>
        <w:rPr>
          <w:b w:val="0"/>
        </w:rPr>
        <w:t xml:space="preserve">A/c No.: </w:t>
      </w:r>
      <w:r>
        <w:rPr>
          <w:b w:val="0"/>
          <w:highlight w:val="yellow"/>
        </w:rPr>
        <w:t>[ ]</w:t>
      </w:r>
    </w:p>
    <w:p>
      <w:pPr>
        <w:spacing w:after="80"/>
      </w:pPr>
      <w:r>
        <w:rPr>
          <w:b w:val="0"/>
          <w:sz w:val="19"/>
        </w:rPr>
        <w:t>Enclosures:</w:t>
      </w:r>
      <w:r>
        <w:br/>
      </w:r>
      <w:r>
        <w:rPr>
          <w:b w:val="0"/>
          <w:sz w:val="19"/>
        </w:rPr>
        <w:t>1. Address proof (self-attested)</w:t>
      </w:r>
    </w:p>
    <w:p>
      <w:r>
        <w:br w:type="page"/>
      </w:r>
    </w:p>
    <w:p>
      <w:pPr>
        <w:spacing w:after="40"/>
      </w:pPr>
      <w:r>
        <w:rPr>
          <w:b/>
          <w:color w:val="2563EB"/>
          <w:sz w:val="28"/>
        </w:rPr>
        <w:t>3. New cheque book request</w:t>
      </w:r>
    </w:p>
    <w:p>
      <w:pPr>
        <w:spacing w:after="200"/>
      </w:pPr>
      <w:r>
        <w:rPr>
          <w:b w:val="0"/>
          <w:color w:val="55607A"/>
          <w:sz w:val="18"/>
        </w:rPr>
        <w:t>Fill in: Account number, Account type, Cheque leaves</w:t>
      </w:r>
    </w:p>
    <w:p>
      <w:pPr>
        <w:spacing w:after="160"/>
      </w:pPr>
      <w:r>
        <w:rPr>
          <w:b w:val="0"/>
        </w:rPr>
        <w:t xml:space="preserve">Date: </w:t>
      </w:r>
      <w:r>
        <w:rPr>
          <w:b w:val="0"/>
          <w:highlight w:val="yellow"/>
        </w:rPr>
        <w:t>[DD-MM-YYYY]</w:t>
      </w:r>
    </w:p>
    <w:p>
      <w:pPr>
        <w:spacing w:after="160"/>
      </w:pPr>
      <w:r>
        <w:rPr>
          <w:b w:val="0"/>
        </w:rPr>
        <w:t>To,</w:t>
      </w:r>
      <w:r>
        <w:br/>
      </w:r>
      <w:r>
        <w:rPr>
          <w:b w:val="0"/>
        </w:rPr>
        <w:t>The Branch Manager</w:t>
      </w:r>
      <w:r>
        <w:br/>
      </w:r>
      <w:r>
        <w:rPr>
          <w:b w:val="0"/>
          <w:highlight w:val="yellow"/>
        </w:rPr>
        <w:t>[Bank name]</w:t>
      </w:r>
      <w:r>
        <w:br/>
      </w:r>
      <w:r>
        <w:rPr>
          <w:b w:val="0"/>
          <w:highlight w:val="yellow"/>
        </w:rPr>
        <w:t>[City]</w:t>
      </w:r>
    </w:p>
    <w:p>
      <w:pPr>
        <w:spacing w:after="160"/>
      </w:pPr>
      <w:r>
        <w:rPr>
          <w:b/>
        </w:rPr>
        <w:t>Subject: Request for a new cheque book</w:t>
      </w:r>
    </w:p>
    <w:p>
      <w:pPr>
        <w:spacing w:after="160"/>
      </w:pPr>
      <w:r>
        <w:rPr>
          <w:b w:val="0"/>
        </w:rPr>
        <w:t>Dear Sir/Madam,</w:t>
      </w:r>
    </w:p>
    <w:p>
      <w:pPr>
        <w:spacing w:after="160"/>
      </w:pPr>
      <w:r>
        <w:rPr>
          <w:b w:val="0"/>
        </w:rPr>
        <w:t xml:space="preserve">I hold a </w:t>
      </w:r>
      <w:r>
        <w:rPr>
          <w:b w:val="0"/>
          <w:highlight w:val="yellow"/>
        </w:rPr>
        <w:t>[savings / current]</w:t>
      </w:r>
      <w:r>
        <w:rPr>
          <w:b w:val="0"/>
        </w:rPr>
        <w:t xml:space="preserve"> account, No. </w:t>
      </w:r>
      <w:r>
        <w:rPr>
          <w:b w:val="0"/>
          <w:highlight w:val="yellow"/>
        </w:rPr>
        <w:t>[Account number]</w:t>
      </w:r>
      <w:r>
        <w:rPr>
          <w:b w:val="0"/>
        </w:rPr>
        <w:t xml:space="preserve">, at your branch. My present cheque book is almost used up. Kindly issue a new cheque book of </w:t>
      </w:r>
      <w:r>
        <w:rPr>
          <w:b w:val="0"/>
          <w:highlight w:val="yellow"/>
        </w:rPr>
        <w:t>[25 / 50 / 100]</w:t>
      </w:r>
      <w:r>
        <w:rPr>
          <w:b w:val="0"/>
        </w:rPr>
        <w:t xml:space="preserve"> leaves.</w:t>
      </w:r>
    </w:p>
    <w:p>
      <w:pPr>
        <w:spacing w:after="160"/>
      </w:pPr>
      <w:r>
        <w:rPr>
          <w:b w:val="0"/>
        </w:rPr>
        <w:t>Please send it to my registered address, or let me know when I can collect it from the branch.</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A/c No.: </w:t>
      </w:r>
      <w:r>
        <w:rPr>
          <w:b w:val="0"/>
          <w:highlight w:val="yellow"/>
        </w:rPr>
        <w:t>[ ]</w:t>
      </w:r>
    </w:p>
    <w:p>
      <w:r>
        <w:br w:type="page"/>
      </w:r>
    </w:p>
    <w:p>
      <w:pPr>
        <w:spacing w:after="40"/>
      </w:pPr>
      <w:r>
        <w:rPr>
          <w:b/>
          <w:color w:val="2563EB"/>
          <w:sz w:val="28"/>
        </w:rPr>
        <w:t>4. Bank statement request</w:t>
      </w:r>
    </w:p>
    <w:p>
      <w:pPr>
        <w:spacing w:after="200"/>
      </w:pPr>
      <w:r>
        <w:rPr>
          <w:b w:val="0"/>
          <w:color w:val="55607A"/>
          <w:sz w:val="18"/>
        </w:rPr>
        <w:t>Fill in: Account number, From date, To date, Needed for</w:t>
      </w:r>
    </w:p>
    <w:p>
      <w:pPr>
        <w:spacing w:after="160"/>
      </w:pPr>
      <w:r>
        <w:rPr>
          <w:b w:val="0"/>
        </w:rPr>
        <w:t xml:space="preserve">Date: </w:t>
      </w:r>
      <w:r>
        <w:rPr>
          <w:b w:val="0"/>
          <w:highlight w:val="yellow"/>
        </w:rPr>
        <w:t>[DD-MM-YYYY]</w:t>
      </w:r>
    </w:p>
    <w:p>
      <w:pPr>
        <w:spacing w:after="160"/>
      </w:pPr>
      <w:r>
        <w:rPr>
          <w:b w:val="0"/>
        </w:rPr>
        <w:t>To,</w:t>
      </w:r>
      <w:r>
        <w:br/>
      </w:r>
      <w:r>
        <w:rPr>
          <w:b w:val="0"/>
        </w:rPr>
        <w:t>The Branch Manager</w:t>
      </w:r>
      <w:r>
        <w:br/>
      </w:r>
      <w:r>
        <w:rPr>
          <w:b w:val="0"/>
          <w:highlight w:val="yellow"/>
        </w:rPr>
        <w:t>[Bank name]</w:t>
      </w:r>
      <w:r>
        <w:br/>
      </w:r>
      <w:r>
        <w:rPr>
          <w:b w:val="0"/>
          <w:highlight w:val="yellow"/>
        </w:rPr>
        <w:t>[City]</w:t>
      </w:r>
    </w:p>
    <w:p>
      <w:pPr>
        <w:spacing w:after="160"/>
      </w:pPr>
      <w:r>
        <w:rPr>
          <w:b/>
        </w:rPr>
        <w:t xml:space="preserve">Subject: Request for account statement from </w:t>
      </w:r>
      <w:r>
        <w:rPr>
          <w:b/>
          <w:highlight w:val="yellow"/>
        </w:rPr>
        <w:t>[From date]</w:t>
      </w:r>
      <w:r>
        <w:rPr>
          <w:b/>
        </w:rPr>
        <w:t xml:space="preserve"> to </w:t>
      </w:r>
      <w:r>
        <w:rPr>
          <w:b/>
          <w:highlight w:val="yellow"/>
        </w:rPr>
        <w:t>[To date]</w:t>
      </w:r>
    </w:p>
    <w:p>
      <w:pPr>
        <w:spacing w:after="160"/>
      </w:pPr>
      <w:r>
        <w:rPr>
          <w:b w:val="0"/>
        </w:rPr>
        <w:t>Dear Sir/Madam,</w:t>
      </w:r>
    </w:p>
    <w:p>
      <w:pPr>
        <w:spacing w:after="160"/>
      </w:pPr>
      <w:r>
        <w:rPr>
          <w:b w:val="0"/>
        </w:rPr>
        <w:t xml:space="preserve">I hold account No. </w:t>
      </w:r>
      <w:r>
        <w:rPr>
          <w:b w:val="0"/>
          <w:highlight w:val="yellow"/>
        </w:rPr>
        <w:t>[Account number]</w:t>
      </w:r>
      <w:r>
        <w:rPr>
          <w:b w:val="0"/>
        </w:rPr>
        <w:t xml:space="preserve"> at your branch. I need a statement of this account for the period </w:t>
      </w:r>
      <w:r>
        <w:rPr>
          <w:b w:val="0"/>
          <w:highlight w:val="yellow"/>
        </w:rPr>
        <w:t>[From date]</w:t>
      </w:r>
      <w:r>
        <w:rPr>
          <w:b w:val="0"/>
        </w:rPr>
        <w:t xml:space="preserve"> to </w:t>
      </w:r>
      <w:r>
        <w:rPr>
          <w:b w:val="0"/>
          <w:highlight w:val="yellow"/>
        </w:rPr>
        <w:t>[To date]</w:t>
      </w:r>
      <w:r>
        <w:rPr>
          <w:b w:val="0"/>
        </w:rPr>
        <w:t xml:space="preserve"> for </w:t>
      </w:r>
      <w:r>
        <w:rPr>
          <w:b w:val="0"/>
          <w:highlight w:val="yellow"/>
        </w:rPr>
        <w:t>[Needed for]</w:t>
      </w:r>
      <w:r>
        <w:rPr>
          <w:b w:val="0"/>
        </w:rPr>
        <w:t>.</w:t>
      </w:r>
    </w:p>
    <w:p>
      <w:pPr>
        <w:spacing w:after="160"/>
      </w:pPr>
      <w:r>
        <w:rPr>
          <w:b w:val="0"/>
        </w:rPr>
        <w:t>Kindly issue the statement duly signed and stamped by the branch. You may debit any applicable charges from my account.</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A/c No.: </w:t>
      </w:r>
      <w:r>
        <w:rPr>
          <w:b w:val="0"/>
          <w:highlight w:val="yellow"/>
        </w:rPr>
        <w:t>[ ]</w:t>
      </w:r>
    </w:p>
    <w:p>
      <w:r>
        <w:br w:type="page"/>
      </w:r>
    </w:p>
    <w:p>
      <w:pPr>
        <w:spacing w:after="40"/>
      </w:pPr>
      <w:r>
        <w:rPr>
          <w:b/>
          <w:color w:val="2563EB"/>
          <w:sz w:val="28"/>
        </w:rPr>
        <w:t>5. Loan application</w:t>
      </w:r>
    </w:p>
    <w:p>
      <w:pPr>
        <w:spacing w:after="200"/>
      </w:pPr>
      <w:r>
        <w:rPr>
          <w:b w:val="0"/>
          <w:color w:val="55607A"/>
          <w:sz w:val="18"/>
        </w:rPr>
        <w:t>Fill in: Loan type, Amount, Repay in how many months, What the loan is for, Your work, Monthly income, Your account number here</w:t>
      </w:r>
    </w:p>
    <w:p>
      <w:pPr>
        <w:spacing w:after="160"/>
      </w:pPr>
      <w:r>
        <w:rPr>
          <w:b w:val="0"/>
        </w:rPr>
        <w:t xml:space="preserve">Date: </w:t>
      </w:r>
      <w:r>
        <w:rPr>
          <w:b w:val="0"/>
          <w:highlight w:val="yellow"/>
        </w:rPr>
        <w:t>[DD-MM-YYYY]</w:t>
      </w:r>
    </w:p>
    <w:p>
      <w:pPr>
        <w:spacing w:after="160"/>
      </w:pPr>
      <w:r>
        <w:rPr>
          <w:b w:val="0"/>
        </w:rPr>
        <w:t>To,</w:t>
      </w:r>
      <w:r>
        <w:br/>
      </w:r>
      <w:r>
        <w:rPr>
          <w:b w:val="0"/>
        </w:rPr>
        <w:t>The Branch Manager</w:t>
      </w:r>
      <w:r>
        <w:br/>
      </w:r>
      <w:r>
        <w:rPr>
          <w:b w:val="0"/>
          <w:highlight w:val="yellow"/>
        </w:rPr>
        <w:t>[Bank name]</w:t>
      </w:r>
      <w:r>
        <w:br/>
      </w:r>
      <w:r>
        <w:rPr>
          <w:b w:val="0"/>
          <w:highlight w:val="yellow"/>
        </w:rPr>
        <w:t>[City]</w:t>
      </w:r>
    </w:p>
    <w:p>
      <w:pPr>
        <w:spacing w:after="160"/>
      </w:pPr>
      <w:r>
        <w:rPr>
          <w:b/>
        </w:rPr>
        <w:t xml:space="preserve">Subject: Application for a </w:t>
      </w:r>
      <w:r>
        <w:rPr>
          <w:b/>
          <w:highlight w:val="yellow"/>
        </w:rPr>
        <w:t>[personal / home / education / vehicle / business / gold]</w:t>
      </w:r>
      <w:r>
        <w:rPr>
          <w:b/>
        </w:rPr>
        <w:t xml:space="preserve"> loan of ₹ </w:t>
      </w:r>
      <w:r>
        <w:rPr>
          <w:b/>
          <w:highlight w:val="yellow"/>
        </w:rPr>
        <w:t>[Amount]</w:t>
      </w:r>
    </w:p>
    <w:p>
      <w:pPr>
        <w:spacing w:after="160"/>
      </w:pPr>
      <w:r>
        <w:rPr>
          <w:b w:val="0"/>
        </w:rPr>
        <w:t>Dear Sir/Madam,</w:t>
      </w:r>
    </w:p>
    <w:p>
      <w:pPr>
        <w:spacing w:after="160"/>
      </w:pPr>
      <w:r>
        <w:rPr>
          <w:b w:val="0"/>
        </w:rPr>
        <w:t xml:space="preserve">I wish to apply for a </w:t>
      </w:r>
      <w:r>
        <w:rPr>
          <w:b w:val="0"/>
          <w:highlight w:val="yellow"/>
        </w:rPr>
        <w:t>[personal / home / education / vehicle / business / gold]</w:t>
      </w:r>
      <w:r>
        <w:rPr>
          <w:b w:val="0"/>
        </w:rPr>
        <w:t xml:space="preserve"> loan of ₹ </w:t>
      </w:r>
      <w:r>
        <w:rPr>
          <w:b w:val="0"/>
          <w:highlight w:val="yellow"/>
        </w:rPr>
        <w:t>[Amount]</w:t>
      </w:r>
      <w:r>
        <w:rPr>
          <w:b w:val="0"/>
        </w:rPr>
        <w:t xml:space="preserve"> (</w:t>
      </w:r>
      <w:r>
        <w:rPr>
          <w:b w:val="0"/>
          <w:highlight w:val="yellow"/>
        </w:rPr>
        <w:t>[amount in words]</w:t>
      </w:r>
      <w:r>
        <w:rPr>
          <w:b w:val="0"/>
        </w:rPr>
        <w:t xml:space="preserve">) for </w:t>
      </w:r>
      <w:r>
        <w:rPr>
          <w:b w:val="0"/>
          <w:highlight w:val="yellow"/>
        </w:rPr>
        <w:t>[What the loan is for]</w:t>
      </w:r>
      <w:r>
        <w:rPr>
          <w:b w:val="0"/>
        </w:rPr>
        <w:t xml:space="preserve">, to be repaid in </w:t>
      </w:r>
      <w:r>
        <w:rPr>
          <w:b w:val="0"/>
          <w:highlight w:val="yellow"/>
        </w:rPr>
        <w:t>[Repay in how many months]</w:t>
      </w:r>
      <w:r>
        <w:rPr>
          <w:b w:val="0"/>
        </w:rPr>
        <w:t xml:space="preserve"> monthly instalments.</w:t>
      </w:r>
    </w:p>
    <w:p>
      <w:pPr>
        <w:spacing w:after="160"/>
      </w:pPr>
      <w:r>
        <w:rPr>
          <w:b w:val="0"/>
        </w:rPr>
        <w:t xml:space="preserve">I work as </w:t>
      </w:r>
      <w:r>
        <w:rPr>
          <w:b w:val="0"/>
          <w:highlight w:val="yellow"/>
        </w:rPr>
        <w:t>[Your work]</w:t>
      </w:r>
      <w:r>
        <w:rPr>
          <w:b w:val="0"/>
        </w:rPr>
        <w:t xml:space="preserve"> with a monthly income of ₹ </w:t>
      </w:r>
      <w:r>
        <w:rPr>
          <w:b w:val="0"/>
          <w:highlight w:val="yellow"/>
        </w:rPr>
        <w:t>[Monthly income]</w:t>
      </w:r>
      <w:r>
        <w:rPr>
          <w:b w:val="0"/>
        </w:rPr>
        <w:t xml:space="preserve">, and I hold account No. </w:t>
      </w:r>
      <w:r>
        <w:rPr>
          <w:b w:val="0"/>
          <w:highlight w:val="yellow"/>
        </w:rPr>
        <w:t>[Your account number here]</w:t>
      </w:r>
      <w:r>
        <w:rPr>
          <w:b w:val="0"/>
        </w:rPr>
        <w:t xml:space="preserve"> at your branch. My income is regular and I have a good repayment record.</w:t>
      </w:r>
    </w:p>
    <w:p>
      <w:pPr>
        <w:spacing w:after="160"/>
      </w:pPr>
      <w:r>
        <w:rPr>
          <w:b w:val="0"/>
        </w:rPr>
        <w:t>Kindly let me know the interest rate, processing charges and documents required, and process my application at the earliest.</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Email: </w:t>
      </w:r>
      <w:r>
        <w:rPr>
          <w:b w:val="0"/>
          <w:highlight w:val="yellow"/>
        </w:rPr>
        <w:t>[ ]</w:t>
      </w:r>
      <w:r>
        <w:br/>
      </w:r>
      <w:r>
        <w:rPr>
          <w:b w:val="0"/>
        </w:rPr>
        <w:t xml:space="preserve">A/c No.: </w:t>
      </w:r>
      <w:r>
        <w:rPr>
          <w:b w:val="0"/>
          <w:highlight w:val="yellow"/>
        </w:rPr>
        <w:t>[ ]</w:t>
      </w:r>
    </w:p>
    <w:p>
      <w:pPr>
        <w:spacing w:after="80"/>
      </w:pPr>
      <w:r>
        <w:rPr>
          <w:b w:val="0"/>
          <w:sz w:val="19"/>
        </w:rPr>
        <w:t>Enclosures:</w:t>
      </w:r>
      <w:r>
        <w:br/>
      </w:r>
      <w:r>
        <w:rPr>
          <w:b w:val="0"/>
          <w:sz w:val="19"/>
        </w:rPr>
        <w:t>1. Identity and address proof</w:t>
      </w:r>
      <w:r>
        <w:br/>
      </w:r>
      <w:r>
        <w:rPr>
          <w:b w:val="0"/>
          <w:sz w:val="19"/>
        </w:rPr>
        <w:t>2. Salary slips / income proof for the last 3 months</w:t>
      </w:r>
      <w:r>
        <w:br/>
      </w:r>
      <w:r>
        <w:rPr>
          <w:b w:val="0"/>
          <w:sz w:val="19"/>
        </w:rPr>
        <w:t>3. Bank statement for the last 6 months</w:t>
      </w:r>
    </w:p>
    <w:p>
      <w:r>
        <w:br w:type="page"/>
      </w:r>
    </w:p>
    <w:p>
      <w:pPr>
        <w:spacing w:after="40"/>
      </w:pPr>
      <w:r>
        <w:rPr>
          <w:b/>
          <w:color w:val="2563EB"/>
          <w:sz w:val="28"/>
        </w:rPr>
        <w:t>6. Block lost ATM / debit card</w:t>
      </w:r>
    </w:p>
    <w:p>
      <w:pPr>
        <w:spacing w:after="200"/>
      </w:pPr>
      <w:r>
        <w:rPr>
          <w:b w:val="0"/>
          <w:color w:val="55607A"/>
          <w:sz w:val="18"/>
        </w:rPr>
        <w:t>Fill in: Account number, Last 4 digits of the card, Date lost, Where</w:t>
      </w:r>
    </w:p>
    <w:p>
      <w:pPr>
        <w:spacing w:after="160"/>
      </w:pPr>
      <w:r>
        <w:rPr>
          <w:b w:val="0"/>
        </w:rPr>
        <w:t xml:space="preserve">Date: </w:t>
      </w:r>
      <w:r>
        <w:rPr>
          <w:b w:val="0"/>
          <w:highlight w:val="yellow"/>
        </w:rPr>
        <w:t>[DD-MM-YYYY]</w:t>
      </w:r>
    </w:p>
    <w:p>
      <w:pPr>
        <w:spacing w:after="160"/>
      </w:pPr>
      <w:r>
        <w:rPr>
          <w:b w:val="0"/>
        </w:rPr>
        <w:t>To,</w:t>
      </w:r>
      <w:r>
        <w:br/>
      </w:r>
      <w:r>
        <w:rPr>
          <w:b w:val="0"/>
        </w:rPr>
        <w:t>The Branch Manager</w:t>
      </w:r>
      <w:r>
        <w:br/>
      </w:r>
      <w:r>
        <w:rPr>
          <w:b w:val="0"/>
          <w:highlight w:val="yellow"/>
        </w:rPr>
        <w:t>[Bank name]</w:t>
      </w:r>
      <w:r>
        <w:br/>
      </w:r>
      <w:r>
        <w:rPr>
          <w:b w:val="0"/>
          <w:highlight w:val="yellow"/>
        </w:rPr>
        <w:t>[City]</w:t>
      </w:r>
    </w:p>
    <w:p>
      <w:pPr>
        <w:spacing w:after="160"/>
      </w:pPr>
      <w:r>
        <w:rPr>
          <w:b/>
        </w:rPr>
        <w:t xml:space="preserve">Subject: Request to block my debit card ending </w:t>
      </w:r>
      <w:r>
        <w:rPr>
          <w:b/>
          <w:highlight w:val="yellow"/>
        </w:rPr>
        <w:t>[Last 4 digits of the card]</w:t>
      </w:r>
    </w:p>
    <w:p>
      <w:pPr>
        <w:spacing w:after="160"/>
      </w:pPr>
      <w:r>
        <w:rPr>
          <w:b w:val="0"/>
        </w:rPr>
        <w:t>Dear Sir/Madam,</w:t>
      </w:r>
    </w:p>
    <w:p>
      <w:pPr>
        <w:spacing w:after="160"/>
      </w:pPr>
      <w:r>
        <w:rPr>
          <w:b w:val="0"/>
        </w:rPr>
        <w:t xml:space="preserve">I hold account No. </w:t>
      </w:r>
      <w:r>
        <w:rPr>
          <w:b w:val="0"/>
          <w:highlight w:val="yellow"/>
        </w:rPr>
        <w:t>[Account number]</w:t>
      </w:r>
      <w:r>
        <w:rPr>
          <w:b w:val="0"/>
        </w:rPr>
        <w:t xml:space="preserve"> at your branch. My debit card ending in </w:t>
      </w:r>
      <w:r>
        <w:rPr>
          <w:b w:val="0"/>
          <w:highlight w:val="yellow"/>
        </w:rPr>
        <w:t>[Last 4 digits of the card]</w:t>
      </w:r>
      <w:r>
        <w:rPr>
          <w:b w:val="0"/>
        </w:rPr>
        <w:t xml:space="preserve"> was lost on </w:t>
      </w:r>
      <w:r>
        <w:rPr>
          <w:b w:val="0"/>
          <w:highlight w:val="yellow"/>
        </w:rPr>
        <w:t>[Date lost]</w:t>
      </w:r>
      <w:r>
        <w:rPr>
          <w:b w:val="0"/>
        </w:rPr>
        <w:t xml:space="preserve"> at </w:t>
      </w:r>
      <w:r>
        <w:rPr>
          <w:b w:val="0"/>
          <w:highlight w:val="yellow"/>
        </w:rPr>
        <w:t>[Where]</w:t>
      </w:r>
      <w:r>
        <w:rPr>
          <w:b w:val="0"/>
        </w:rPr>
        <w:t>.</w:t>
      </w:r>
    </w:p>
    <w:p>
      <w:pPr>
        <w:spacing w:after="160"/>
      </w:pPr>
      <w:r>
        <w:rPr>
          <w:b w:val="0"/>
        </w:rPr>
        <w:t>Kindly block the card immediately so that it cannot be misused, and issue a new card to my registered address. I will not be responsible for any transaction made with this card after it was lost.</w:t>
      </w:r>
    </w:p>
    <w:p>
      <w:pPr>
        <w:spacing w:after="160"/>
      </w:pPr>
      <w:r>
        <w:rPr>
          <w:b w:val="0"/>
        </w:rPr>
        <w:t>I reported the loss to customer care on the same day.</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A/c No.: </w:t>
      </w:r>
      <w:r>
        <w:rPr>
          <w:b w:val="0"/>
          <w:highlight w:val="yellow"/>
        </w:rPr>
        <w:t>[ ]</w:t>
      </w:r>
    </w:p>
    <w:p>
      <w:r>
        <w:br w:type="page"/>
      </w:r>
    </w:p>
    <w:p>
      <w:pPr>
        <w:spacing w:after="40"/>
      </w:pPr>
      <w:r>
        <w:rPr>
          <w:b/>
          <w:color w:val="2563EB"/>
          <w:sz w:val="28"/>
        </w:rPr>
        <w:t>7. Stop payment of a cheque</w:t>
      </w:r>
    </w:p>
    <w:p>
      <w:pPr>
        <w:spacing w:after="200"/>
      </w:pPr>
      <w:r>
        <w:rPr>
          <w:b w:val="0"/>
          <w:color w:val="55607A"/>
          <w:sz w:val="18"/>
        </w:rPr>
        <w:t>Fill in: Account number, Cheque number, Cheque date, Amount, Cheque in favour of, Reason</w:t>
      </w:r>
    </w:p>
    <w:p>
      <w:pPr>
        <w:spacing w:after="160"/>
      </w:pPr>
      <w:r>
        <w:rPr>
          <w:b w:val="0"/>
        </w:rPr>
        <w:t xml:space="preserve">Date: </w:t>
      </w:r>
      <w:r>
        <w:rPr>
          <w:b w:val="0"/>
          <w:highlight w:val="yellow"/>
        </w:rPr>
        <w:t>[DD-MM-YYYY]</w:t>
      </w:r>
    </w:p>
    <w:p>
      <w:pPr>
        <w:spacing w:after="160"/>
      </w:pPr>
      <w:r>
        <w:rPr>
          <w:b w:val="0"/>
        </w:rPr>
        <w:t>To,</w:t>
      </w:r>
      <w:r>
        <w:br/>
      </w:r>
      <w:r>
        <w:rPr>
          <w:b w:val="0"/>
        </w:rPr>
        <w:t>The Branch Manager</w:t>
      </w:r>
      <w:r>
        <w:br/>
      </w:r>
      <w:r>
        <w:rPr>
          <w:b w:val="0"/>
          <w:highlight w:val="yellow"/>
        </w:rPr>
        <w:t>[Bank name]</w:t>
      </w:r>
      <w:r>
        <w:br/>
      </w:r>
      <w:r>
        <w:rPr>
          <w:b w:val="0"/>
          <w:highlight w:val="yellow"/>
        </w:rPr>
        <w:t>[City]</w:t>
      </w:r>
    </w:p>
    <w:p>
      <w:pPr>
        <w:spacing w:after="160"/>
      </w:pPr>
      <w:r>
        <w:rPr>
          <w:b/>
        </w:rPr>
        <w:t xml:space="preserve">Subject: Stop payment of cheque No. </w:t>
      </w:r>
      <w:r>
        <w:rPr>
          <w:b/>
          <w:highlight w:val="yellow"/>
        </w:rPr>
        <w:t>[Cheque number]</w:t>
      </w:r>
    </w:p>
    <w:p>
      <w:pPr>
        <w:spacing w:after="160"/>
      </w:pPr>
      <w:r>
        <w:rPr>
          <w:b w:val="0"/>
        </w:rPr>
        <w:t>Dear Sir/Madam,</w:t>
      </w:r>
    </w:p>
    <w:p>
      <w:pPr>
        <w:spacing w:after="160"/>
      </w:pPr>
      <w:r>
        <w:rPr>
          <w:b w:val="0"/>
        </w:rPr>
        <w:t xml:space="preserve">I hold account No. </w:t>
      </w:r>
      <w:r>
        <w:rPr>
          <w:b w:val="0"/>
          <w:highlight w:val="yellow"/>
        </w:rPr>
        <w:t>[Account number]</w:t>
      </w:r>
      <w:r>
        <w:rPr>
          <w:b w:val="0"/>
        </w:rPr>
        <w:t xml:space="preserve"> at your branch. I request you to stop payment of the following cheque:</w:t>
      </w:r>
      <w:r>
        <w:br/>
      </w:r>
      <w:r>
        <w:rPr>
          <w:b w:val="0"/>
        </w:rPr>
        <w:t xml:space="preserve">Cheque No.: </w:t>
      </w:r>
      <w:r>
        <w:rPr>
          <w:b w:val="0"/>
          <w:highlight w:val="yellow"/>
        </w:rPr>
        <w:t>[Cheque number]</w:t>
      </w:r>
      <w:r>
        <w:br/>
      </w:r>
      <w:r>
        <w:rPr>
          <w:b w:val="0"/>
        </w:rPr>
        <w:t xml:space="preserve">Date: </w:t>
      </w:r>
      <w:r>
        <w:rPr>
          <w:b w:val="0"/>
          <w:highlight w:val="yellow"/>
        </w:rPr>
        <w:t>[Cheque date]</w:t>
      </w:r>
      <w:r>
        <w:br/>
      </w:r>
      <w:r>
        <w:rPr>
          <w:b w:val="0"/>
        </w:rPr>
        <w:t xml:space="preserve">Amount: ₹ </w:t>
      </w:r>
      <w:r>
        <w:rPr>
          <w:b w:val="0"/>
          <w:highlight w:val="yellow"/>
        </w:rPr>
        <w:t>[Amount]</w:t>
      </w:r>
      <w:r>
        <w:br/>
      </w:r>
      <w:r>
        <w:rPr>
          <w:b w:val="0"/>
        </w:rPr>
        <w:t xml:space="preserve">In favour of: </w:t>
      </w:r>
      <w:r>
        <w:rPr>
          <w:b w:val="0"/>
          <w:highlight w:val="yellow"/>
        </w:rPr>
        <w:t>[Cheque in favour of]</w:t>
      </w:r>
    </w:p>
    <w:p>
      <w:pPr>
        <w:spacing w:after="160"/>
      </w:pPr>
      <w:r>
        <w:rPr>
          <w:b w:val="0"/>
        </w:rPr>
        <w:t xml:space="preserve">This is needed because </w:t>
      </w:r>
      <w:r>
        <w:rPr>
          <w:b w:val="0"/>
          <w:highlight w:val="yellow"/>
        </w:rPr>
        <w:t>[Reason]</w:t>
      </w:r>
      <w:r>
        <w:rPr>
          <w:b w:val="0"/>
        </w:rPr>
        <w:t>. Please do not honour the cheque if it is presented. You may debit the stop-payment charges from my account.</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A/c No.: </w:t>
      </w:r>
      <w:r>
        <w:rPr>
          <w:b w:val="0"/>
          <w:highlight w:val="yellow"/>
        </w:rPr>
        <w:t>[ ]</w:t>
      </w:r>
    </w:p>
    <w:p>
      <w:r>
        <w:br w:type="page"/>
      </w:r>
    </w:p>
    <w:p>
      <w:pPr>
        <w:spacing w:after="40"/>
      </w:pPr>
      <w:r>
        <w:rPr>
          <w:b/>
          <w:color w:val="2563EB"/>
          <w:sz w:val="28"/>
        </w:rPr>
        <w:t>8. Change of registered mobile number</w:t>
      </w:r>
    </w:p>
    <w:p>
      <w:pPr>
        <w:spacing w:after="200"/>
      </w:pPr>
      <w:r>
        <w:rPr>
          <w:b w:val="0"/>
          <w:color w:val="55607A"/>
          <w:sz w:val="18"/>
        </w:rPr>
        <w:t>Fill in: Account number, Old mobile number, New mobile number</w:t>
      </w:r>
    </w:p>
    <w:p>
      <w:pPr>
        <w:spacing w:after="160"/>
      </w:pPr>
      <w:r>
        <w:rPr>
          <w:b w:val="0"/>
        </w:rPr>
        <w:t xml:space="preserve">Date: </w:t>
      </w:r>
      <w:r>
        <w:rPr>
          <w:b w:val="0"/>
          <w:highlight w:val="yellow"/>
        </w:rPr>
        <w:t>[DD-MM-YYYY]</w:t>
      </w:r>
    </w:p>
    <w:p>
      <w:pPr>
        <w:spacing w:after="160"/>
      </w:pPr>
      <w:r>
        <w:rPr>
          <w:b w:val="0"/>
        </w:rPr>
        <w:t>To,</w:t>
      </w:r>
      <w:r>
        <w:br/>
      </w:r>
      <w:r>
        <w:rPr>
          <w:b w:val="0"/>
        </w:rPr>
        <w:t>The Branch Manager</w:t>
      </w:r>
      <w:r>
        <w:br/>
      </w:r>
      <w:r>
        <w:rPr>
          <w:b w:val="0"/>
          <w:highlight w:val="yellow"/>
        </w:rPr>
        <w:t>[Bank name]</w:t>
      </w:r>
      <w:r>
        <w:br/>
      </w:r>
      <w:r>
        <w:rPr>
          <w:b w:val="0"/>
          <w:highlight w:val="yellow"/>
        </w:rPr>
        <w:t>[City]</w:t>
      </w:r>
    </w:p>
    <w:p>
      <w:pPr>
        <w:spacing w:after="160"/>
      </w:pPr>
      <w:r>
        <w:rPr>
          <w:b/>
        </w:rPr>
        <w:t xml:space="preserve">Subject: Change of registered mobile number in account No. </w:t>
      </w:r>
      <w:r>
        <w:rPr>
          <w:b/>
          <w:highlight w:val="yellow"/>
        </w:rPr>
        <w:t>[Account number]</w:t>
      </w:r>
    </w:p>
    <w:p>
      <w:pPr>
        <w:spacing w:after="160"/>
      </w:pPr>
      <w:r>
        <w:rPr>
          <w:b w:val="0"/>
        </w:rPr>
        <w:t>Dear Sir/Madam,</w:t>
      </w:r>
    </w:p>
    <w:p>
      <w:pPr>
        <w:spacing w:after="160"/>
      </w:pPr>
      <w:r>
        <w:rPr>
          <w:b w:val="0"/>
        </w:rPr>
        <w:t xml:space="preserve">I hold account No. </w:t>
      </w:r>
      <w:r>
        <w:rPr>
          <w:b w:val="0"/>
          <w:highlight w:val="yellow"/>
        </w:rPr>
        <w:t>[Account number]</w:t>
      </w:r>
      <w:r>
        <w:rPr>
          <w:b w:val="0"/>
        </w:rPr>
        <w:t xml:space="preserve"> at your branch. The mobile number now registered with it, </w:t>
      </w:r>
      <w:r>
        <w:rPr>
          <w:b w:val="0"/>
          <w:highlight w:val="yellow"/>
        </w:rPr>
        <w:t>[Old mobile number]</w:t>
      </w:r>
      <w:r>
        <w:rPr>
          <w:b w:val="0"/>
        </w:rPr>
        <w:t>, is no longer in use.</w:t>
      </w:r>
    </w:p>
    <w:p>
      <w:pPr>
        <w:spacing w:after="160"/>
      </w:pPr>
      <w:r>
        <w:rPr>
          <w:b w:val="0"/>
        </w:rPr>
        <w:t xml:space="preserve">Kindly register my new mobile number, </w:t>
      </w:r>
      <w:r>
        <w:rPr>
          <w:b w:val="0"/>
          <w:highlight w:val="yellow"/>
        </w:rPr>
        <w:t>[New mobile number]</w:t>
      </w:r>
      <w:r>
        <w:rPr>
          <w:b w:val="0"/>
        </w:rPr>
        <w:t>, for SMS alerts, OTPs and internet and mobile banking. A copy of my identity proof is attached.</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A/c No.: </w:t>
      </w:r>
      <w:r>
        <w:rPr>
          <w:b w:val="0"/>
          <w:highlight w:val="yellow"/>
        </w:rPr>
        <w:t>[ ]</w:t>
      </w:r>
    </w:p>
    <w:p>
      <w:pPr>
        <w:spacing w:after="80"/>
      </w:pPr>
      <w:r>
        <w:rPr>
          <w:b w:val="0"/>
          <w:sz w:val="19"/>
        </w:rPr>
        <w:t>Enclosures:</w:t>
      </w:r>
      <w:r>
        <w:br/>
      </w:r>
      <w:r>
        <w:rPr>
          <w:b w:val="0"/>
          <w:sz w:val="19"/>
        </w:rPr>
        <w:t>1. Copy of ID proof</w:t>
      </w:r>
    </w:p>
    <w:p>
      <w:r>
        <w:br w:type="page"/>
      </w:r>
    </w:p>
    <w:p>
      <w:pPr>
        <w:spacing w:after="40"/>
      </w:pPr>
      <w:r>
        <w:rPr>
          <w:b/>
          <w:color w:val="2563EB"/>
          <w:sz w:val="28"/>
        </w:rPr>
        <w:t>9. Add or change nominee in bank account</w:t>
      </w:r>
    </w:p>
    <w:p>
      <w:pPr>
        <w:spacing w:after="200"/>
      </w:pPr>
      <w:r>
        <w:rPr>
          <w:b w:val="0"/>
          <w:color w:val="55607A"/>
          <w:sz w:val="18"/>
        </w:rPr>
        <w:t>Fill in: Account number, Nominee's name, Relationship, Nominee's age</w:t>
      </w:r>
    </w:p>
    <w:p>
      <w:pPr>
        <w:spacing w:after="160"/>
      </w:pPr>
      <w:r>
        <w:rPr>
          <w:b w:val="0"/>
        </w:rPr>
        <w:t xml:space="preserve">Date: </w:t>
      </w:r>
      <w:r>
        <w:rPr>
          <w:b w:val="0"/>
          <w:highlight w:val="yellow"/>
        </w:rPr>
        <w:t>[DD-MM-YYYY]</w:t>
      </w:r>
    </w:p>
    <w:p>
      <w:pPr>
        <w:spacing w:after="160"/>
      </w:pPr>
      <w:r>
        <w:rPr>
          <w:b w:val="0"/>
        </w:rPr>
        <w:t>To,</w:t>
      </w:r>
      <w:r>
        <w:br/>
      </w:r>
      <w:r>
        <w:rPr>
          <w:b w:val="0"/>
        </w:rPr>
        <w:t>The Branch Manager</w:t>
      </w:r>
      <w:r>
        <w:br/>
      </w:r>
      <w:r>
        <w:rPr>
          <w:b w:val="0"/>
          <w:highlight w:val="yellow"/>
        </w:rPr>
        <w:t>[Bank name]</w:t>
      </w:r>
      <w:r>
        <w:br/>
      </w:r>
      <w:r>
        <w:rPr>
          <w:b w:val="0"/>
          <w:highlight w:val="yellow"/>
        </w:rPr>
        <w:t>[City]</w:t>
      </w:r>
    </w:p>
    <w:p>
      <w:pPr>
        <w:spacing w:after="160"/>
      </w:pPr>
      <w:r>
        <w:rPr>
          <w:b/>
        </w:rPr>
        <w:t xml:space="preserve">Subject: Registration of nominee in account No. </w:t>
      </w:r>
      <w:r>
        <w:rPr>
          <w:b/>
          <w:highlight w:val="yellow"/>
        </w:rPr>
        <w:t>[Account number]</w:t>
      </w:r>
    </w:p>
    <w:p>
      <w:pPr>
        <w:spacing w:after="160"/>
      </w:pPr>
      <w:r>
        <w:rPr>
          <w:b w:val="0"/>
        </w:rPr>
        <w:t>Dear Sir/Madam,</w:t>
      </w:r>
    </w:p>
    <w:p>
      <w:pPr>
        <w:spacing w:after="160"/>
      </w:pPr>
      <w:r>
        <w:rPr>
          <w:b w:val="0"/>
        </w:rPr>
        <w:t xml:space="preserve">I hold account No. </w:t>
      </w:r>
      <w:r>
        <w:rPr>
          <w:b w:val="0"/>
          <w:highlight w:val="yellow"/>
        </w:rPr>
        <w:t>[Account number]</w:t>
      </w:r>
      <w:r>
        <w:rPr>
          <w:b w:val="0"/>
        </w:rPr>
        <w:t xml:space="preserve"> at your branch. I wish to register or change the nominee for this account as follows:</w:t>
      </w:r>
      <w:r>
        <w:br/>
      </w:r>
      <w:r>
        <w:rPr>
          <w:b w:val="0"/>
        </w:rPr>
        <w:t xml:space="preserve">Name: </w:t>
      </w:r>
      <w:r>
        <w:rPr>
          <w:b w:val="0"/>
          <w:highlight w:val="yellow"/>
        </w:rPr>
        <w:t>[Nominee's name]</w:t>
      </w:r>
      <w:r>
        <w:br/>
      </w:r>
      <w:r>
        <w:rPr>
          <w:b w:val="0"/>
        </w:rPr>
        <w:t xml:space="preserve">Relationship: </w:t>
      </w:r>
      <w:r>
        <w:rPr>
          <w:b w:val="0"/>
          <w:highlight w:val="yellow"/>
        </w:rPr>
        <w:t>[Relationship]</w:t>
      </w:r>
      <w:r>
        <w:br/>
      </w:r>
      <w:r>
        <w:rPr>
          <w:b w:val="0"/>
        </w:rPr>
        <w:t xml:space="preserve">Age: </w:t>
      </w:r>
      <w:r>
        <w:rPr>
          <w:b w:val="0"/>
          <w:highlight w:val="yellow"/>
        </w:rPr>
        <w:t>[Nominee's age]</w:t>
      </w:r>
    </w:p>
    <w:p>
      <w:pPr>
        <w:spacing w:after="160"/>
      </w:pPr>
      <w:r>
        <w:rPr>
          <w:b w:val="0"/>
        </w:rPr>
        <w:t>Kindly update the nomination in your records and give me an acknowledgement. I will fill in the bank's nomination form if required.</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A/c No.: </w:t>
      </w:r>
      <w:r>
        <w:rPr>
          <w:b w:val="0"/>
          <w:highlight w:val="yellow"/>
        </w:rPr>
        <w:t>[ ]</w:t>
      </w:r>
    </w:p>
    <w:p>
      <w:r>
        <w:br w:type="page"/>
      </w:r>
    </w:p>
    <w:p>
      <w:pPr>
        <w:spacing w:after="40"/>
      </w:pPr>
      <w:r>
        <w:rPr>
          <w:b/>
          <w:color w:val="2563EB"/>
          <w:sz w:val="28"/>
        </w:rPr>
        <w:t>10. Complaint about money debited in a failed transaction</w:t>
      </w:r>
    </w:p>
    <w:p>
      <w:pPr>
        <w:spacing w:after="200"/>
      </w:pPr>
      <w:r>
        <w:rPr>
          <w:b w:val="0"/>
          <w:color w:val="55607A"/>
          <w:sz w:val="18"/>
        </w:rPr>
        <w:t>Fill in: Account number, Type of transaction, Transaction date, Amount, Transaction / UTR number</w:t>
      </w:r>
    </w:p>
    <w:p>
      <w:pPr>
        <w:spacing w:after="160"/>
      </w:pPr>
      <w:r>
        <w:rPr>
          <w:b w:val="0"/>
        </w:rPr>
        <w:t xml:space="preserve">Date: </w:t>
      </w:r>
      <w:r>
        <w:rPr>
          <w:b w:val="0"/>
          <w:highlight w:val="yellow"/>
        </w:rPr>
        <w:t>[DD-MM-YYYY]</w:t>
      </w:r>
    </w:p>
    <w:p>
      <w:pPr>
        <w:spacing w:after="160"/>
      </w:pPr>
      <w:r>
        <w:rPr>
          <w:b w:val="0"/>
        </w:rPr>
        <w:t>To,</w:t>
      </w:r>
      <w:r>
        <w:br/>
      </w:r>
      <w:r>
        <w:rPr>
          <w:b w:val="0"/>
        </w:rPr>
        <w:t>The Branch Manager</w:t>
      </w:r>
      <w:r>
        <w:br/>
      </w:r>
      <w:r>
        <w:rPr>
          <w:b w:val="0"/>
          <w:highlight w:val="yellow"/>
        </w:rPr>
        <w:t>[Bank name]</w:t>
      </w:r>
      <w:r>
        <w:br/>
      </w:r>
      <w:r>
        <w:rPr>
          <w:b w:val="0"/>
          <w:highlight w:val="yellow"/>
        </w:rPr>
        <w:t>[City]</w:t>
      </w:r>
    </w:p>
    <w:p>
      <w:pPr>
        <w:spacing w:after="160"/>
      </w:pPr>
      <w:r>
        <w:rPr>
          <w:b/>
        </w:rPr>
        <w:t xml:space="preserve">Subject: Complaint about failed transaction of ₹ </w:t>
      </w:r>
      <w:r>
        <w:rPr>
          <w:b/>
          <w:highlight w:val="yellow"/>
        </w:rPr>
        <w:t>[Amount]</w:t>
      </w:r>
      <w:r>
        <w:rPr>
          <w:b/>
        </w:rPr>
        <w:t xml:space="preserve"> on </w:t>
      </w:r>
      <w:r>
        <w:rPr>
          <w:b/>
          <w:highlight w:val="yellow"/>
        </w:rPr>
        <w:t>[Transaction date]</w:t>
      </w:r>
    </w:p>
    <w:p>
      <w:pPr>
        <w:spacing w:after="160"/>
      </w:pPr>
      <w:r>
        <w:rPr>
          <w:b w:val="0"/>
        </w:rPr>
        <w:t>Dear Sir/Madam,</w:t>
      </w:r>
    </w:p>
    <w:p>
      <w:pPr>
        <w:spacing w:after="160"/>
      </w:pPr>
      <w:r>
        <w:rPr>
          <w:b w:val="0"/>
        </w:rPr>
        <w:t xml:space="preserve">I hold account No. </w:t>
      </w:r>
      <w:r>
        <w:rPr>
          <w:b w:val="0"/>
          <w:highlight w:val="yellow"/>
        </w:rPr>
        <w:t>[Account number]</w:t>
      </w:r>
      <w:r>
        <w:rPr>
          <w:b w:val="0"/>
        </w:rPr>
        <w:t xml:space="preserve"> at your branch. On </w:t>
      </w:r>
      <w:r>
        <w:rPr>
          <w:b w:val="0"/>
          <w:highlight w:val="yellow"/>
        </w:rPr>
        <w:t>[Transaction date]</w:t>
      </w:r>
      <w:r>
        <w:rPr>
          <w:b w:val="0"/>
        </w:rPr>
        <w:t xml:space="preserve">, I attempted [an ATM withdrawal / a UPI payment / an online card payment / a fund transfer] of ₹ </w:t>
      </w:r>
      <w:r>
        <w:rPr>
          <w:b w:val="0"/>
          <w:highlight w:val="yellow"/>
        </w:rPr>
        <w:t>[Amount]</w:t>
      </w:r>
      <w:r>
        <w:rPr>
          <w:b w:val="0"/>
        </w:rPr>
        <w:t xml:space="preserve"> (reference No. </w:t>
      </w:r>
      <w:r>
        <w:rPr>
          <w:b w:val="0"/>
          <w:highlight w:val="yellow"/>
        </w:rPr>
        <w:t>[Transaction / UTR number]</w:t>
      </w:r>
      <w:r>
        <w:rPr>
          <w:b w:val="0"/>
        </w:rPr>
        <w:t>). The transaction failed, but the amount was debited from my account and has not been returned so far.</w:t>
      </w:r>
    </w:p>
    <w:p>
      <w:pPr>
        <w:spacing w:after="160"/>
      </w:pPr>
      <w:r>
        <w:rPr>
          <w:b w:val="0"/>
        </w:rPr>
        <w:t>Kindly look into this and credit the amount back to my account. Under the RBI rules on failed transactions, such amounts are to be reversed within a fixed time, failing which compensation is payable to the customer.</w:t>
      </w:r>
    </w:p>
    <w:p>
      <w:pPr>
        <w:spacing w:after="160"/>
      </w:pPr>
      <w:r>
        <w:rPr>
          <w:b w:val="0"/>
        </w:rPr>
        <w:t>I request you to look into the matter and take the necessary action at the earliest.</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A/c No.: </w:t>
      </w:r>
      <w:r>
        <w:rPr>
          <w:b w:val="0"/>
          <w:highlight w:val="yellow"/>
        </w:rPr>
        <w:t>[ ]</w:t>
      </w:r>
    </w:p>
    <w:p>
      <w:r>
        <w:br w:type="page"/>
      </w:r>
    </w:p>
    <w:p>
      <w:pPr>
        <w:spacing w:after="40"/>
      </w:pPr>
      <w:r>
        <w:rPr>
          <w:b/>
          <w:color w:val="2563EB"/>
          <w:sz w:val="28"/>
        </w:rPr>
        <w:t>11. NOC and documents after loan closure</w:t>
      </w:r>
    </w:p>
    <w:p>
      <w:pPr>
        <w:spacing w:after="200"/>
      </w:pPr>
      <w:r>
        <w:rPr>
          <w:b w:val="0"/>
          <w:color w:val="55607A"/>
          <w:sz w:val="18"/>
        </w:rPr>
        <w:t>Fill in: Loan account number, Loan closed on</w:t>
      </w:r>
    </w:p>
    <w:p>
      <w:pPr>
        <w:spacing w:after="160"/>
      </w:pPr>
      <w:r>
        <w:rPr>
          <w:b w:val="0"/>
        </w:rPr>
        <w:t xml:space="preserve">Date: </w:t>
      </w:r>
      <w:r>
        <w:rPr>
          <w:b w:val="0"/>
          <w:highlight w:val="yellow"/>
        </w:rPr>
        <w:t>[DD-MM-YYYY]</w:t>
      </w:r>
    </w:p>
    <w:p>
      <w:pPr>
        <w:spacing w:after="160"/>
      </w:pPr>
      <w:r>
        <w:rPr>
          <w:b w:val="0"/>
        </w:rPr>
        <w:t>To,</w:t>
      </w:r>
      <w:r>
        <w:br/>
      </w:r>
      <w:r>
        <w:rPr>
          <w:b w:val="0"/>
        </w:rPr>
        <w:t>The Branch Manager</w:t>
      </w:r>
      <w:r>
        <w:br/>
      </w:r>
      <w:r>
        <w:rPr>
          <w:b w:val="0"/>
          <w:highlight w:val="yellow"/>
        </w:rPr>
        <w:t>[Bank name]</w:t>
      </w:r>
      <w:r>
        <w:br/>
      </w:r>
      <w:r>
        <w:rPr>
          <w:b w:val="0"/>
          <w:highlight w:val="yellow"/>
        </w:rPr>
        <w:t>[City]</w:t>
      </w:r>
    </w:p>
    <w:p>
      <w:pPr>
        <w:spacing w:after="160"/>
      </w:pPr>
      <w:r>
        <w:rPr>
          <w:b/>
        </w:rPr>
        <w:t xml:space="preserve">Subject: Request for NOC and documents after closure of loan account No. </w:t>
      </w:r>
      <w:r>
        <w:rPr>
          <w:b/>
          <w:highlight w:val="yellow"/>
        </w:rPr>
        <w:t>[Loan account number]</w:t>
      </w:r>
    </w:p>
    <w:p>
      <w:pPr>
        <w:spacing w:after="160"/>
      </w:pPr>
      <w:r>
        <w:rPr>
          <w:b w:val="0"/>
        </w:rPr>
        <w:t>Dear Sir/Madam,</w:t>
      </w:r>
    </w:p>
    <w:p>
      <w:pPr>
        <w:spacing w:after="160"/>
      </w:pPr>
      <w:r>
        <w:rPr>
          <w:b w:val="0"/>
        </w:rPr>
        <w:t xml:space="preserve">I had taken a loan from your branch under loan account No. </w:t>
      </w:r>
      <w:r>
        <w:rPr>
          <w:b w:val="0"/>
          <w:highlight w:val="yellow"/>
        </w:rPr>
        <w:t>[Loan account number]</w:t>
      </w:r>
      <w:r>
        <w:rPr>
          <w:b w:val="0"/>
        </w:rPr>
        <w:t xml:space="preserve">. I have repaid the entire loan, and the account was closed on </w:t>
      </w:r>
      <w:r>
        <w:rPr>
          <w:b w:val="0"/>
          <w:highlight w:val="yellow"/>
        </w:rPr>
        <w:t>[Loan closed on]</w:t>
      </w:r>
      <w:r>
        <w:rPr>
          <w:b w:val="0"/>
        </w:rPr>
        <w:t>.</w:t>
      </w:r>
    </w:p>
    <w:p>
      <w:pPr>
        <w:spacing w:after="160"/>
      </w:pPr>
      <w:r>
        <w:rPr>
          <w:b w:val="0"/>
        </w:rPr>
        <w:t>Kindly issue the No Objection Certificate (NOC) and return all the original documents held by the bank. Please also remove any lien or charge on the security and report the closure to the credit bureaus.</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p>
    <w:p>
      <w:r>
        <w:br w:type="page"/>
      </w:r>
    </w:p>
    <w:p>
      <w:pPr>
        <w:spacing w:after="40"/>
      </w:pPr>
      <w:r>
        <w:rPr>
          <w:b/>
          <w:color w:val="2563EB"/>
          <w:sz w:val="28"/>
        </w:rPr>
        <w:t>12. Complaint about garbage and blocked drains</w:t>
      </w:r>
    </w:p>
    <w:p>
      <w:pPr>
        <w:spacing w:after="200"/>
      </w:pPr>
      <w:r>
        <w:rPr>
          <w:b w:val="0"/>
          <w:color w:val="55607A"/>
          <w:sz w:val="18"/>
        </w:rPr>
        <w:t>Fill in: Locality / ward, For how long, More details</w:t>
      </w:r>
    </w:p>
    <w:p>
      <w:pPr>
        <w:spacing w:after="160"/>
      </w:pPr>
      <w:r>
        <w:rPr>
          <w:b w:val="0"/>
        </w:rPr>
        <w:t xml:space="preserve">Date: </w:t>
      </w:r>
      <w:r>
        <w:rPr>
          <w:b w:val="0"/>
          <w:highlight w:val="yellow"/>
        </w:rPr>
        <w:t>[DD-MM-YYYY]</w:t>
      </w:r>
    </w:p>
    <w:p>
      <w:pPr>
        <w:spacing w:after="160"/>
      </w:pPr>
      <w:r>
        <w:rPr>
          <w:b w:val="0"/>
        </w:rPr>
        <w:t>To,</w:t>
      </w:r>
      <w:r>
        <w:br/>
      </w:r>
      <w:r>
        <w:rPr>
          <w:b w:val="0"/>
        </w:rPr>
        <w:t>The Municipal Commissioner</w:t>
      </w:r>
      <w:r>
        <w:br/>
      </w:r>
      <w:r>
        <w:rPr>
          <w:b w:val="0"/>
          <w:highlight w:val="yellow"/>
        </w:rPr>
        <w:t>[Municipal Corporation / Council]</w:t>
      </w:r>
      <w:r>
        <w:br/>
      </w:r>
      <w:r>
        <w:rPr>
          <w:b w:val="0"/>
          <w:highlight w:val="yellow"/>
        </w:rPr>
        <w:t>[City]</w:t>
      </w:r>
    </w:p>
    <w:p>
      <w:pPr>
        <w:spacing w:after="160"/>
      </w:pPr>
      <w:r>
        <w:rPr>
          <w:b/>
        </w:rPr>
        <w:t xml:space="preserve">Subject: Complaint about garbage and blocked drains in </w:t>
      </w:r>
      <w:r>
        <w:rPr>
          <w:b/>
          <w:highlight w:val="yellow"/>
        </w:rPr>
        <w:t>[Locality / ward]</w:t>
      </w:r>
    </w:p>
    <w:p>
      <w:pPr>
        <w:spacing w:after="160"/>
      </w:pPr>
      <w:r>
        <w:rPr>
          <w:b w:val="0"/>
        </w:rPr>
        <w:t>Dear Sir/Madam,</w:t>
      </w:r>
    </w:p>
    <w:p>
      <w:pPr>
        <w:spacing w:after="160"/>
      </w:pPr>
      <w:r>
        <w:rPr>
          <w:b w:val="0"/>
        </w:rPr>
        <w:t xml:space="preserve">I am a resident of </w:t>
      </w:r>
      <w:r>
        <w:rPr>
          <w:b w:val="0"/>
          <w:highlight w:val="yellow"/>
        </w:rPr>
        <w:t>[Locality / ward]</w:t>
      </w:r>
      <w:r>
        <w:rPr>
          <w:b w:val="0"/>
        </w:rPr>
        <w:t xml:space="preserve">, and I wish to bring to your notice the poor state of sanitation in our locality. Garbage is not being collected regularly for the last </w:t>
      </w:r>
      <w:r>
        <w:rPr>
          <w:b w:val="0"/>
          <w:highlight w:val="yellow"/>
        </w:rPr>
        <w:t>[For how long]</w:t>
      </w:r>
      <w:r>
        <w:rPr>
          <w:b w:val="0"/>
        </w:rPr>
        <w:t>, and the drains are blocked.</w:t>
      </w:r>
    </w:p>
    <w:p>
      <w:pPr>
        <w:spacing w:after="160"/>
      </w:pPr>
      <w:r>
        <w:rPr>
          <w:b w:val="0"/>
          <w:highlight w:val="yellow"/>
        </w:rPr>
        <w:t>[More details]</w:t>
      </w:r>
      <w:r>
        <w:rPr>
          <w:b w:val="0"/>
        </w:rPr>
        <w:t xml:space="preserve"> The heaps of waste and dirty water are breeding mosquitoes and flies, and there is a real risk of disease, especially for children and elderly people.</w:t>
      </w:r>
    </w:p>
    <w:p>
      <w:pPr>
        <w:spacing w:after="160"/>
      </w:pPr>
      <w:r>
        <w:rPr>
          <w:b w:val="0"/>
        </w:rPr>
        <w:t>I request you to arrange regular garbage collection, cleaning of the drains and spraying of insecticide in the area.</w:t>
      </w:r>
    </w:p>
    <w:p>
      <w:pPr>
        <w:spacing w:after="160"/>
      </w:pPr>
      <w:r>
        <w:rPr>
          <w:b w:val="0"/>
        </w:rPr>
        <w:t>I request you to look into the matter and take the necessary action at the earliest.</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Email: </w:t>
      </w:r>
      <w:r>
        <w:rPr>
          <w:b w:val="0"/>
          <w:highlight w:val="yellow"/>
        </w:rPr>
        <w:t>[ ]</w:t>
      </w:r>
    </w:p>
    <w:p>
      <w:r>
        <w:br w:type="page"/>
      </w:r>
    </w:p>
    <w:p>
      <w:pPr>
        <w:spacing w:after="40"/>
      </w:pPr>
      <w:r>
        <w:rPr>
          <w:b/>
          <w:color w:val="2563EB"/>
          <w:sz w:val="28"/>
        </w:rPr>
        <w:t>13. Road repair or street light complaint</w:t>
      </w:r>
    </w:p>
    <w:p>
      <w:pPr>
        <w:spacing w:after="200"/>
      </w:pPr>
      <w:r>
        <w:rPr>
          <w:b w:val="0"/>
          <w:color w:val="55607A"/>
          <w:sz w:val="18"/>
        </w:rPr>
        <w:t>Fill in: Locality / ward, Problem, For how long</w:t>
      </w:r>
    </w:p>
    <w:p>
      <w:pPr>
        <w:spacing w:after="160"/>
      </w:pPr>
      <w:r>
        <w:rPr>
          <w:b w:val="0"/>
        </w:rPr>
        <w:t xml:space="preserve">Date: </w:t>
      </w:r>
      <w:r>
        <w:rPr>
          <w:b w:val="0"/>
          <w:highlight w:val="yellow"/>
        </w:rPr>
        <w:t>[DD-MM-YYYY]</w:t>
      </w:r>
    </w:p>
    <w:p>
      <w:pPr>
        <w:spacing w:after="160"/>
      </w:pPr>
      <w:r>
        <w:rPr>
          <w:b w:val="0"/>
        </w:rPr>
        <w:t>To,</w:t>
      </w:r>
      <w:r>
        <w:br/>
      </w:r>
      <w:r>
        <w:rPr>
          <w:b w:val="0"/>
        </w:rPr>
        <w:t>The Executive Engineer</w:t>
      </w:r>
      <w:r>
        <w:br/>
      </w:r>
      <w:r>
        <w:rPr>
          <w:b w:val="0"/>
          <w:highlight w:val="yellow"/>
        </w:rPr>
        <w:t>[Municipal Corporation / PWD]</w:t>
      </w:r>
      <w:r>
        <w:br/>
      </w:r>
      <w:r>
        <w:rPr>
          <w:b w:val="0"/>
          <w:highlight w:val="yellow"/>
        </w:rPr>
        <w:t>[City]</w:t>
      </w:r>
    </w:p>
    <w:p>
      <w:pPr>
        <w:spacing w:after="160"/>
      </w:pPr>
      <w:r>
        <w:rPr>
          <w:b/>
        </w:rPr>
        <w:t xml:space="preserve">Subject: Repair of [broken road and potholes / street lights that do not work / broken road and street lights that do not work] in </w:t>
      </w:r>
      <w:r>
        <w:rPr>
          <w:b/>
          <w:highlight w:val="yellow"/>
        </w:rPr>
        <w:t>[Locality / ward]</w:t>
      </w:r>
    </w:p>
    <w:p>
      <w:pPr>
        <w:spacing w:after="160"/>
      </w:pPr>
      <w:r>
        <w:rPr>
          <w:b w:val="0"/>
        </w:rPr>
        <w:t>Dear Sir/Madam,</w:t>
      </w:r>
    </w:p>
    <w:p>
      <w:pPr>
        <w:spacing w:after="160"/>
      </w:pPr>
      <w:r>
        <w:rPr>
          <w:b w:val="0"/>
        </w:rPr>
        <w:t xml:space="preserve">I wish to draw your attention to the [broken road and potholes / street lights that do not work / broken road and street lights that do not work] in </w:t>
      </w:r>
      <w:r>
        <w:rPr>
          <w:b w:val="0"/>
          <w:highlight w:val="yellow"/>
        </w:rPr>
        <w:t>[Locality / ward]</w:t>
      </w:r>
      <w:r>
        <w:rPr>
          <w:b w:val="0"/>
        </w:rPr>
        <w:t xml:space="preserve">, which have not been repaired for </w:t>
      </w:r>
      <w:r>
        <w:rPr>
          <w:b w:val="0"/>
          <w:highlight w:val="yellow"/>
        </w:rPr>
        <w:t>[For how long]</w:t>
      </w:r>
      <w:r>
        <w:rPr>
          <w:b w:val="0"/>
        </w:rPr>
        <w:t>.</w:t>
      </w:r>
    </w:p>
    <w:p>
      <w:pPr>
        <w:spacing w:after="160"/>
      </w:pPr>
      <w:r>
        <w:rPr>
          <w:b w:val="0"/>
        </w:rPr>
        <w:t>The road has become unsafe, especially after dark. Two-wheelers slip, pedestrians and children are at risk of accidents, and dark stretches encourage theft and harassment.</w:t>
      </w:r>
    </w:p>
    <w:p>
      <w:pPr>
        <w:spacing w:after="160"/>
      </w:pPr>
      <w:r>
        <w:rPr>
          <w:b w:val="0"/>
        </w:rPr>
        <w:t>I request you to get the repair work done at the earliest.</w:t>
      </w:r>
    </w:p>
    <w:p>
      <w:pPr>
        <w:spacing w:after="160"/>
      </w:pPr>
      <w:r>
        <w:rPr>
          <w:b w:val="0"/>
        </w:rPr>
        <w:t>I request you to look into the matter and take the necessary action at the earliest.</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Email: </w:t>
      </w:r>
      <w:r>
        <w:rPr>
          <w:b w:val="0"/>
          <w:highlight w:val="yellow"/>
        </w:rPr>
        <w:t>[ ]</w:t>
      </w:r>
    </w:p>
    <w:p>
      <w:r>
        <w:br w:type="page"/>
      </w:r>
    </w:p>
    <w:p>
      <w:pPr>
        <w:spacing w:after="40"/>
      </w:pPr>
      <w:r>
        <w:rPr>
          <w:b/>
          <w:color w:val="2563EB"/>
          <w:sz w:val="28"/>
        </w:rPr>
        <w:t>14. Water supply complaint</w:t>
      </w:r>
    </w:p>
    <w:p>
      <w:pPr>
        <w:spacing w:after="200"/>
      </w:pPr>
      <w:r>
        <w:rPr>
          <w:b w:val="0"/>
          <w:color w:val="55607A"/>
          <w:sz w:val="18"/>
        </w:rPr>
        <w:t>Fill in: Locality / ward, Connection number, Problem, For how long</w:t>
      </w:r>
    </w:p>
    <w:p>
      <w:pPr>
        <w:spacing w:after="160"/>
      </w:pPr>
      <w:r>
        <w:rPr>
          <w:b w:val="0"/>
        </w:rPr>
        <w:t xml:space="preserve">Date: </w:t>
      </w:r>
      <w:r>
        <w:rPr>
          <w:b w:val="0"/>
          <w:highlight w:val="yellow"/>
        </w:rPr>
        <w:t>[DD-MM-YYYY]</w:t>
      </w:r>
    </w:p>
    <w:p>
      <w:pPr>
        <w:spacing w:after="160"/>
      </w:pPr>
      <w:r>
        <w:rPr>
          <w:b w:val="0"/>
        </w:rPr>
        <w:t>To,</w:t>
      </w:r>
      <w:r>
        <w:br/>
      </w:r>
      <w:r>
        <w:rPr>
          <w:b w:val="0"/>
        </w:rPr>
        <w:t>The Executive Engineer</w:t>
      </w:r>
      <w:r>
        <w:br/>
      </w:r>
      <w:r>
        <w:rPr>
          <w:b w:val="0"/>
          <w:highlight w:val="yellow"/>
        </w:rPr>
        <w:t>[Water supply department / Jal Board]</w:t>
      </w:r>
      <w:r>
        <w:br/>
      </w:r>
      <w:r>
        <w:rPr>
          <w:b w:val="0"/>
          <w:highlight w:val="yellow"/>
        </w:rPr>
        <w:t>[City]</w:t>
      </w:r>
    </w:p>
    <w:p>
      <w:pPr>
        <w:spacing w:after="160"/>
      </w:pPr>
      <w:r>
        <w:rPr>
          <w:b/>
        </w:rPr>
        <w:t xml:space="preserve">Subject: Complaint about </w:t>
      </w:r>
      <w:r>
        <w:rPr>
          <w:b/>
          <w:highlight w:val="yellow"/>
        </w:rPr>
        <w:t>[no water supply / very low water pressure / dirty, smelly water]</w:t>
      </w:r>
      <w:r>
        <w:rPr>
          <w:b/>
        </w:rPr>
        <w:t xml:space="preserve"> in </w:t>
      </w:r>
      <w:r>
        <w:rPr>
          <w:b/>
          <w:highlight w:val="yellow"/>
        </w:rPr>
        <w:t>[Locality / ward]</w:t>
      </w:r>
    </w:p>
    <w:p>
      <w:pPr>
        <w:spacing w:after="160"/>
      </w:pPr>
      <w:r>
        <w:rPr>
          <w:b w:val="0"/>
        </w:rPr>
        <w:t>Dear Sir/Madam,</w:t>
      </w:r>
    </w:p>
    <w:p>
      <w:pPr>
        <w:spacing w:after="160"/>
      </w:pPr>
      <w:r>
        <w:rPr>
          <w:b w:val="0"/>
        </w:rPr>
        <w:t xml:space="preserve">I am a resident of </w:t>
      </w:r>
      <w:r>
        <w:rPr>
          <w:b w:val="0"/>
          <w:highlight w:val="yellow"/>
        </w:rPr>
        <w:t>[Locality / ward]</w:t>
      </w:r>
      <w:r>
        <w:rPr>
          <w:b w:val="0"/>
        </w:rPr>
        <w:t xml:space="preserve"> (connection No. </w:t>
      </w:r>
      <w:r>
        <w:rPr>
          <w:b w:val="0"/>
          <w:highlight w:val="yellow"/>
        </w:rPr>
        <w:t>[Connection number]</w:t>
      </w:r>
      <w:r>
        <w:rPr>
          <w:b w:val="0"/>
        </w:rPr>
        <w:t xml:space="preserve">). Our area has been facing </w:t>
      </w:r>
      <w:r>
        <w:rPr>
          <w:b w:val="0"/>
          <w:highlight w:val="yellow"/>
        </w:rPr>
        <w:t>[no water supply / very low water pressure / dirty, smelly water]</w:t>
      </w:r>
      <w:r>
        <w:rPr>
          <w:b w:val="0"/>
        </w:rPr>
        <w:t xml:space="preserve"> for the last </w:t>
      </w:r>
      <w:r>
        <w:rPr>
          <w:b w:val="0"/>
          <w:highlight w:val="yellow"/>
        </w:rPr>
        <w:t>[For how long]</w:t>
      </w:r>
      <w:r>
        <w:rPr>
          <w:b w:val="0"/>
        </w:rPr>
        <w:t>.</w:t>
      </w:r>
    </w:p>
    <w:p>
      <w:pPr>
        <w:spacing w:after="160"/>
      </w:pPr>
      <w:r>
        <w:rPr>
          <w:b w:val="0"/>
        </w:rPr>
        <w:t>Families are having to buy water or carry it from far away, and unsafe water can cause serious illness.</w:t>
      </w:r>
    </w:p>
    <w:p>
      <w:pPr>
        <w:spacing w:after="160"/>
      </w:pPr>
      <w:r>
        <w:rPr>
          <w:b w:val="0"/>
        </w:rPr>
        <w:t>Kindly look into the matter and restore a regular, clean water supply at the earliest.</w:t>
      </w:r>
    </w:p>
    <w:p>
      <w:pPr>
        <w:spacing w:after="160"/>
      </w:pPr>
      <w:r>
        <w:rPr>
          <w:b w:val="0"/>
        </w:rPr>
        <w:t>I request you to look into the matter and take the necessary action at the earliest.</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Email: </w:t>
      </w:r>
      <w:r>
        <w:rPr>
          <w:b w:val="0"/>
          <w:highlight w:val="yellow"/>
        </w:rPr>
        <w:t>[ ]</w:t>
      </w:r>
    </w:p>
    <w:p>
      <w:r>
        <w:br w:type="page"/>
      </w:r>
    </w:p>
    <w:p>
      <w:pPr>
        <w:spacing w:after="40"/>
      </w:pPr>
      <w:r>
        <w:rPr>
          <w:b/>
          <w:color w:val="2563EB"/>
          <w:sz w:val="28"/>
        </w:rPr>
        <w:t>15. Electricity complaint (power cuts, bill, meter)</w:t>
      </w:r>
    </w:p>
    <w:p>
      <w:pPr>
        <w:spacing w:after="200"/>
      </w:pPr>
      <w:r>
        <w:rPr>
          <w:b w:val="0"/>
          <w:color w:val="55607A"/>
          <w:sz w:val="18"/>
        </w:rPr>
        <w:t>Fill in: Consumer / connection number, Problem, Since, More details</w:t>
      </w:r>
    </w:p>
    <w:p>
      <w:pPr>
        <w:spacing w:after="160"/>
      </w:pPr>
      <w:r>
        <w:rPr>
          <w:b w:val="0"/>
        </w:rPr>
        <w:t xml:space="preserve">Date: </w:t>
      </w:r>
      <w:r>
        <w:rPr>
          <w:b w:val="0"/>
          <w:highlight w:val="yellow"/>
        </w:rPr>
        <w:t>[DD-MM-YYYY]</w:t>
      </w:r>
    </w:p>
    <w:p>
      <w:pPr>
        <w:spacing w:after="160"/>
      </w:pPr>
      <w:r>
        <w:rPr>
          <w:b w:val="0"/>
        </w:rPr>
        <w:t>To,</w:t>
      </w:r>
      <w:r>
        <w:br/>
      </w:r>
      <w:r>
        <w:rPr>
          <w:b w:val="0"/>
        </w:rPr>
        <w:t>The Assistant Engineer / SDO</w:t>
      </w:r>
      <w:r>
        <w:br/>
      </w:r>
      <w:r>
        <w:rPr>
          <w:b w:val="0"/>
          <w:highlight w:val="yellow"/>
        </w:rPr>
        <w:t>[Electricity distribution company]</w:t>
      </w:r>
      <w:r>
        <w:br/>
      </w:r>
      <w:r>
        <w:rPr>
          <w:b w:val="0"/>
          <w:highlight w:val="yellow"/>
        </w:rPr>
        <w:t>[City]</w:t>
      </w:r>
    </w:p>
    <w:p>
      <w:pPr>
        <w:spacing w:after="160"/>
      </w:pPr>
      <w:r>
        <w:rPr>
          <w:b/>
        </w:rPr>
        <w:t xml:space="preserve">Subject: Complaint about [frequent power cuts / an unusually high bill / a faulty meter / low voltage], consumer No. </w:t>
      </w:r>
      <w:r>
        <w:rPr>
          <w:b/>
          <w:highlight w:val="yellow"/>
        </w:rPr>
        <w:t>[Consumer / connection number]</w:t>
      </w:r>
    </w:p>
    <w:p>
      <w:pPr>
        <w:spacing w:after="160"/>
      </w:pPr>
      <w:r>
        <w:rPr>
          <w:b w:val="0"/>
        </w:rPr>
        <w:t>Dear Sir/Madam,</w:t>
      </w:r>
    </w:p>
    <w:p>
      <w:pPr>
        <w:spacing w:after="160"/>
      </w:pPr>
      <w:r>
        <w:rPr>
          <w:b w:val="0"/>
        </w:rPr>
        <w:t xml:space="preserve">I am a consumer of your department with consumer No. </w:t>
      </w:r>
      <w:r>
        <w:rPr>
          <w:b w:val="0"/>
          <w:highlight w:val="yellow"/>
        </w:rPr>
        <w:t>[Consumer / connection number]</w:t>
      </w:r>
      <w:r>
        <w:rPr>
          <w:b w:val="0"/>
        </w:rPr>
        <w:t xml:space="preserve">. I am writing about [frequent power cuts / an unusually high bill / a faulty meter / low voltage] at my premises since </w:t>
      </w:r>
      <w:r>
        <w:rPr>
          <w:b w:val="0"/>
          <w:highlight w:val="yellow"/>
        </w:rPr>
        <w:t>[Since]</w:t>
      </w:r>
      <w:r>
        <w:rPr>
          <w:b w:val="0"/>
        </w:rPr>
        <w:t>.</w:t>
      </w:r>
    </w:p>
    <w:p>
      <w:pPr>
        <w:spacing w:after="160"/>
      </w:pPr>
      <w:r>
        <w:rPr>
          <w:b w:val="0"/>
          <w:highlight w:val="yellow"/>
        </w:rPr>
        <w:t>[More details]</w:t>
      </w:r>
      <w:r>
        <w:rPr>
          <w:b w:val="0"/>
        </w:rPr>
        <w:t xml:space="preserve"> Kindly send your staff to inspect the problem and set it right. If the bill or meter reading is wrong, please revise the bill and adjust any excess amount in the next bill.</w:t>
      </w:r>
    </w:p>
    <w:p>
      <w:pPr>
        <w:spacing w:after="160"/>
      </w:pPr>
      <w:r>
        <w:rPr>
          <w:b w:val="0"/>
        </w:rPr>
        <w:t>I request you to look into the matter and take the necessary action at the earliest.</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Email: </w:t>
      </w:r>
      <w:r>
        <w:rPr>
          <w:b w:val="0"/>
          <w:highlight w:val="yellow"/>
        </w:rPr>
        <w:t>[ ]</w:t>
      </w:r>
    </w:p>
    <w:p>
      <w:pPr>
        <w:spacing w:after="80"/>
      </w:pPr>
      <w:r>
        <w:rPr>
          <w:b w:val="0"/>
          <w:sz w:val="19"/>
        </w:rPr>
        <w:t>Enclosures:</w:t>
      </w:r>
      <w:r>
        <w:br/>
      </w:r>
      <w:r>
        <w:rPr>
          <w:b w:val="0"/>
          <w:sz w:val="19"/>
        </w:rPr>
        <w:t>1. Copy of the latest bill</w:t>
      </w:r>
    </w:p>
    <w:p>
      <w:r>
        <w:br w:type="page"/>
      </w:r>
    </w:p>
    <w:p>
      <w:pPr>
        <w:spacing w:after="40"/>
      </w:pPr>
      <w:r>
        <w:rPr>
          <w:b/>
          <w:color w:val="2563EB"/>
          <w:sz w:val="28"/>
        </w:rPr>
        <w:t>16. RTI application (Right to Information)</w:t>
      </w:r>
    </w:p>
    <w:p>
      <w:pPr>
        <w:spacing w:after="200"/>
      </w:pPr>
      <w:r>
        <w:rPr>
          <w:b w:val="0"/>
          <w:color w:val="55607A"/>
          <w:sz w:val="18"/>
        </w:rPr>
        <w:t>Fill in: Information wanted, Period, How the ₹10 fee was paid</w:t>
      </w:r>
    </w:p>
    <w:p>
      <w:pPr>
        <w:spacing w:after="160"/>
      </w:pPr>
      <w:r>
        <w:rPr>
          <w:b w:val="0"/>
        </w:rPr>
        <w:t xml:space="preserve">Date: </w:t>
      </w:r>
      <w:r>
        <w:rPr>
          <w:b w:val="0"/>
          <w:highlight w:val="yellow"/>
        </w:rPr>
        <w:t>[DD-MM-YYYY]</w:t>
      </w:r>
    </w:p>
    <w:p>
      <w:pPr>
        <w:spacing w:after="160"/>
      </w:pPr>
      <w:r>
        <w:rPr>
          <w:b w:val="0"/>
        </w:rPr>
        <w:t>To,</w:t>
      </w:r>
      <w:r>
        <w:br/>
      </w:r>
      <w:r>
        <w:rPr>
          <w:b w:val="0"/>
        </w:rPr>
        <w:t>The Public Information Officer</w:t>
      </w:r>
      <w:r>
        <w:br/>
      </w:r>
      <w:r>
        <w:rPr>
          <w:b w:val="0"/>
          <w:highlight w:val="yellow"/>
        </w:rPr>
        <w:t>[Name of department / office]</w:t>
      </w:r>
      <w:r>
        <w:br/>
      </w:r>
      <w:r>
        <w:rPr>
          <w:b w:val="0"/>
          <w:highlight w:val="yellow"/>
        </w:rPr>
        <w:t>[City]</w:t>
      </w:r>
    </w:p>
    <w:p>
      <w:pPr>
        <w:spacing w:after="160"/>
      </w:pPr>
      <w:r>
        <w:rPr>
          <w:b/>
        </w:rPr>
        <w:t>Subject: Application under Section 6(1) of the Right to Information Act, 2005</w:t>
      </w:r>
    </w:p>
    <w:p>
      <w:pPr>
        <w:spacing w:after="160"/>
      </w:pPr>
      <w:r>
        <w:rPr>
          <w:b w:val="0"/>
        </w:rPr>
        <w:t>Dear Sir/Madam,</w:t>
      </w:r>
    </w:p>
    <w:p>
      <w:pPr>
        <w:spacing w:after="160"/>
      </w:pPr>
      <w:r>
        <w:rPr>
          <w:b w:val="0"/>
        </w:rPr>
        <w:t xml:space="preserve">I request the following information under the Right to Information Act, 2005, for the period </w:t>
      </w:r>
      <w:r>
        <w:rPr>
          <w:b w:val="0"/>
          <w:highlight w:val="yellow"/>
        </w:rPr>
        <w:t>[Period]</w:t>
      </w:r>
      <w:r>
        <w:rPr>
          <w:b w:val="0"/>
        </w:rPr>
        <w:t>:</w:t>
      </w:r>
      <w:r>
        <w:br/>
      </w:r>
      <w:r>
        <w:rPr>
          <w:b w:val="0"/>
        </w:rPr>
        <w:t xml:space="preserve">1. </w:t>
      </w:r>
      <w:r>
        <w:rPr>
          <w:b w:val="0"/>
          <w:highlight w:val="yellow"/>
        </w:rPr>
        <w:t>[Information wanted]</w:t>
      </w:r>
      <w:r>
        <w:br/>
      </w:r>
      <w:r>
        <w:rPr>
          <w:b w:val="0"/>
        </w:rPr>
        <w:t xml:space="preserve">2. </w:t>
      </w:r>
      <w:r>
        <w:rPr>
          <w:b w:val="0"/>
          <w:highlight w:val="yellow"/>
        </w:rPr>
        <w:t>[ ]</w:t>
      </w:r>
      <w:r>
        <w:br/>
      </w:r>
      <w:r>
        <w:rPr>
          <w:b w:val="0"/>
        </w:rPr>
        <w:t xml:space="preserve">3. </w:t>
      </w:r>
      <w:r>
        <w:rPr>
          <w:b w:val="0"/>
          <w:highlight w:val="yellow"/>
        </w:rPr>
        <w:t>[ ]</w:t>
      </w:r>
    </w:p>
    <w:p>
      <w:pPr>
        <w:spacing w:after="160"/>
      </w:pPr>
      <w:r>
        <w:rPr>
          <w:b w:val="0"/>
        </w:rPr>
        <w:t xml:space="preserve">I have paid the application fee of ₹10 by </w:t>
      </w:r>
      <w:r>
        <w:rPr>
          <w:b w:val="0"/>
          <w:highlight w:val="yellow"/>
        </w:rPr>
        <w:t>[How the ₹10 fee was paid]</w:t>
      </w:r>
      <w:r>
        <w:rPr>
          <w:b w:val="0"/>
        </w:rPr>
        <w:t>.</w:t>
      </w:r>
    </w:p>
    <w:p>
      <w:pPr>
        <w:spacing w:after="160"/>
      </w:pPr>
      <w:r>
        <w:rPr>
          <w:b w:val="0"/>
        </w:rPr>
        <w:t>If any part of this information is held by another public authority, kindly transfer this application to it under Section 6(3) of the Act and inform me. Please send the information to my address given below.</w:t>
      </w:r>
    </w:p>
    <w:p>
      <w:pPr>
        <w:spacing w:after="160"/>
      </w:pPr>
      <w:r>
        <w:rPr>
          <w:b w:val="0"/>
        </w:rPr>
        <w:t>Kindly provide certified copies of the documents asked for; I will pay the copying charges.</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Email: </w:t>
      </w:r>
      <w:r>
        <w:rPr>
          <w:b w:val="0"/>
          <w:highlight w:val="yellow"/>
        </w:rPr>
        <w:t>[ ]</w:t>
      </w:r>
    </w:p>
    <w:p>
      <w:r>
        <w:br w:type="page"/>
      </w:r>
    </w:p>
    <w:p>
      <w:pPr>
        <w:spacing w:after="40"/>
      </w:pPr>
      <w:r>
        <w:rPr>
          <w:b/>
          <w:color w:val="2563EB"/>
          <w:sz w:val="28"/>
        </w:rPr>
        <w:t>17. Theft complaint to police (FIR request)</w:t>
      </w:r>
    </w:p>
    <w:p>
      <w:pPr>
        <w:spacing w:after="200"/>
      </w:pPr>
      <w:r>
        <w:rPr>
          <w:b w:val="0"/>
          <w:color w:val="55607A"/>
          <w:sz w:val="18"/>
        </w:rPr>
        <w:t>Fill in: What was stolen / lost, Approximate value, Date of theft, Time, Where it happened, More details</w:t>
      </w:r>
    </w:p>
    <w:p>
      <w:pPr>
        <w:spacing w:after="160"/>
      </w:pPr>
      <w:r>
        <w:rPr>
          <w:b w:val="0"/>
        </w:rPr>
        <w:t xml:space="preserve">Date: </w:t>
      </w:r>
      <w:r>
        <w:rPr>
          <w:b w:val="0"/>
          <w:highlight w:val="yellow"/>
        </w:rPr>
        <w:t>[DD-MM-YYYY]</w:t>
      </w:r>
    </w:p>
    <w:p>
      <w:pPr>
        <w:spacing w:after="160"/>
      </w:pPr>
      <w:r>
        <w:rPr>
          <w:b w:val="0"/>
        </w:rPr>
        <w:t>To,</w:t>
      </w:r>
      <w:r>
        <w:br/>
      </w:r>
      <w:r>
        <w:rPr>
          <w:b w:val="0"/>
        </w:rPr>
        <w:t>The Station House Officer (SHO)</w:t>
      </w:r>
      <w:r>
        <w:br/>
      </w:r>
      <w:r>
        <w:rPr>
          <w:b w:val="0"/>
          <w:highlight w:val="yellow"/>
        </w:rPr>
        <w:t>[Police station name]</w:t>
      </w:r>
      <w:r>
        <w:br/>
      </w:r>
      <w:r>
        <w:rPr>
          <w:b w:val="0"/>
          <w:highlight w:val="yellow"/>
        </w:rPr>
        <w:t>[City]</w:t>
      </w:r>
    </w:p>
    <w:p>
      <w:pPr>
        <w:spacing w:after="160"/>
      </w:pPr>
      <w:r>
        <w:rPr>
          <w:b/>
        </w:rPr>
        <w:t xml:space="preserve">Subject: Request to register an FIR for theft of my </w:t>
      </w:r>
      <w:r>
        <w:rPr>
          <w:b/>
          <w:highlight w:val="yellow"/>
        </w:rPr>
        <w:t>[What was stolen / lost]</w:t>
      </w:r>
    </w:p>
    <w:p>
      <w:pPr>
        <w:spacing w:after="160"/>
      </w:pPr>
      <w:r>
        <w:rPr>
          <w:b w:val="0"/>
        </w:rPr>
        <w:t>Dear Sir/Madam,</w:t>
      </w:r>
    </w:p>
    <w:p>
      <w:pPr>
        <w:spacing w:after="160"/>
      </w:pPr>
      <w:r>
        <w:rPr>
          <w:b w:val="0"/>
        </w:rPr>
        <w:t xml:space="preserve">I wish to report the theft of my </w:t>
      </w:r>
      <w:r>
        <w:rPr>
          <w:b w:val="0"/>
          <w:highlight w:val="yellow"/>
        </w:rPr>
        <w:t>[What was stolen / lost]</w:t>
      </w:r>
      <w:r>
        <w:rPr>
          <w:b w:val="0"/>
        </w:rPr>
        <w:t xml:space="preserve">, worth about ₹ </w:t>
      </w:r>
      <w:r>
        <w:rPr>
          <w:b w:val="0"/>
          <w:highlight w:val="yellow"/>
        </w:rPr>
        <w:t>[Approximate value]</w:t>
      </w:r>
      <w:r>
        <w:rPr>
          <w:b w:val="0"/>
        </w:rPr>
        <w:t xml:space="preserve">, on </w:t>
      </w:r>
      <w:r>
        <w:rPr>
          <w:b w:val="0"/>
          <w:highlight w:val="yellow"/>
        </w:rPr>
        <w:t>[Date of theft]</w:t>
      </w:r>
      <w:r>
        <w:rPr>
          <w:b w:val="0"/>
        </w:rPr>
        <w:t xml:space="preserve"> at about </w:t>
      </w:r>
      <w:r>
        <w:rPr>
          <w:b w:val="0"/>
          <w:highlight w:val="yellow"/>
        </w:rPr>
        <w:t>[Time]</w:t>
      </w:r>
      <w:r>
        <w:rPr>
          <w:b w:val="0"/>
        </w:rPr>
        <w:t xml:space="preserve"> </w:t>
      </w:r>
      <w:r>
        <w:rPr>
          <w:b w:val="0"/>
          <w:highlight w:val="yellow"/>
        </w:rPr>
        <w:t>[Where it happened]</w:t>
      </w:r>
      <w:r>
        <w:rPr>
          <w:b w:val="0"/>
        </w:rPr>
        <w:t>.</w:t>
      </w:r>
    </w:p>
    <w:p>
      <w:pPr>
        <w:spacing w:after="160"/>
      </w:pPr>
      <w:r>
        <w:rPr>
          <w:b w:val="0"/>
          <w:highlight w:val="yellow"/>
        </w:rPr>
        <w:t>[More details]</w:t>
      </w:r>
      <w:r>
        <w:rPr>
          <w:b w:val="0"/>
        </w:rPr>
        <w:t xml:space="preserve"> I searched the area and asked people nearby, but could not find it.</w:t>
      </w:r>
    </w:p>
    <w:p>
      <w:pPr>
        <w:spacing w:after="160"/>
      </w:pPr>
      <w:r>
        <w:rPr>
          <w:b w:val="0"/>
        </w:rPr>
        <w:t>I request you to register an FIR, investigate the matter and help me recover my property. Kindly give me a copy of the FIR, which I need for insurance and other formalities.</w:t>
      </w:r>
    </w:p>
    <w:p>
      <w:pPr>
        <w:spacing w:after="160"/>
      </w:pPr>
      <w:r>
        <w:rPr>
          <w:b w:val="0"/>
        </w:rPr>
        <w:t>I request you to look into the matter and take the necessary action at the earliest.</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Email: </w:t>
      </w:r>
      <w:r>
        <w:rPr>
          <w:b w:val="0"/>
          <w:highlight w:val="yellow"/>
        </w:rPr>
        <w:t>[ ]</w:t>
      </w:r>
    </w:p>
    <w:p>
      <w:r>
        <w:br w:type="page"/>
      </w:r>
    </w:p>
    <w:p>
      <w:pPr>
        <w:spacing w:after="40"/>
      </w:pPr>
      <w:r>
        <w:rPr>
          <w:b/>
          <w:color w:val="2563EB"/>
          <w:sz w:val="28"/>
        </w:rPr>
        <w:t>18. Lost documents or mobile report to police</w:t>
      </w:r>
    </w:p>
    <w:p>
      <w:pPr>
        <w:spacing w:after="200"/>
      </w:pPr>
      <w:r>
        <w:rPr>
          <w:b w:val="0"/>
          <w:color w:val="55607A"/>
          <w:sz w:val="18"/>
        </w:rPr>
        <w:t>Fill in: What was lost, Date lost, Where, More details</w:t>
      </w:r>
    </w:p>
    <w:p>
      <w:pPr>
        <w:spacing w:after="160"/>
      </w:pPr>
      <w:r>
        <w:rPr>
          <w:b w:val="0"/>
        </w:rPr>
        <w:t xml:space="preserve">Date: </w:t>
      </w:r>
      <w:r>
        <w:rPr>
          <w:b w:val="0"/>
          <w:highlight w:val="yellow"/>
        </w:rPr>
        <w:t>[DD-MM-YYYY]</w:t>
      </w:r>
    </w:p>
    <w:p>
      <w:pPr>
        <w:spacing w:after="160"/>
      </w:pPr>
      <w:r>
        <w:rPr>
          <w:b w:val="0"/>
        </w:rPr>
        <w:t>To,</w:t>
      </w:r>
      <w:r>
        <w:br/>
      </w:r>
      <w:r>
        <w:rPr>
          <w:b w:val="0"/>
        </w:rPr>
        <w:t>The Station House Officer (SHO)</w:t>
      </w:r>
      <w:r>
        <w:br/>
      </w:r>
      <w:r>
        <w:rPr>
          <w:b w:val="0"/>
          <w:highlight w:val="yellow"/>
        </w:rPr>
        <w:t>[Police station name]</w:t>
      </w:r>
      <w:r>
        <w:br/>
      </w:r>
      <w:r>
        <w:rPr>
          <w:b w:val="0"/>
          <w:highlight w:val="yellow"/>
        </w:rPr>
        <w:t>[City]</w:t>
      </w:r>
    </w:p>
    <w:p>
      <w:pPr>
        <w:spacing w:after="160"/>
      </w:pPr>
      <w:r>
        <w:rPr>
          <w:b/>
        </w:rPr>
        <w:t xml:space="preserve">Subject: Report of loss of </w:t>
      </w:r>
      <w:r>
        <w:rPr>
          <w:b/>
          <w:highlight w:val="yellow"/>
        </w:rPr>
        <w:t>[What was lost]</w:t>
      </w:r>
    </w:p>
    <w:p>
      <w:pPr>
        <w:spacing w:after="160"/>
      </w:pPr>
      <w:r>
        <w:rPr>
          <w:b w:val="0"/>
        </w:rPr>
        <w:t>Dear Sir/Madam,</w:t>
      </w:r>
    </w:p>
    <w:p>
      <w:pPr>
        <w:spacing w:after="160"/>
      </w:pPr>
      <w:r>
        <w:rPr>
          <w:b w:val="0"/>
        </w:rPr>
        <w:t xml:space="preserve">I wish to report that I lost my </w:t>
      </w:r>
      <w:r>
        <w:rPr>
          <w:b w:val="0"/>
          <w:highlight w:val="yellow"/>
        </w:rPr>
        <w:t>[What was lost]</w:t>
      </w:r>
      <w:r>
        <w:rPr>
          <w:b w:val="0"/>
        </w:rPr>
        <w:t xml:space="preserve"> on </w:t>
      </w:r>
      <w:r>
        <w:rPr>
          <w:b w:val="0"/>
          <w:highlight w:val="yellow"/>
        </w:rPr>
        <w:t>[Date lost]</w:t>
      </w:r>
      <w:r>
        <w:rPr>
          <w:b w:val="0"/>
        </w:rPr>
        <w:t xml:space="preserve"> at or near </w:t>
      </w:r>
      <w:r>
        <w:rPr>
          <w:b w:val="0"/>
          <w:highlight w:val="yellow"/>
        </w:rPr>
        <w:t>[Where]</w:t>
      </w:r>
      <w:r>
        <w:rPr>
          <w:b w:val="0"/>
        </w:rPr>
        <w:t>. I have searched for it but could not find it.</w:t>
      </w:r>
    </w:p>
    <w:p>
      <w:pPr>
        <w:spacing w:after="160"/>
      </w:pPr>
      <w:r>
        <w:rPr>
          <w:b w:val="0"/>
          <w:highlight w:val="yellow"/>
        </w:rPr>
        <w:t>[More details]</w:t>
      </w:r>
      <w:r>
        <w:rPr>
          <w:b w:val="0"/>
        </w:rPr>
        <w:t xml:space="preserve"> Kindly record this report and give me a copy, which I need to apply for duplicates and to prevent misuse. I will inform the police station if the items are found.</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Email: </w:t>
      </w:r>
      <w:r>
        <w:rPr>
          <w:b w:val="0"/>
          <w:highlight w:val="yellow"/>
        </w:rPr>
        <w:t>[ ]</w:t>
      </w:r>
    </w:p>
    <w:p>
      <w:r>
        <w:br w:type="page"/>
      </w:r>
    </w:p>
    <w:p>
      <w:pPr>
        <w:spacing w:after="40"/>
      </w:pPr>
      <w:r>
        <w:rPr>
          <w:b/>
          <w:color w:val="2563EB"/>
          <w:sz w:val="28"/>
        </w:rPr>
        <w:t>19. Passport address proof covering letter</w:t>
      </w:r>
    </w:p>
    <w:p>
      <w:pPr>
        <w:spacing w:after="200"/>
      </w:pPr>
      <w:r>
        <w:rPr>
          <w:b w:val="0"/>
          <w:color w:val="55607A"/>
          <w:sz w:val="18"/>
        </w:rPr>
        <w:t>Fill in: Passport application number, Appointment date, Documents attached</w:t>
      </w:r>
    </w:p>
    <w:p>
      <w:pPr>
        <w:spacing w:after="160"/>
      </w:pPr>
      <w:r>
        <w:rPr>
          <w:b w:val="0"/>
        </w:rPr>
        <w:t xml:space="preserve">Date: </w:t>
      </w:r>
      <w:r>
        <w:rPr>
          <w:b w:val="0"/>
          <w:highlight w:val="yellow"/>
        </w:rPr>
        <w:t>[DD-MM-YYYY]</w:t>
      </w:r>
    </w:p>
    <w:p>
      <w:pPr>
        <w:spacing w:after="160"/>
      </w:pPr>
      <w:r>
        <w:rPr>
          <w:b w:val="0"/>
        </w:rPr>
        <w:t>To,</w:t>
      </w:r>
      <w:r>
        <w:br/>
      </w:r>
      <w:r>
        <w:rPr>
          <w:b w:val="0"/>
        </w:rPr>
        <w:t>The Passport Officer</w:t>
      </w:r>
      <w:r>
        <w:br/>
      </w:r>
      <w:r>
        <w:rPr>
          <w:b w:val="0"/>
        </w:rPr>
        <w:t>Regional Passport Office</w:t>
      </w:r>
      <w:r>
        <w:br/>
      </w:r>
      <w:r>
        <w:rPr>
          <w:b w:val="0"/>
          <w:highlight w:val="yellow"/>
        </w:rPr>
        <w:t>[City]</w:t>
      </w:r>
    </w:p>
    <w:p>
      <w:pPr>
        <w:spacing w:after="160"/>
      </w:pPr>
      <w:r>
        <w:rPr>
          <w:b/>
        </w:rPr>
        <w:t xml:space="preserve">Subject: Submission of address proof for passport application, ARN </w:t>
      </w:r>
      <w:r>
        <w:rPr>
          <w:b/>
          <w:highlight w:val="yellow"/>
        </w:rPr>
        <w:t>[Passport application number]</w:t>
      </w:r>
    </w:p>
    <w:p>
      <w:pPr>
        <w:spacing w:after="160"/>
      </w:pPr>
      <w:r>
        <w:rPr>
          <w:b w:val="0"/>
        </w:rPr>
        <w:t>Dear Sir/Madam,</w:t>
      </w:r>
    </w:p>
    <w:p>
      <w:pPr>
        <w:spacing w:after="160"/>
      </w:pPr>
      <w:r>
        <w:rPr>
          <w:b w:val="0"/>
        </w:rPr>
        <w:t xml:space="preserve">I have applied for a passport online under Application Reference Number (ARN) </w:t>
      </w:r>
      <w:r>
        <w:rPr>
          <w:b w:val="0"/>
          <w:highlight w:val="yellow"/>
        </w:rPr>
        <w:t>[Passport application number]</w:t>
      </w:r>
      <w:r>
        <w:rPr>
          <w:b w:val="0"/>
        </w:rPr>
        <w:t xml:space="preserve">, and my appointment is on </w:t>
      </w:r>
      <w:r>
        <w:rPr>
          <w:b w:val="0"/>
          <w:highlight w:val="yellow"/>
        </w:rPr>
        <w:t>[Appointment date]</w:t>
      </w:r>
      <w:r>
        <w:rPr>
          <w:b w:val="0"/>
        </w:rPr>
        <w:t>.</w:t>
      </w:r>
    </w:p>
    <w:p>
      <w:pPr>
        <w:spacing w:after="160"/>
      </w:pPr>
      <w:r>
        <w:rPr>
          <w:b w:val="0"/>
        </w:rPr>
        <w:t>As proof of my present address, I am submitting self-attested copies of the following documents:</w:t>
      </w:r>
      <w:r>
        <w:br/>
      </w:r>
      <w:r>
        <w:rPr>
          <w:b w:val="0"/>
        </w:rPr>
        <w:t xml:space="preserve">1. </w:t>
      </w:r>
      <w:r>
        <w:rPr>
          <w:b w:val="0"/>
          <w:highlight w:val="yellow"/>
        </w:rPr>
        <w:t>[Documents attached]</w:t>
      </w:r>
      <w:r>
        <w:br/>
      </w:r>
      <w:r>
        <w:rPr>
          <w:b w:val="0"/>
        </w:rPr>
        <w:t xml:space="preserve">2. </w:t>
      </w:r>
      <w:r>
        <w:rPr>
          <w:b w:val="0"/>
          <w:highlight w:val="yellow"/>
        </w:rPr>
        <w:t>[ ]</w:t>
      </w:r>
      <w:r>
        <w:br/>
      </w:r>
      <w:r>
        <w:rPr>
          <w:b w:val="0"/>
        </w:rPr>
        <w:t xml:space="preserve">3. </w:t>
      </w:r>
      <w:r>
        <w:rPr>
          <w:b w:val="0"/>
          <w:highlight w:val="yellow"/>
        </w:rPr>
        <w:t>[ ]</w:t>
      </w:r>
    </w:p>
    <w:p>
      <w:pPr>
        <w:spacing w:after="160"/>
      </w:pPr>
      <w:r>
        <w:rPr>
          <w:b w:val="0"/>
        </w:rPr>
        <w:t>I confirm that I live at the address given below and that the details in my application are correct. Kindly accept these documents with my application.</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Email: </w:t>
      </w:r>
      <w:r>
        <w:rPr>
          <w:b w:val="0"/>
          <w:highlight w:val="yellow"/>
        </w:rPr>
        <w:t>[ ]</w:t>
      </w:r>
    </w:p>
    <w:p>
      <w:r>
        <w:br w:type="page"/>
      </w:r>
    </w:p>
    <w:p>
      <w:pPr>
        <w:spacing w:after="40"/>
      </w:pPr>
      <w:r>
        <w:rPr>
          <w:b/>
          <w:color w:val="2563EB"/>
          <w:sz w:val="28"/>
        </w:rPr>
        <w:t>20. Aadhaar address update covering letter</w:t>
      </w:r>
    </w:p>
    <w:p>
      <w:pPr>
        <w:spacing w:after="200"/>
      </w:pPr>
      <w:r>
        <w:rPr>
          <w:b w:val="0"/>
          <w:color w:val="55607A"/>
          <w:sz w:val="18"/>
        </w:rPr>
        <w:t>Fill in: Last 4 digits of Aadhaar, New address, Documents attached</w:t>
      </w:r>
    </w:p>
    <w:p>
      <w:pPr>
        <w:spacing w:after="160"/>
      </w:pPr>
      <w:r>
        <w:rPr>
          <w:b w:val="0"/>
        </w:rPr>
        <w:t xml:space="preserve">Date: </w:t>
      </w:r>
      <w:r>
        <w:rPr>
          <w:b w:val="0"/>
          <w:highlight w:val="yellow"/>
        </w:rPr>
        <w:t>[DD-MM-YYYY]</w:t>
      </w:r>
    </w:p>
    <w:p>
      <w:pPr>
        <w:spacing w:after="160"/>
      </w:pPr>
      <w:r>
        <w:rPr>
          <w:b w:val="0"/>
        </w:rPr>
        <w:t>To,</w:t>
      </w:r>
      <w:r>
        <w:br/>
      </w:r>
      <w:r>
        <w:rPr>
          <w:b w:val="0"/>
        </w:rPr>
        <w:t>The Officer-in-charge</w:t>
      </w:r>
      <w:r>
        <w:br/>
      </w:r>
      <w:r>
        <w:rPr>
          <w:b w:val="0"/>
        </w:rPr>
        <w:t>Aadhaar Seva Kendra</w:t>
      </w:r>
      <w:r>
        <w:br/>
      </w:r>
      <w:r>
        <w:rPr>
          <w:b w:val="0"/>
          <w:highlight w:val="yellow"/>
        </w:rPr>
        <w:t>[City]</w:t>
      </w:r>
    </w:p>
    <w:p>
      <w:pPr>
        <w:spacing w:after="160"/>
      </w:pPr>
      <w:r>
        <w:rPr>
          <w:b/>
        </w:rPr>
        <w:t xml:space="preserve">Subject: Request to update address in Aadhaar ending </w:t>
      </w:r>
      <w:r>
        <w:rPr>
          <w:b/>
          <w:highlight w:val="yellow"/>
        </w:rPr>
        <w:t>[Last 4 digits of Aadhaar]</w:t>
      </w:r>
    </w:p>
    <w:p>
      <w:pPr>
        <w:spacing w:after="160"/>
      </w:pPr>
      <w:r>
        <w:rPr>
          <w:b w:val="0"/>
        </w:rPr>
        <w:t>Dear Sir/Madam,</w:t>
      </w:r>
    </w:p>
    <w:p>
      <w:pPr>
        <w:spacing w:after="160"/>
      </w:pPr>
      <w:r>
        <w:rPr>
          <w:b w:val="0"/>
        </w:rPr>
        <w:t xml:space="preserve">I wish to update the address in my Aadhaar, whose last four digits are </w:t>
      </w:r>
      <w:r>
        <w:rPr>
          <w:b w:val="0"/>
          <w:highlight w:val="yellow"/>
        </w:rPr>
        <w:t>[Last 4 digits of Aadhaar]</w:t>
      </w:r>
      <w:r>
        <w:rPr>
          <w:b w:val="0"/>
        </w:rPr>
        <w:t>. My new address is:</w:t>
      </w:r>
      <w:r>
        <w:br/>
      </w:r>
      <w:r>
        <w:rPr>
          <w:b w:val="0"/>
          <w:highlight w:val="yellow"/>
        </w:rPr>
        <w:t>[New address]</w:t>
      </w:r>
    </w:p>
    <w:p>
      <w:pPr>
        <w:spacing w:after="160"/>
      </w:pPr>
      <w:r>
        <w:rPr>
          <w:b w:val="0"/>
        </w:rPr>
        <w:t>As proof of the new address, I am attaching self-attested copies of:</w:t>
      </w:r>
      <w:r>
        <w:br/>
      </w:r>
      <w:r>
        <w:rPr>
          <w:b w:val="0"/>
        </w:rPr>
        <w:t xml:space="preserve">1. </w:t>
      </w:r>
      <w:r>
        <w:rPr>
          <w:b w:val="0"/>
          <w:highlight w:val="yellow"/>
        </w:rPr>
        <w:t>[Documents attached]</w:t>
      </w:r>
      <w:r>
        <w:br/>
      </w:r>
      <w:r>
        <w:rPr>
          <w:b w:val="0"/>
        </w:rPr>
        <w:t xml:space="preserve">2. </w:t>
      </w:r>
      <w:r>
        <w:rPr>
          <w:b w:val="0"/>
          <w:highlight w:val="yellow"/>
        </w:rPr>
        <w:t>[ ]</w:t>
      </w:r>
      <w:r>
        <w:br/>
      </w:r>
      <w:r>
        <w:rPr>
          <w:b w:val="0"/>
        </w:rPr>
        <w:t xml:space="preserve">3. </w:t>
      </w:r>
      <w:r>
        <w:rPr>
          <w:b w:val="0"/>
          <w:highlight w:val="yellow"/>
        </w:rPr>
        <w:t>[ ]</w:t>
      </w:r>
    </w:p>
    <w:p>
      <w:pPr>
        <w:spacing w:after="160"/>
      </w:pPr>
      <w:r>
        <w:rPr>
          <w:b w:val="0"/>
        </w:rPr>
        <w:t>Kindly update my address. I will complete biometric verification at the centre, if required.</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Email: </w:t>
      </w:r>
      <w:r>
        <w:rPr>
          <w:b w:val="0"/>
          <w:highlight w:val="yellow"/>
        </w:rPr>
        <w:t>[ ]</w:t>
      </w:r>
    </w:p>
    <w:p>
      <w:r>
        <w:br w:type="page"/>
      </w:r>
    </w:p>
    <w:p>
      <w:pPr>
        <w:spacing w:after="40"/>
      </w:pPr>
      <w:r>
        <w:rPr>
          <w:b/>
          <w:color w:val="2563EB"/>
          <w:sz w:val="28"/>
        </w:rPr>
        <w:t>21. Repair request to landlord</w:t>
      </w:r>
    </w:p>
    <w:p>
      <w:pPr>
        <w:spacing w:after="200"/>
      </w:pPr>
      <w:r>
        <w:rPr>
          <w:b w:val="0"/>
          <w:color w:val="55607A"/>
          <w:sz w:val="18"/>
        </w:rPr>
        <w:t>Fill in: Rented property, What needs repair, Since</w:t>
      </w:r>
    </w:p>
    <w:p>
      <w:pPr>
        <w:spacing w:after="160"/>
      </w:pPr>
      <w:r>
        <w:rPr>
          <w:b w:val="0"/>
        </w:rPr>
        <w:t xml:space="preserve">Date: </w:t>
      </w:r>
      <w:r>
        <w:rPr>
          <w:b w:val="0"/>
          <w:highlight w:val="yellow"/>
        </w:rPr>
        <w:t>[DD-MM-YYYY]</w:t>
      </w:r>
    </w:p>
    <w:p>
      <w:pPr>
        <w:spacing w:after="160"/>
      </w:pPr>
      <w:r>
        <w:rPr>
          <w:b w:val="0"/>
        </w:rPr>
        <w:t>To,</w:t>
      </w:r>
      <w:r>
        <w:br/>
      </w:r>
      <w:r>
        <w:rPr>
          <w:b w:val="0"/>
          <w:highlight w:val="yellow"/>
        </w:rPr>
        <w:t>[Recipient's name]</w:t>
      </w:r>
      <w:r>
        <w:br/>
      </w:r>
      <w:r>
        <w:rPr>
          <w:b w:val="0"/>
          <w:highlight w:val="yellow"/>
        </w:rPr>
        <w:t>[City]</w:t>
      </w:r>
    </w:p>
    <w:p>
      <w:pPr>
        <w:spacing w:after="160"/>
      </w:pPr>
      <w:r>
        <w:rPr>
          <w:b/>
        </w:rPr>
        <w:t xml:space="preserve">Subject: Request for repairs at </w:t>
      </w:r>
      <w:r>
        <w:rPr>
          <w:b/>
          <w:highlight w:val="yellow"/>
        </w:rPr>
        <w:t>[Rented property]</w:t>
      </w:r>
    </w:p>
    <w:p>
      <w:pPr>
        <w:spacing w:after="160"/>
      </w:pPr>
      <w:r>
        <w:rPr>
          <w:b w:val="0"/>
        </w:rPr>
        <w:t xml:space="preserve">Dear </w:t>
      </w:r>
      <w:r>
        <w:rPr>
          <w:b w:val="0"/>
          <w:highlight w:val="yellow"/>
        </w:rPr>
        <w:t>[Recipient's name]</w:t>
      </w:r>
      <w:r>
        <w:rPr>
          <w:b w:val="0"/>
        </w:rPr>
        <w:t>,</w:t>
      </w:r>
    </w:p>
    <w:p>
      <w:pPr>
        <w:spacing w:after="160"/>
      </w:pPr>
      <w:r>
        <w:rPr>
          <w:b w:val="0"/>
        </w:rPr>
        <w:t xml:space="preserve">I am your tenant at </w:t>
      </w:r>
      <w:r>
        <w:rPr>
          <w:b w:val="0"/>
          <w:highlight w:val="yellow"/>
        </w:rPr>
        <w:t>[Rented property]</w:t>
      </w:r>
      <w:r>
        <w:rPr>
          <w:b w:val="0"/>
        </w:rPr>
        <w:t xml:space="preserve">. I would like to bring to your notice that </w:t>
      </w:r>
      <w:r>
        <w:rPr>
          <w:b w:val="0"/>
          <w:highlight w:val="yellow"/>
        </w:rPr>
        <w:t>[What needs repair]</w:t>
      </w:r>
      <w:r>
        <w:rPr>
          <w:b w:val="0"/>
        </w:rPr>
        <w:t xml:space="preserve">, and this has been the case since </w:t>
      </w:r>
      <w:r>
        <w:rPr>
          <w:b w:val="0"/>
          <w:highlight w:val="yellow"/>
        </w:rPr>
        <w:t>[Since]</w:t>
      </w:r>
      <w:r>
        <w:rPr>
          <w:b w:val="0"/>
        </w:rPr>
        <w:t>.</w:t>
      </w:r>
    </w:p>
    <w:p>
      <w:pPr>
        <w:spacing w:after="160"/>
      </w:pPr>
      <w:r>
        <w:rPr>
          <w:b w:val="0"/>
        </w:rPr>
        <w:t>This is making daily life difficult and may cause further damage to the property if it is left as it is. I request you to arrange the repairs at the earliest. Please let me know when the workman will come so that someone is at home.</w:t>
      </w:r>
    </w:p>
    <w:p>
      <w:pPr>
        <w:spacing w:after="160"/>
      </w:pPr>
      <w:r>
        <w:rPr>
          <w:b w:val="0"/>
        </w:rPr>
        <w:t>I shall be thankful for your kind consideration.</w:t>
      </w:r>
    </w:p>
    <w:p>
      <w:pPr>
        <w:spacing w:after="160"/>
      </w:pPr>
      <w:r>
        <w:rPr>
          <w:b w:val="0"/>
        </w:rPr>
        <w:t>Thanking you,</w:t>
      </w:r>
    </w:p>
    <w:p>
      <w:pPr>
        <w:spacing w:after="160"/>
      </w:pPr>
      <w:r>
        <w:rPr>
          <w:b w:val="0"/>
        </w:rPr>
        <w:t>Yours sincerely,</w:t>
      </w:r>
      <w:r>
        <w:br/>
      </w:r>
      <w:r>
        <w:br/>
      </w:r>
      <w:r>
        <w:br/>
      </w:r>
      <w:r>
        <w:rPr>
          <w:b w:val="0"/>
          <w:highlight w:val="yellow"/>
        </w:rPr>
        <w:t>[Your full name]</w:t>
      </w:r>
      <w:r>
        <w:br/>
      </w:r>
      <w:r>
        <w:rPr>
          <w:b w:val="0"/>
        </w:rPr>
        <w:t xml:space="preserve">Mobile: </w:t>
      </w:r>
      <w:r>
        <w:rPr>
          <w:b w:val="0"/>
          <w:highlight w:val="yellow"/>
        </w:rPr>
        <w:t>[ ]</w:t>
      </w:r>
    </w:p>
    <w:p>
      <w:r>
        <w:br w:type="page"/>
      </w:r>
    </w:p>
    <w:p>
      <w:pPr>
        <w:spacing w:after="40"/>
      </w:pPr>
      <w:r>
        <w:rPr>
          <w:b/>
          <w:color w:val="2563EB"/>
          <w:sz w:val="28"/>
        </w:rPr>
        <w:t>22. Notice to vacate (tenant to landlord)</w:t>
      </w:r>
    </w:p>
    <w:p>
      <w:pPr>
        <w:spacing w:after="200"/>
      </w:pPr>
      <w:r>
        <w:rPr>
          <w:b w:val="0"/>
          <w:color w:val="55607A"/>
          <w:sz w:val="18"/>
        </w:rPr>
        <w:t>Fill in: Rented property, Date you will move out, Security deposit</w:t>
      </w:r>
    </w:p>
    <w:p>
      <w:pPr>
        <w:spacing w:after="160"/>
      </w:pPr>
      <w:r>
        <w:rPr>
          <w:b w:val="0"/>
        </w:rPr>
        <w:t xml:space="preserve">Date: </w:t>
      </w:r>
      <w:r>
        <w:rPr>
          <w:b w:val="0"/>
          <w:highlight w:val="yellow"/>
        </w:rPr>
        <w:t>[DD-MM-YYYY]</w:t>
      </w:r>
    </w:p>
    <w:p>
      <w:pPr>
        <w:spacing w:after="160"/>
      </w:pPr>
      <w:r>
        <w:rPr>
          <w:b w:val="0"/>
        </w:rPr>
        <w:t>To,</w:t>
      </w:r>
      <w:r>
        <w:br/>
      </w:r>
      <w:r>
        <w:rPr>
          <w:b w:val="0"/>
          <w:highlight w:val="yellow"/>
        </w:rPr>
        <w:t>[Recipient's name]</w:t>
      </w:r>
      <w:r>
        <w:br/>
      </w:r>
      <w:r>
        <w:rPr>
          <w:b w:val="0"/>
          <w:highlight w:val="yellow"/>
        </w:rPr>
        <w:t>[City]</w:t>
      </w:r>
    </w:p>
    <w:p>
      <w:pPr>
        <w:spacing w:after="160"/>
      </w:pPr>
      <w:r>
        <w:rPr>
          <w:b/>
        </w:rPr>
        <w:t xml:space="preserve">Subject: Notice to vacate </w:t>
      </w:r>
      <w:r>
        <w:rPr>
          <w:b/>
          <w:highlight w:val="yellow"/>
        </w:rPr>
        <w:t>[Rented property]</w:t>
      </w:r>
    </w:p>
    <w:p>
      <w:pPr>
        <w:spacing w:after="160"/>
      </w:pPr>
      <w:r>
        <w:rPr>
          <w:b w:val="0"/>
        </w:rPr>
        <w:t xml:space="preserve">Dear </w:t>
      </w:r>
      <w:r>
        <w:rPr>
          <w:b w:val="0"/>
          <w:highlight w:val="yellow"/>
        </w:rPr>
        <w:t>[Recipient's name]</w:t>
      </w:r>
      <w:r>
        <w:rPr>
          <w:b w:val="0"/>
        </w:rPr>
        <w:t>,</w:t>
      </w:r>
    </w:p>
    <w:p>
      <w:pPr>
        <w:spacing w:after="160"/>
      </w:pPr>
      <w:r>
        <w:rPr>
          <w:b w:val="0"/>
        </w:rPr>
        <w:t xml:space="preserve">As per our rent agreement, I am giving you notice that I will vacate </w:t>
      </w:r>
      <w:r>
        <w:rPr>
          <w:b w:val="0"/>
          <w:highlight w:val="yellow"/>
        </w:rPr>
        <w:t>[Rented property]</w:t>
      </w:r>
      <w:r>
        <w:rPr>
          <w:b w:val="0"/>
        </w:rPr>
        <w:t xml:space="preserve"> on </w:t>
      </w:r>
      <w:r>
        <w:rPr>
          <w:b w:val="0"/>
          <w:highlight w:val="yellow"/>
        </w:rPr>
        <w:t>[Date you will move out]</w:t>
      </w:r>
      <w:r>
        <w:rPr>
          <w:b w:val="0"/>
        </w:rPr>
        <w:t>.</w:t>
      </w:r>
    </w:p>
    <w:p>
      <w:pPr>
        <w:spacing w:after="160"/>
      </w:pPr>
      <w:r>
        <w:rPr>
          <w:b w:val="0"/>
        </w:rPr>
        <w:t xml:space="preserve">I will clear the rent and all utility bills up to that date and hand over the keys with the house in good condition. Kindly arrange a joint inspection on the last day and return my security deposit of ₹ </w:t>
      </w:r>
      <w:r>
        <w:rPr>
          <w:b w:val="0"/>
          <w:highlight w:val="yellow"/>
        </w:rPr>
        <w:t>[Security deposit]</w:t>
      </w:r>
      <w:r>
        <w:rPr>
          <w:b w:val="0"/>
        </w:rPr>
        <w:t xml:space="preserve"> when I hand over the keys.</w:t>
      </w:r>
    </w:p>
    <w:p>
      <w:pPr>
        <w:spacing w:after="160"/>
      </w:pPr>
      <w:r>
        <w:rPr>
          <w:b w:val="0"/>
        </w:rPr>
        <w:t>Yours sincerely,</w:t>
      </w:r>
      <w:r>
        <w:br/>
      </w:r>
      <w:r>
        <w:br/>
      </w:r>
      <w:r>
        <w:br/>
      </w:r>
      <w:r>
        <w:rPr>
          <w:b w:val="0"/>
          <w:highlight w:val="yellow"/>
        </w:rPr>
        <w:t>[Your full name]</w:t>
      </w:r>
      <w:r>
        <w:br/>
      </w:r>
      <w:r>
        <w:rPr>
          <w:b w:val="0"/>
        </w:rPr>
        <w:t xml:space="preserve">Mobile: </w:t>
      </w:r>
      <w:r>
        <w:rPr>
          <w:b w:val="0"/>
          <w:highlight w:val="yellow"/>
        </w:rPr>
        <w:t>[ ]</w:t>
      </w:r>
    </w:p>
    <w:p>
      <w:r>
        <w:br w:type="page"/>
      </w:r>
    </w:p>
    <w:p>
      <w:pPr>
        <w:spacing w:after="40"/>
      </w:pPr>
      <w:r>
        <w:rPr>
          <w:b/>
          <w:color w:val="2563EB"/>
          <w:sz w:val="28"/>
        </w:rPr>
        <w:t>23. Security deposit refund request</w:t>
      </w:r>
    </w:p>
    <w:p>
      <w:pPr>
        <w:spacing w:after="200"/>
      </w:pPr>
      <w:r>
        <w:rPr>
          <w:b w:val="0"/>
          <w:color w:val="55607A"/>
          <w:sz w:val="18"/>
        </w:rPr>
        <w:t>Fill in: Rented property, Date you moved out, Security deposit, Where to send the refund</w:t>
      </w:r>
    </w:p>
    <w:p>
      <w:pPr>
        <w:spacing w:after="160"/>
      </w:pPr>
      <w:r>
        <w:rPr>
          <w:b w:val="0"/>
        </w:rPr>
        <w:t xml:space="preserve">Date: </w:t>
      </w:r>
      <w:r>
        <w:rPr>
          <w:b w:val="0"/>
          <w:highlight w:val="yellow"/>
        </w:rPr>
        <w:t>[DD-MM-YYYY]</w:t>
      </w:r>
    </w:p>
    <w:p>
      <w:pPr>
        <w:spacing w:after="160"/>
      </w:pPr>
      <w:r>
        <w:rPr>
          <w:b w:val="0"/>
        </w:rPr>
        <w:t>To,</w:t>
      </w:r>
      <w:r>
        <w:br/>
      </w:r>
      <w:r>
        <w:rPr>
          <w:b w:val="0"/>
          <w:highlight w:val="yellow"/>
        </w:rPr>
        <w:t>[Recipient's name]</w:t>
      </w:r>
      <w:r>
        <w:br/>
      </w:r>
      <w:r>
        <w:rPr>
          <w:b w:val="0"/>
          <w:highlight w:val="yellow"/>
        </w:rPr>
        <w:t>[City]</w:t>
      </w:r>
    </w:p>
    <w:p>
      <w:pPr>
        <w:spacing w:after="160"/>
      </w:pPr>
      <w:r>
        <w:rPr>
          <w:b/>
        </w:rPr>
        <w:t xml:space="preserve">Subject: Refund of security deposit for </w:t>
      </w:r>
      <w:r>
        <w:rPr>
          <w:b/>
          <w:highlight w:val="yellow"/>
        </w:rPr>
        <w:t>[Rented property]</w:t>
      </w:r>
    </w:p>
    <w:p>
      <w:pPr>
        <w:spacing w:after="160"/>
      </w:pPr>
      <w:r>
        <w:rPr>
          <w:b w:val="0"/>
        </w:rPr>
        <w:t xml:space="preserve">Dear </w:t>
      </w:r>
      <w:r>
        <w:rPr>
          <w:b w:val="0"/>
          <w:highlight w:val="yellow"/>
        </w:rPr>
        <w:t>[Recipient's name]</w:t>
      </w:r>
      <w:r>
        <w:rPr>
          <w:b w:val="0"/>
        </w:rPr>
        <w:t>,</w:t>
      </w:r>
    </w:p>
    <w:p>
      <w:pPr>
        <w:spacing w:after="160"/>
      </w:pPr>
      <w:r>
        <w:rPr>
          <w:b w:val="0"/>
        </w:rPr>
        <w:t xml:space="preserve">I vacated </w:t>
      </w:r>
      <w:r>
        <w:rPr>
          <w:b w:val="0"/>
          <w:highlight w:val="yellow"/>
        </w:rPr>
        <w:t>[Rented property]</w:t>
      </w:r>
      <w:r>
        <w:rPr>
          <w:b w:val="0"/>
        </w:rPr>
        <w:t xml:space="preserve"> on </w:t>
      </w:r>
      <w:r>
        <w:rPr>
          <w:b w:val="0"/>
          <w:highlight w:val="yellow"/>
        </w:rPr>
        <w:t>[Date you moved out]</w:t>
      </w:r>
      <w:r>
        <w:rPr>
          <w:b w:val="0"/>
        </w:rPr>
        <w:t xml:space="preserve"> after clearing all rent and bills, and handed over the keys to you. My security deposit of ₹ </w:t>
      </w:r>
      <w:r>
        <w:rPr>
          <w:b w:val="0"/>
          <w:highlight w:val="yellow"/>
        </w:rPr>
        <w:t>[Security deposit]</w:t>
      </w:r>
      <w:r>
        <w:rPr>
          <w:b w:val="0"/>
        </w:rPr>
        <w:t xml:space="preserve"> has not been returned yet.</w:t>
      </w:r>
    </w:p>
    <w:p>
      <w:pPr>
        <w:spacing w:after="160"/>
      </w:pPr>
      <w:r>
        <w:rPr>
          <w:b w:val="0"/>
        </w:rPr>
        <w:t xml:space="preserve">Kindly refund the deposit to </w:t>
      </w:r>
      <w:r>
        <w:rPr>
          <w:b w:val="0"/>
          <w:highlight w:val="yellow"/>
        </w:rPr>
        <w:t>[Where to send the refund]</w:t>
      </w:r>
      <w:r>
        <w:rPr>
          <w:b w:val="0"/>
        </w:rPr>
        <w:t xml:space="preserve"> at the earliest. If you plan to deduct anything for damage, please send me the details with bills.</w:t>
      </w:r>
    </w:p>
    <w:p>
      <w:pPr>
        <w:spacing w:after="160"/>
      </w:pPr>
      <w:r>
        <w:rPr>
          <w:b w:val="0"/>
        </w:rPr>
        <w:t>I shall be thankful for your kind consideration.</w:t>
      </w:r>
    </w:p>
    <w:p>
      <w:pPr>
        <w:spacing w:after="160"/>
      </w:pPr>
      <w:r>
        <w:rPr>
          <w:b w:val="0"/>
        </w:rPr>
        <w:t>Thanking you,</w:t>
      </w:r>
    </w:p>
    <w:p>
      <w:pPr>
        <w:spacing w:after="160"/>
      </w:pPr>
      <w:r>
        <w:rPr>
          <w:b w:val="0"/>
        </w:rPr>
        <w:t>Yours sincerely,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p>
    <w:p>
      <w:r>
        <w:br w:type="page"/>
      </w:r>
    </w:p>
    <w:p>
      <w:pPr>
        <w:spacing w:after="40"/>
      </w:pPr>
      <w:r>
        <w:rPr>
          <w:b/>
          <w:color w:val="2563EB"/>
          <w:sz w:val="28"/>
        </w:rPr>
        <w:t>24. Rent increase notice (landlord to tenant)</w:t>
      </w:r>
    </w:p>
    <w:p>
      <w:pPr>
        <w:spacing w:after="200"/>
      </w:pPr>
      <w:r>
        <w:rPr>
          <w:b w:val="0"/>
          <w:color w:val="55607A"/>
          <w:sz w:val="18"/>
        </w:rPr>
        <w:t>Fill in: Rented property, Present monthly rent, New monthly rent, New rent from</w:t>
      </w:r>
    </w:p>
    <w:p>
      <w:pPr>
        <w:spacing w:after="160"/>
      </w:pPr>
      <w:r>
        <w:rPr>
          <w:b w:val="0"/>
        </w:rPr>
        <w:t xml:space="preserve">Date: </w:t>
      </w:r>
      <w:r>
        <w:rPr>
          <w:b w:val="0"/>
          <w:highlight w:val="yellow"/>
        </w:rPr>
        <w:t>[DD-MM-YYYY]</w:t>
      </w:r>
    </w:p>
    <w:p>
      <w:pPr>
        <w:spacing w:after="160"/>
      </w:pPr>
      <w:r>
        <w:rPr>
          <w:b w:val="0"/>
        </w:rPr>
        <w:t>To,</w:t>
      </w:r>
      <w:r>
        <w:br/>
      </w:r>
      <w:r>
        <w:rPr>
          <w:b w:val="0"/>
          <w:highlight w:val="yellow"/>
        </w:rPr>
        <w:t>[Recipient's name]</w:t>
      </w:r>
      <w:r>
        <w:br/>
      </w:r>
      <w:r>
        <w:rPr>
          <w:b w:val="0"/>
          <w:highlight w:val="yellow"/>
        </w:rPr>
        <w:t>[City]</w:t>
      </w:r>
    </w:p>
    <w:p>
      <w:pPr>
        <w:spacing w:after="160"/>
      </w:pPr>
      <w:r>
        <w:rPr>
          <w:b/>
        </w:rPr>
        <w:t xml:space="preserve">Subject: Revision of rent for </w:t>
      </w:r>
      <w:r>
        <w:rPr>
          <w:b/>
          <w:highlight w:val="yellow"/>
        </w:rPr>
        <w:t>[Rented property]</w:t>
      </w:r>
    </w:p>
    <w:p>
      <w:pPr>
        <w:spacing w:after="160"/>
      </w:pPr>
      <w:r>
        <w:rPr>
          <w:b w:val="0"/>
        </w:rPr>
        <w:t xml:space="preserve">Dear </w:t>
      </w:r>
      <w:r>
        <w:rPr>
          <w:b w:val="0"/>
          <w:highlight w:val="yellow"/>
        </w:rPr>
        <w:t>[Recipient's name]</w:t>
      </w:r>
      <w:r>
        <w:rPr>
          <w:b w:val="0"/>
        </w:rPr>
        <w:t>,</w:t>
      </w:r>
    </w:p>
    <w:p>
      <w:pPr>
        <w:spacing w:after="160"/>
      </w:pPr>
      <w:r>
        <w:rPr>
          <w:b w:val="0"/>
        </w:rPr>
        <w:t xml:space="preserve">As per the terms of our rent agreement, I am writing to inform you that the monthly rent for </w:t>
      </w:r>
      <w:r>
        <w:rPr>
          <w:b w:val="0"/>
          <w:highlight w:val="yellow"/>
        </w:rPr>
        <w:t>[Rented property]</w:t>
      </w:r>
      <w:r>
        <w:rPr>
          <w:b w:val="0"/>
        </w:rPr>
        <w:t xml:space="preserve"> will be revised from ₹ </w:t>
      </w:r>
      <w:r>
        <w:rPr>
          <w:b w:val="0"/>
          <w:highlight w:val="yellow"/>
        </w:rPr>
        <w:t>[Present monthly rent]</w:t>
      </w:r>
      <w:r>
        <w:rPr>
          <w:b w:val="0"/>
        </w:rPr>
        <w:t xml:space="preserve"> to ₹ </w:t>
      </w:r>
      <w:r>
        <w:rPr>
          <w:b w:val="0"/>
          <w:highlight w:val="yellow"/>
        </w:rPr>
        <w:t>[New monthly rent]</w:t>
      </w:r>
      <w:r>
        <w:rPr>
          <w:b w:val="0"/>
        </w:rPr>
        <w:t xml:space="preserve"> with effect from </w:t>
      </w:r>
      <w:r>
        <w:rPr>
          <w:b w:val="0"/>
          <w:highlight w:val="yellow"/>
        </w:rPr>
        <w:t>[New rent from]</w:t>
      </w:r>
      <w:r>
        <w:rPr>
          <w:b w:val="0"/>
        </w:rPr>
        <w:t>.</w:t>
      </w:r>
    </w:p>
    <w:p>
      <w:pPr>
        <w:spacing w:after="160"/>
      </w:pPr>
      <w:r>
        <w:rPr>
          <w:b w:val="0"/>
        </w:rPr>
        <w:t>This revision is in line with the yearly increase agreed in the agreement and the rents now charged in the area. All other terms remain the same. Kindly confirm your acceptance in writing.</w:t>
      </w:r>
    </w:p>
    <w:p>
      <w:pPr>
        <w:spacing w:after="160"/>
      </w:pPr>
      <w:r>
        <w:rPr>
          <w:b w:val="0"/>
        </w:rPr>
        <w:t>Yours sincerely,</w:t>
      </w:r>
      <w:r>
        <w:br/>
      </w:r>
      <w:r>
        <w:br/>
      </w:r>
      <w:r>
        <w:br/>
      </w:r>
      <w:r>
        <w:rPr>
          <w:b w:val="0"/>
          <w:highlight w:val="yellow"/>
        </w:rPr>
        <w:t>[Your full name]</w:t>
      </w:r>
      <w:r>
        <w:br/>
      </w:r>
      <w:r>
        <w:rPr>
          <w:b w:val="0"/>
        </w:rPr>
        <w:t xml:space="preserve">Mobile: </w:t>
      </w:r>
      <w:r>
        <w:rPr>
          <w:b w:val="0"/>
          <w:highlight w:val="yellow"/>
        </w:rPr>
        <w:t>[ ]</w:t>
      </w:r>
    </w:p>
    <w:p>
      <w:r>
        <w:br w:type="page"/>
      </w:r>
    </w:p>
    <w:p>
      <w:pPr>
        <w:spacing w:after="40"/>
      </w:pPr>
      <w:r>
        <w:rPr>
          <w:b/>
          <w:color w:val="2563EB"/>
          <w:sz w:val="28"/>
        </w:rPr>
        <w:t>25. Rent payment reminder (landlord to tenant)</w:t>
      </w:r>
    </w:p>
    <w:p>
      <w:pPr>
        <w:spacing w:after="200"/>
      </w:pPr>
      <w:r>
        <w:rPr>
          <w:b w:val="0"/>
          <w:color w:val="55607A"/>
          <w:sz w:val="18"/>
        </w:rPr>
        <w:t>Fill in: Rented property, Rent pending for, Total due, Pay by</w:t>
      </w:r>
    </w:p>
    <w:p>
      <w:pPr>
        <w:spacing w:after="160"/>
      </w:pPr>
      <w:r>
        <w:rPr>
          <w:b w:val="0"/>
        </w:rPr>
        <w:t xml:space="preserve">Date: </w:t>
      </w:r>
      <w:r>
        <w:rPr>
          <w:b w:val="0"/>
          <w:highlight w:val="yellow"/>
        </w:rPr>
        <w:t>[DD-MM-YYYY]</w:t>
      </w:r>
    </w:p>
    <w:p>
      <w:pPr>
        <w:spacing w:after="160"/>
      </w:pPr>
      <w:r>
        <w:rPr>
          <w:b w:val="0"/>
        </w:rPr>
        <w:t>To,</w:t>
      </w:r>
      <w:r>
        <w:br/>
      </w:r>
      <w:r>
        <w:rPr>
          <w:b w:val="0"/>
          <w:highlight w:val="yellow"/>
        </w:rPr>
        <w:t>[Recipient's name]</w:t>
      </w:r>
      <w:r>
        <w:br/>
      </w:r>
      <w:r>
        <w:rPr>
          <w:b w:val="0"/>
          <w:highlight w:val="yellow"/>
        </w:rPr>
        <w:t>[City]</w:t>
      </w:r>
    </w:p>
    <w:p>
      <w:pPr>
        <w:spacing w:after="160"/>
      </w:pPr>
      <w:r>
        <w:rPr>
          <w:b/>
        </w:rPr>
        <w:t xml:space="preserve">Subject: Reminder for pending rent of </w:t>
      </w:r>
      <w:r>
        <w:rPr>
          <w:b/>
          <w:highlight w:val="yellow"/>
        </w:rPr>
        <w:t>[Rented property]</w:t>
      </w:r>
    </w:p>
    <w:p>
      <w:pPr>
        <w:spacing w:after="160"/>
      </w:pPr>
      <w:r>
        <w:rPr>
          <w:b w:val="0"/>
        </w:rPr>
        <w:t xml:space="preserve">Dear </w:t>
      </w:r>
      <w:r>
        <w:rPr>
          <w:b w:val="0"/>
          <w:highlight w:val="yellow"/>
        </w:rPr>
        <w:t>[Recipient's name]</w:t>
      </w:r>
      <w:r>
        <w:rPr>
          <w:b w:val="0"/>
        </w:rPr>
        <w:t>,</w:t>
      </w:r>
    </w:p>
    <w:p>
      <w:pPr>
        <w:spacing w:after="160"/>
      </w:pPr>
      <w:r>
        <w:rPr>
          <w:b w:val="0"/>
        </w:rPr>
        <w:t xml:space="preserve">This is a reminder that the rent for </w:t>
      </w:r>
      <w:r>
        <w:rPr>
          <w:b w:val="0"/>
          <w:highlight w:val="yellow"/>
        </w:rPr>
        <w:t>[Rented property]</w:t>
      </w:r>
      <w:r>
        <w:rPr>
          <w:b w:val="0"/>
        </w:rPr>
        <w:t xml:space="preserve"> for </w:t>
      </w:r>
      <w:r>
        <w:rPr>
          <w:b w:val="0"/>
          <w:highlight w:val="yellow"/>
        </w:rPr>
        <w:t>[Rent pending for]</w:t>
      </w:r>
      <w:r>
        <w:rPr>
          <w:b w:val="0"/>
        </w:rPr>
        <w:t xml:space="preserve"> is still pending. The total amount due is ₹ </w:t>
      </w:r>
      <w:r>
        <w:rPr>
          <w:b w:val="0"/>
          <w:highlight w:val="yellow"/>
        </w:rPr>
        <w:t>[Total due]</w:t>
      </w:r>
      <w:r>
        <w:rPr>
          <w:b w:val="0"/>
        </w:rPr>
        <w:t>.</w:t>
      </w:r>
    </w:p>
    <w:p>
      <w:pPr>
        <w:spacing w:after="160"/>
      </w:pPr>
      <w:r>
        <w:rPr>
          <w:b w:val="0"/>
        </w:rPr>
        <w:t xml:space="preserve">Kindly pay the amount by </w:t>
      </w:r>
      <w:r>
        <w:rPr>
          <w:b w:val="0"/>
          <w:highlight w:val="yellow"/>
        </w:rPr>
        <w:t>[Pay by]</w:t>
      </w:r>
      <w:r>
        <w:rPr>
          <w:b w:val="0"/>
        </w:rPr>
        <w:t>.</w:t>
      </w:r>
    </w:p>
    <w:p>
      <w:pPr>
        <w:spacing w:after="160"/>
      </w:pPr>
      <w:r>
        <w:rPr>
          <w:b w:val="0"/>
        </w:rPr>
        <w:t>If you have already paid, please ignore this letter and share the payment details.</w:t>
      </w:r>
    </w:p>
    <w:p>
      <w:pPr>
        <w:spacing w:after="160"/>
      </w:pPr>
      <w:r>
        <w:rPr>
          <w:b w:val="0"/>
        </w:rPr>
        <w:t>Yours sincerely,</w:t>
      </w:r>
      <w:r>
        <w:br/>
      </w:r>
      <w:r>
        <w:br/>
      </w:r>
      <w:r>
        <w:br/>
      </w:r>
      <w:r>
        <w:rPr>
          <w:b w:val="0"/>
          <w:highlight w:val="yellow"/>
        </w:rPr>
        <w:t>[Your full name]</w:t>
      </w:r>
      <w:r>
        <w:br/>
      </w:r>
      <w:r>
        <w:rPr>
          <w:b w:val="0"/>
        </w:rPr>
        <w:t xml:space="preserve">Mobile: </w:t>
      </w:r>
      <w:r>
        <w:rPr>
          <w:b w:val="0"/>
          <w:highlight w:val="yellow"/>
        </w:rPr>
        <w:t>[ ]</w:t>
      </w:r>
    </w:p>
    <w:p>
      <w:r>
        <w:br w:type="page"/>
      </w:r>
    </w:p>
    <w:p>
      <w:pPr>
        <w:spacing w:after="40"/>
      </w:pPr>
      <w:r>
        <w:rPr>
          <w:b/>
          <w:color w:val="2563EB"/>
          <w:sz w:val="28"/>
        </w:rPr>
        <w:t>26. Complaint to housing society / RWA</w:t>
      </w:r>
    </w:p>
    <w:p>
      <w:pPr>
        <w:spacing w:after="200"/>
      </w:pPr>
      <w:r>
        <w:rPr>
          <w:b w:val="0"/>
          <w:color w:val="55607A"/>
          <w:sz w:val="18"/>
        </w:rPr>
        <w:t>Fill in: Flat / house number, The problem, For how long</w:t>
      </w:r>
    </w:p>
    <w:p>
      <w:pPr>
        <w:spacing w:after="160"/>
      </w:pPr>
      <w:r>
        <w:rPr>
          <w:b w:val="0"/>
        </w:rPr>
        <w:t xml:space="preserve">Date: </w:t>
      </w:r>
      <w:r>
        <w:rPr>
          <w:b w:val="0"/>
          <w:highlight w:val="yellow"/>
        </w:rPr>
        <w:t>[DD-MM-YYYY]</w:t>
      </w:r>
    </w:p>
    <w:p>
      <w:pPr>
        <w:spacing w:after="160"/>
      </w:pPr>
      <w:r>
        <w:rPr>
          <w:b w:val="0"/>
        </w:rPr>
        <w:t>To,</w:t>
      </w:r>
      <w:r>
        <w:br/>
      </w:r>
      <w:r>
        <w:rPr>
          <w:b w:val="0"/>
        </w:rPr>
        <w:t>The Secretary</w:t>
      </w:r>
      <w:r>
        <w:br/>
      </w:r>
      <w:r>
        <w:rPr>
          <w:b w:val="0"/>
          <w:highlight w:val="yellow"/>
        </w:rPr>
        <w:t>[Society / RWA name]</w:t>
      </w:r>
      <w:r>
        <w:br/>
      </w:r>
      <w:r>
        <w:rPr>
          <w:b w:val="0"/>
          <w:highlight w:val="yellow"/>
        </w:rPr>
        <w:t>[City]</w:t>
      </w:r>
    </w:p>
    <w:p>
      <w:pPr>
        <w:spacing w:after="160"/>
      </w:pPr>
      <w:r>
        <w:rPr>
          <w:b/>
        </w:rPr>
        <w:t xml:space="preserve">Subject: Complaint regarding </w:t>
      </w:r>
      <w:r>
        <w:rPr>
          <w:b/>
          <w:highlight w:val="yellow"/>
        </w:rPr>
        <w:t>[The problem]</w:t>
      </w:r>
    </w:p>
    <w:p>
      <w:pPr>
        <w:spacing w:after="160"/>
      </w:pPr>
      <w:r>
        <w:rPr>
          <w:b w:val="0"/>
        </w:rPr>
        <w:t>Dear Sir/Madam,</w:t>
      </w:r>
    </w:p>
    <w:p>
      <w:pPr>
        <w:spacing w:after="160"/>
      </w:pPr>
      <w:r>
        <w:rPr>
          <w:b w:val="0"/>
        </w:rPr>
        <w:t xml:space="preserve">I live in Flat </w:t>
      </w:r>
      <w:r>
        <w:rPr>
          <w:b w:val="0"/>
          <w:highlight w:val="yellow"/>
        </w:rPr>
        <w:t>[Flat / house number]</w:t>
      </w:r>
      <w:r>
        <w:rPr>
          <w:b w:val="0"/>
        </w:rPr>
        <w:t xml:space="preserve"> and wish to bring to the committee's notice the problem of </w:t>
      </w:r>
      <w:r>
        <w:rPr>
          <w:b w:val="0"/>
          <w:highlight w:val="yellow"/>
        </w:rPr>
        <w:t>[The problem]</w:t>
      </w:r>
      <w:r>
        <w:rPr>
          <w:b w:val="0"/>
        </w:rPr>
        <w:t xml:space="preserve">, which has continued for </w:t>
      </w:r>
      <w:r>
        <w:rPr>
          <w:b w:val="0"/>
          <w:highlight w:val="yellow"/>
        </w:rPr>
        <w:t>[For how long]</w:t>
      </w:r>
      <w:r>
        <w:rPr>
          <w:b w:val="0"/>
        </w:rPr>
        <w:t>.</w:t>
      </w:r>
    </w:p>
    <w:p>
      <w:pPr>
        <w:spacing w:after="160"/>
      </w:pPr>
      <w:r>
        <w:rPr>
          <w:b w:val="0"/>
        </w:rPr>
        <w:t>Several residents are facing the same difficulty, and it is affecting our peace and safety. I request the committee to look into it, discuss it at the next meeting if needed, and take suitable action.</w:t>
      </w:r>
    </w:p>
    <w:p>
      <w:pPr>
        <w:spacing w:after="160"/>
      </w:pPr>
      <w:r>
        <w:rPr>
          <w:b w:val="0"/>
        </w:rPr>
        <w:t>I request you to look into the matter and take the necessary action at the earliest.</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rPr>
        <w:t xml:space="preserve">Flat: </w:t>
      </w:r>
      <w:r>
        <w:rPr>
          <w:b w:val="0"/>
          <w:highlight w:val="yellow"/>
        </w:rPr>
        <w:t>[ ]</w:t>
      </w:r>
      <w:r>
        <w:br/>
      </w:r>
      <w:r>
        <w:rPr>
          <w:b w:val="0"/>
        </w:rPr>
        <w:t xml:space="preserve">Mobile: </w:t>
      </w:r>
      <w:r>
        <w:rPr>
          <w:b w:val="0"/>
          <w:highlight w:val="yellow"/>
        </w:rPr>
        <w:t>[ ]</w:t>
      </w:r>
    </w:p>
    <w:p>
      <w:r>
        <w:br w:type="page"/>
      </w:r>
    </w:p>
    <w:p>
      <w:pPr>
        <w:spacing w:after="40"/>
      </w:pPr>
      <w:r>
        <w:rPr>
          <w:b/>
          <w:color w:val="2563EB"/>
          <w:sz w:val="28"/>
        </w:rPr>
        <w:t>27. NOC request from housing society</w:t>
      </w:r>
    </w:p>
    <w:p>
      <w:pPr>
        <w:spacing w:after="200"/>
      </w:pPr>
      <w:r>
        <w:rPr>
          <w:b w:val="0"/>
          <w:color w:val="55607A"/>
          <w:sz w:val="18"/>
        </w:rPr>
        <w:t>Fill in: Flat / house number, Needed for</w:t>
      </w:r>
    </w:p>
    <w:p>
      <w:pPr>
        <w:spacing w:after="160"/>
      </w:pPr>
      <w:r>
        <w:rPr>
          <w:b w:val="0"/>
        </w:rPr>
        <w:t xml:space="preserve">Date: </w:t>
      </w:r>
      <w:r>
        <w:rPr>
          <w:b w:val="0"/>
          <w:highlight w:val="yellow"/>
        </w:rPr>
        <w:t>[DD-MM-YYYY]</w:t>
      </w:r>
    </w:p>
    <w:p>
      <w:pPr>
        <w:spacing w:after="160"/>
      </w:pPr>
      <w:r>
        <w:rPr>
          <w:b w:val="0"/>
        </w:rPr>
        <w:t>To,</w:t>
      </w:r>
      <w:r>
        <w:br/>
      </w:r>
      <w:r>
        <w:rPr>
          <w:b w:val="0"/>
        </w:rPr>
        <w:t>The Secretary</w:t>
      </w:r>
      <w:r>
        <w:br/>
      </w:r>
      <w:r>
        <w:rPr>
          <w:b w:val="0"/>
          <w:highlight w:val="yellow"/>
        </w:rPr>
        <w:t>[Society name]</w:t>
      </w:r>
      <w:r>
        <w:br/>
      </w:r>
      <w:r>
        <w:rPr>
          <w:b w:val="0"/>
          <w:highlight w:val="yellow"/>
        </w:rPr>
        <w:t>[City]</w:t>
      </w:r>
    </w:p>
    <w:p>
      <w:pPr>
        <w:spacing w:after="160"/>
      </w:pPr>
      <w:r>
        <w:rPr>
          <w:b/>
        </w:rPr>
        <w:t xml:space="preserve">Subject: Request for a No Objection Certificate for Flat </w:t>
      </w:r>
      <w:r>
        <w:rPr>
          <w:b/>
          <w:highlight w:val="yellow"/>
        </w:rPr>
        <w:t>[Flat / house number]</w:t>
      </w:r>
    </w:p>
    <w:p>
      <w:pPr>
        <w:spacing w:after="160"/>
      </w:pPr>
      <w:r>
        <w:rPr>
          <w:b w:val="0"/>
        </w:rPr>
        <w:t>Dear Sir/Madam,</w:t>
      </w:r>
    </w:p>
    <w:p>
      <w:pPr>
        <w:spacing w:after="160"/>
      </w:pPr>
      <w:r>
        <w:rPr>
          <w:b w:val="0"/>
        </w:rPr>
        <w:t xml:space="preserve">I am the owner of Flat </w:t>
      </w:r>
      <w:r>
        <w:rPr>
          <w:b w:val="0"/>
          <w:highlight w:val="yellow"/>
        </w:rPr>
        <w:t>[Flat / house number]</w:t>
      </w:r>
      <w:r>
        <w:rPr>
          <w:b w:val="0"/>
        </w:rPr>
        <w:t xml:space="preserve"> in our society. I need a No Objection Certificate from the society for </w:t>
      </w:r>
      <w:r>
        <w:rPr>
          <w:b w:val="0"/>
          <w:highlight w:val="yellow"/>
        </w:rPr>
        <w:t>[Needed for]</w:t>
      </w:r>
      <w:r>
        <w:rPr>
          <w:b w:val="0"/>
        </w:rPr>
        <w:t>.</w:t>
      </w:r>
    </w:p>
    <w:p>
      <w:pPr>
        <w:spacing w:after="160"/>
      </w:pPr>
      <w:r>
        <w:rPr>
          <w:b w:val="0"/>
        </w:rPr>
        <w:t>I confirm that all maintenance charges and other dues have been paid up to date. Kindly issue the NOC on the society letterhead at the earliest.</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rPr>
        <w:t xml:space="preserve">Flat: </w:t>
      </w:r>
      <w:r>
        <w:rPr>
          <w:b w:val="0"/>
          <w:highlight w:val="yellow"/>
        </w:rPr>
        <w:t>[ ]</w:t>
      </w:r>
      <w:r>
        <w:br/>
      </w:r>
      <w:r>
        <w:rPr>
          <w:b w:val="0"/>
        </w:rPr>
        <w:t xml:space="preserve">Mobile: </w:t>
      </w:r>
      <w:r>
        <w:rPr>
          <w:b w:val="0"/>
          <w:highlight w:val="yellow"/>
        </w:rPr>
        <w:t>[ ]</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4A3B8"/>
        <w:sz w:val="14"/>
      </w:rPr>
      <w:t>Template: Toolkit by GroupChatOn · toolkit.groupchaton.com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Nivesh Sahayak</Company>
  <LinksUpToDate>false</LinksUpToDate>
  <CharactersWithSpaces>0</CharactersWithSpaces>
  <SharedDoc>false</SharedDoc>
  <HyperlinkBase>https://www.niveshsahayak.in/</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Government &amp; Housing Letter Formats: 27 Templates (Word)</dc:title>
  <dc:subject>Free Word file with 27 letters: bank account closure, address change, cheque book, loan, stop payment, RTI, municipal and police complaints, passport and Aadhaar, landlord and society letters.</dc:subject>
  <dc:creator>Nivesh Sahayak</dc:creator>
  <cp:keywords>Toolkit by GroupChatOn</cp:keywords>
  <dc:description>From Toolkit by GroupChatOn (https://toolkit.groupchaton.com/letters/letters-bank-govt-word/). Designed &amp; Developed by: Nivesh Sahayak (https://www.niveshsahayak.in/)</dc:description>
  <cp:lastModifiedBy>Nivesh Sahayak</cp:lastModifiedBy>
  <cp:revision>1</cp:revision>
  <dcterms:created xsi:type="dcterms:W3CDTF">2026-11-02T23:51:58Z</dcterms:created>
  <dcterms:modified xsi:type="dcterms:W3CDTF">2026-11-02T23:51:58Z</dcterms:modified>
  <cp:category/>
</cp:coreProperties>
</file>