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EA580C"/>
          <w:sz w:val="32"/>
        </w:rPr>
        <w:t>DAILY SITE DIARY / PROGRESS REPORT</w:t>
      </w:r>
    </w:p>
    <w:p>
      <w:pPr>
        <w:spacing w:after="160"/>
        <w:jc w:val="center"/>
      </w:pPr>
      <w:r>
        <w:rPr>
          <w:b/>
          <w:i w:val="0"/>
        </w:rPr>
        <w:t>[Contractor / company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Project / name of work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Client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Date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[DD-MM-YYYY]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Day No. (from start)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Weather: morning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[Clear / cloudy / rain]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Weather: afternoon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Working hours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[08:00 to 17:00]</w:t>
            </w:r>
          </w:p>
        </w:tc>
        <w:tc>
          <w:tcPr>
            <w:tcW w:type="dxa" w:w="2409"/>
            <w:shd w:val="clear" w:color="auto" w:fill="E8F0FE"/>
          </w:tcPr>
          <w:p>
            <w:r>
              <w:rPr>
                <w:b/>
                <w:sz w:val="20"/>
              </w:rPr>
              <w:t>Report by</w:t>
            </w:r>
          </w:p>
        </w:tc>
        <w:tc>
          <w:tcPr>
            <w:tcW w:type="dxa" w:w="2409"/>
            <w:shd w:val="clear" w:color="auto" w:fill="FFF7D6"/>
          </w:tcPr>
          <w:p>
            <w:r>
              <w:rPr>
                <w:sz w:val="20"/>
              </w:rPr>
              <w:t>[Site engineer]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EA580C"/>
        </w:rPr>
        <w:t>1. Manpower on site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Trade</w:t>
            </w:r>
          </w:p>
        </w:tc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Agency / sub-contractor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Nos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Mason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Helper / beldar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Carpenter (shuttering)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Bar bender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Electrician / plumber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Total on site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EA580C"/>
        </w:rPr>
        <w:t>2. Machinery and equipment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Machine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Nos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Hours worked</w:t>
            </w:r>
          </w:p>
        </w:tc>
        <w:tc>
          <w:tcPr>
            <w:tcW w:type="dxa" w:w="34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Hours idle / reason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[Concrete mixer]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  <w:t>[Vibrator]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402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EA580C"/>
        </w:rPr>
        <w:t>3. Work done today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368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Location (floor / grid)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Quantity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Unit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[e.g. RCC slab casting M25]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[First floor, grid A-D/1-6]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[cum]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EA580C"/>
        </w:rPr>
        <w:t>4. Materials received and tests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Material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Quantity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Supplier / challan No.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  <w:t>[Cement OPC 53]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 bags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20"/>
        </w:rPr>
        <w:t>Tests done today: [slump test ___ mm; ___ cubes cast, ID ___; other]</w:t>
      </w:r>
    </w:p>
    <w:p>
      <w:pPr>
        <w:spacing w:after="80"/>
      </w:pPr>
      <w:r>
        <w:rPr>
          <w:b/>
          <w:i w:val="0"/>
          <w:color w:val="EA580C"/>
        </w:rPr>
        <w:t>5. Instructions received and visitors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Time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From (name, designation)</w:t>
            </w:r>
          </w:p>
        </w:tc>
        <w:tc>
          <w:tcPr>
            <w:tcW w:type="dxa" w:w="56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Instruction / purpose of visit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5669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  <w:tc>
          <w:tcPr>
            <w:tcW w:type="dxa" w:w="5669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EA580C"/>
        </w:rPr>
        <w:t>6. Hindrances and delays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969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Hindrance (rain, drawings, power, material, client change)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From – to</w:t>
            </w:r>
          </w:p>
        </w:tc>
        <w:tc>
          <w:tcPr>
            <w:tcW w:type="dxa" w:w="1134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Hours lost</w:t>
            </w:r>
          </w:p>
        </w:tc>
        <w:tc>
          <w:tcPr>
            <w:tcW w:type="dxa" w:w="2835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Work affected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EA580C"/>
        </w:rPr>
        <w:t>7. Safety</w:t>
      </w:r>
    </w:p>
    <w:p>
      <w:pPr>
        <w:spacing w:after="80"/>
      </w:pPr>
      <w:r>
        <w:rPr>
          <w:b w:val="0"/>
          <w:i w:val="0"/>
          <w:sz w:val="20"/>
        </w:rPr>
        <w:t>Toolbox talk held: [Yes / No, topic]   ·   PPE checked: [Yes / No]   ·   Incidents or near misses: [None / details]</w:t>
      </w:r>
    </w:p>
    <w:p>
      <w:pPr>
        <w:spacing w:after="80"/>
      </w:pPr>
      <w:r>
        <w:rPr>
          <w:b/>
          <w:i w:val="0"/>
          <w:color w:val="EA580C"/>
        </w:rPr>
        <w:t>8. Plan for tomorrow</w:t>
      </w:r>
    </w:p>
    <w:p>
      <w:pPr>
        <w:spacing w:after="320"/>
      </w:pPr>
      <w:r>
        <w:rPr>
          <w:b w:val="0"/>
          <w:i w:val="0"/>
        </w:rPr>
        <w:t>[Activities, labour and material needed, inspections to call]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br/>
              <w:br/>
              <w:t>____________________</w:t>
            </w:r>
          </w:p>
        </w:tc>
        <w:tc>
          <w:tcPr>
            <w:tcW w:type="dxa" w:w="4819"/>
          </w:tcPr>
          <w:p>
            <w:r>
              <w:br/>
              <w:br/>
              <w:t>____________________</w:t>
            </w:r>
          </w:p>
        </w:tc>
      </w:tr>
      <w:tr>
        <w:tc>
          <w:tcPr>
            <w:tcW w:type="dxa" w:w="4819"/>
          </w:tcPr>
          <w:p>
            <w:r>
              <w:t>Site engineer / supervisor</w:t>
            </w:r>
          </w:p>
        </w:tc>
        <w:tc>
          <w:tcPr>
            <w:tcW w:type="dxa" w:w="4819"/>
          </w:tcPr>
          <w:p>
            <w:r>
              <w:t>Client's representative (seen)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Site Diary / Progress Report (Word)</dc:title>
  <dc:subject>Free Word daily site diary for construction: weather, manpower by trade, machinery, work done with quantities, materials received, instructions, hindrances, safety and plan.</dc:subject>
  <dc:creator>Nivesh Sahayak</dc:creator>
  <cp:keywords>Toolkit by GroupChatOn</cp:keywords>
  <dc:description>From Toolkit by GroupChatOn (https://toolkit.groupchaton.com/construction/con-site-diary-word/). Designed &amp; Developed by: Nivesh Sahayak (https://www.niveshsahayak.in/)</dc:description>
  <cp:lastModifiedBy>Nivesh Sahayak</cp:lastModifiedBy>
  <cp:revision>1</cp:revision>
  <dcterms:created xsi:type="dcterms:W3CDTF">2026-11-02T23:51:51Z</dcterms:created>
  <dcterms:modified xsi:type="dcterms:W3CDTF">2026-11-02T23:51:51Z</dcterms:modified>
  <cp:category/>
</cp:coreProperties>
</file>