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color w:val="2563EB"/>
          <w:sz w:val="40"/>
        </w:rPr>
        <w:t>[Your Business Name]</w:t>
      </w:r>
    </w:p>
    <w:p>
      <w:pPr>
        <w:spacing w:after="0"/>
        <w:jc w:val="center"/>
      </w:pPr>
      <w:r>
        <w:rPr>
          <w:b w:val="0"/>
          <w:i w:val="0"/>
          <w:sz w:val="18"/>
        </w:rPr>
        <w:t>[Address line] · [City, State PIN] · Phone [ ] · [email]</w:t>
      </w:r>
    </w:p>
    <w:p>
      <w:pPr>
        <w:spacing w:after="40"/>
        <w:jc w:val="center"/>
      </w:pPr>
      <w:r>
        <w:rPr>
          <w:b w:val="0"/>
          <w:i w:val="0"/>
          <w:sz w:val="18"/>
        </w:rPr>
        <w:t>GSTIN: [ ]</w:t>
      </w:r>
    </w:p>
    <w:p>
      <w:pPr>
        <w:spacing w:after="160"/>
        <w:pBdr>
          <w:bottom w:val="single" w:sz="12" w:space="1" w:color="2563EB"/>
        </w:pBdr>
      </w:pPr>
    </w:p>
    <w:p>
      <w:pPr>
        <w:spacing w:after="120"/>
        <w:jc w:val="center"/>
      </w:pPr>
      <w:r>
        <w:rPr>
          <w:b/>
          <w:i w:val="0"/>
          <w:sz w:val="30"/>
        </w:rPr>
        <w:t>DELIVERY CHALLAN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Challan No.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DC-[001]</w:t>
            </w:r>
          </w:p>
        </w:tc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Date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[DD-MM-YYYY]</w:t>
            </w:r>
          </w:p>
        </w:tc>
      </w:tr>
      <w:tr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Consignee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[Name]</w:t>
            </w:r>
          </w:p>
        </w:tc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Consignee GSTIN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Delivery address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[Address]</w:t>
            </w:r>
          </w:p>
        </w:tc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Place of supply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[State]</w:t>
            </w:r>
          </w:p>
        </w:tc>
      </w:tr>
      <w:tr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Vehicle No.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Transporter / LR No.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Reason for movement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[Job work / On approval / Branch transfer / Sale (invoice to follow) / Other]</w:t>
            </w:r>
          </w:p>
        </w:tc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Reference (PO / invoice)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 ]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c>
          <w:tcPr>
            <w:tcW w:type="dxa" w:w="567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3515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Description of goods</w:t>
            </w:r>
          </w:p>
        </w:tc>
        <w:tc>
          <w:tcPr>
            <w:tcW w:type="dxa" w:w="1020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HSN</w:t>
            </w:r>
          </w:p>
        </w:tc>
        <w:tc>
          <w:tcPr>
            <w:tcW w:type="dxa" w:w="794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Qty</w:t>
            </w:r>
          </w:p>
        </w:tc>
        <w:tc>
          <w:tcPr>
            <w:tcW w:type="dxa" w:w="794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Unit</w:t>
            </w:r>
          </w:p>
        </w:tc>
        <w:tc>
          <w:tcPr>
            <w:tcW w:type="dxa" w:w="1587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Approx. value (₹)</w:t>
            </w:r>
          </w:p>
        </w:tc>
        <w:tc>
          <w:tcPr>
            <w:tcW w:type="dxa" w:w="1361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Remarks</w:t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3515"/>
          </w:tcPr>
          <w:p>
            <w:r>
              <w:rPr>
                <w:sz w:val="20"/>
              </w:rPr>
              <w:t>[Description]</w:t>
            </w:r>
          </w:p>
        </w:tc>
        <w:tc>
          <w:tcPr>
            <w:tcW w:type="dxa" w:w="1020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794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794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1361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</w:r>
          </w:p>
        </w:tc>
        <w:tc>
          <w:tcPr>
            <w:tcW w:type="dxa" w:w="3515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  <w:tc>
          <w:tcPr>
            <w:tcW w:type="dxa" w:w="794"/>
          </w:tcPr>
          <w:p>
            <w:r>
              <w:rPr>
                <w:sz w:val="20"/>
              </w:rPr>
            </w:r>
          </w:p>
        </w:tc>
        <w:tc>
          <w:tcPr>
            <w:tcW w:type="dxa" w:w="794"/>
          </w:tcPr>
          <w:p>
            <w:r>
              <w:rPr>
                <w:sz w:val="20"/>
              </w:rPr>
            </w:r>
          </w:p>
        </w:tc>
        <w:tc>
          <w:tcPr>
            <w:tcW w:type="dxa" w:w="1587"/>
          </w:tcPr>
          <w:p>
            <w:r>
              <w:rPr>
                <w:sz w:val="20"/>
              </w:rPr>
            </w:r>
          </w:p>
        </w:tc>
        <w:tc>
          <w:tcPr>
            <w:tcW w:type="dxa" w:w="1361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</w:r>
          </w:p>
        </w:tc>
        <w:tc>
          <w:tcPr>
            <w:tcW w:type="dxa" w:w="3515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  <w:tc>
          <w:tcPr>
            <w:tcW w:type="dxa" w:w="794"/>
          </w:tcPr>
          <w:p>
            <w:r>
              <w:rPr>
                <w:sz w:val="20"/>
              </w:rPr>
            </w:r>
          </w:p>
        </w:tc>
        <w:tc>
          <w:tcPr>
            <w:tcW w:type="dxa" w:w="794"/>
          </w:tcPr>
          <w:p>
            <w:r>
              <w:rPr>
                <w:sz w:val="20"/>
              </w:rPr>
            </w:r>
          </w:p>
        </w:tc>
        <w:tc>
          <w:tcPr>
            <w:tcW w:type="dxa" w:w="1587"/>
          </w:tcPr>
          <w:p>
            <w:r>
              <w:rPr>
                <w:sz w:val="20"/>
              </w:rPr>
            </w:r>
          </w:p>
        </w:tc>
        <w:tc>
          <w:tcPr>
            <w:tcW w:type="dxa" w:w="1361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</w:r>
          </w:p>
        </w:tc>
        <w:tc>
          <w:tcPr>
            <w:tcW w:type="dxa" w:w="3515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  <w:tc>
          <w:tcPr>
            <w:tcW w:type="dxa" w:w="794"/>
          </w:tcPr>
          <w:p>
            <w:r>
              <w:rPr>
                <w:sz w:val="20"/>
              </w:rPr>
            </w:r>
          </w:p>
        </w:tc>
        <w:tc>
          <w:tcPr>
            <w:tcW w:type="dxa" w:w="794"/>
          </w:tcPr>
          <w:p>
            <w:r>
              <w:rPr>
                <w:sz w:val="20"/>
              </w:rPr>
            </w:r>
          </w:p>
        </w:tc>
        <w:tc>
          <w:tcPr>
            <w:tcW w:type="dxa" w:w="1587"/>
          </w:tcPr>
          <w:p>
            <w:r>
              <w:rPr>
                <w:sz w:val="20"/>
              </w:rPr>
            </w:r>
          </w:p>
        </w:tc>
        <w:tc>
          <w:tcPr>
            <w:tcW w:type="dxa" w:w="1361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</w:r>
          </w:p>
        </w:tc>
        <w:tc>
          <w:tcPr>
            <w:tcW w:type="dxa" w:w="3515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  <w:tc>
          <w:tcPr>
            <w:tcW w:type="dxa" w:w="794"/>
          </w:tcPr>
          <w:p>
            <w:r>
              <w:rPr>
                <w:sz w:val="20"/>
              </w:rPr>
            </w:r>
          </w:p>
        </w:tc>
        <w:tc>
          <w:tcPr>
            <w:tcW w:type="dxa" w:w="794"/>
          </w:tcPr>
          <w:p>
            <w:r>
              <w:rPr>
                <w:sz w:val="20"/>
              </w:rPr>
            </w:r>
          </w:p>
        </w:tc>
        <w:tc>
          <w:tcPr>
            <w:tcW w:type="dxa" w:w="1587"/>
          </w:tcPr>
          <w:p>
            <w:r>
              <w:rPr>
                <w:sz w:val="20"/>
              </w:rPr>
            </w:r>
          </w:p>
        </w:tc>
        <w:tc>
          <w:tcPr>
            <w:tcW w:type="dxa" w:w="1361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</w:r>
          </w:p>
        </w:tc>
        <w:tc>
          <w:tcPr>
            <w:tcW w:type="dxa" w:w="3515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  <w:tc>
          <w:tcPr>
            <w:tcW w:type="dxa" w:w="794"/>
          </w:tcPr>
          <w:p>
            <w:r>
              <w:rPr>
                <w:sz w:val="20"/>
              </w:rPr>
            </w:r>
          </w:p>
        </w:tc>
        <w:tc>
          <w:tcPr>
            <w:tcW w:type="dxa" w:w="794"/>
          </w:tcPr>
          <w:p>
            <w:r>
              <w:rPr>
                <w:sz w:val="20"/>
              </w:rPr>
            </w:r>
          </w:p>
        </w:tc>
        <w:tc>
          <w:tcPr>
            <w:tcW w:type="dxa" w:w="1587"/>
          </w:tcPr>
          <w:p>
            <w:r>
              <w:rPr>
                <w:sz w:val="20"/>
              </w:rPr>
            </w:r>
          </w:p>
        </w:tc>
        <w:tc>
          <w:tcPr>
            <w:tcW w:type="dxa" w:w="1361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</w:r>
          </w:p>
        </w:tc>
        <w:tc>
          <w:tcPr>
            <w:tcW w:type="dxa" w:w="3515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  <w:tc>
          <w:tcPr>
            <w:tcW w:type="dxa" w:w="794"/>
          </w:tcPr>
          <w:p>
            <w:r>
              <w:rPr>
                <w:sz w:val="20"/>
              </w:rPr>
            </w:r>
          </w:p>
        </w:tc>
        <w:tc>
          <w:tcPr>
            <w:tcW w:type="dxa" w:w="794"/>
          </w:tcPr>
          <w:p>
            <w:r>
              <w:rPr>
                <w:sz w:val="20"/>
              </w:rPr>
            </w:r>
          </w:p>
        </w:tc>
        <w:tc>
          <w:tcPr>
            <w:tcW w:type="dxa" w:w="1587"/>
          </w:tcPr>
          <w:p>
            <w:r>
              <w:rPr>
                <w:sz w:val="20"/>
              </w:rPr>
            </w:r>
          </w:p>
        </w:tc>
        <w:tc>
          <w:tcPr>
            <w:tcW w:type="dxa" w:w="1361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</w:r>
          </w:p>
        </w:tc>
        <w:tc>
          <w:tcPr>
            <w:tcW w:type="dxa" w:w="3515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  <w:tc>
          <w:tcPr>
            <w:tcW w:type="dxa" w:w="794"/>
          </w:tcPr>
          <w:p>
            <w:r>
              <w:rPr>
                <w:sz w:val="20"/>
              </w:rPr>
            </w:r>
          </w:p>
        </w:tc>
        <w:tc>
          <w:tcPr>
            <w:tcW w:type="dxa" w:w="794"/>
          </w:tcPr>
          <w:p>
            <w:r>
              <w:rPr>
                <w:sz w:val="20"/>
              </w:rPr>
            </w:r>
          </w:p>
        </w:tc>
        <w:tc>
          <w:tcPr>
            <w:tcW w:type="dxa" w:w="1587"/>
          </w:tcPr>
          <w:p>
            <w:r>
              <w:rPr>
                <w:sz w:val="20"/>
              </w:rPr>
            </w:r>
          </w:p>
        </w:tc>
        <w:tc>
          <w:tcPr>
            <w:tcW w:type="dxa" w:w="1361"/>
          </w:tcPr>
          <w:p>
            <w:r>
              <w:rPr>
                <w:sz w:val="20"/>
              </w:rPr>
            </w:r>
          </w:p>
        </w:tc>
      </w:tr>
    </w:tbl>
    <w:p>
      <w:pPr>
        <w:spacing w:after="40"/>
      </w:pPr>
    </w:p>
    <w:p>
      <w:pPr>
        <w:spacing w:after="480"/>
      </w:pPr>
      <w:r>
        <w:rPr>
          <w:b w:val="0"/>
          <w:i/>
          <w:sz w:val="18"/>
        </w:rPr>
        <w:t>Goods sent in good condition. Please check on receipt and sign below. This challan is not a tax invoice.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t>Received the above goods in good condition</w:t>
            </w:r>
          </w:p>
        </w:tc>
        <w:tc>
          <w:tcPr>
            <w:tcW w:type="dxa" w:w="4819"/>
          </w:tcPr>
          <w:p>
            <w:r>
              <w:t>For [Your Business Name]</w:t>
            </w:r>
          </w:p>
        </w:tc>
      </w:tr>
      <w:tr>
        <w:tc>
          <w:tcPr>
            <w:tcW w:type="dxa" w:w="4819"/>
          </w:tcPr>
          <w:p>
            <w:r>
              <w:br/>
              <w:br/>
              <w:t>Receiver's signature, name and date</w:t>
            </w:r>
          </w:p>
        </w:tc>
        <w:tc>
          <w:tcPr>
            <w:tcW w:type="dxa" w:w="4819"/>
          </w:tcPr>
          <w:p>
            <w:r>
              <w:br/>
              <w:br/>
              <w:t>Authorised signatory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4A3B8"/>
        <w:sz w:val="14"/>
      </w:rPr>
      <w:t>Template: Toolkit by GroupChatOn · toolkit.groupchaton.com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Nivesh Sahayak</Company>
  <LinksUpToDate>false</LinksUpToDate>
  <CharactersWithSpaces>0</CharactersWithSpaces>
  <SharedDoc>false</SharedDoc>
  <HyperlinkBase>https://www.niveshsahayak.in/</HyperlinkBase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&amp; Delivery Challan (Word)</dc:title>
  <dc:subject>Free editable quotation format and delivery challan format for Microsoft Word: business header, item table, terms, validity and signature, ready to print on A4.</dc:subject>
  <dc:creator>Nivesh Sahayak</dc:creator>
  <cp:keywords>Toolkit by GroupChatOn</cp:keywords>
  <dc:description>From Toolkit by GroupChatOn (https://toolkit.groupchaton.com/shop/quotation-delivery-challan-word/). Designed &amp; Developed by: Nivesh Sahayak (https://www.niveshsahayak.in/)</dc:description>
  <cp:lastModifiedBy>Nivesh Sahayak</cp:lastModifiedBy>
  <cp:revision>1</cp:revision>
  <dcterms:created xsi:type="dcterms:W3CDTF">2026-11-02T23:51:44Z</dcterms:created>
  <dcterms:modified xsi:type="dcterms:W3CDTF">2026-11-02T23:51:44Z</dcterms:modified>
  <cp:category/>
</cp:coreProperties>
</file>