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[Company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[Registered address] · [Phone] · [email] · [website]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80"/>
      </w:pPr>
      <w:r>
        <w:rPr>
          <w:b w:val="0"/>
          <w:i w:val="0"/>
        </w:rPr>
        <w:t>Ref: [HR/EXP/2026/001]</w:t>
      </w:r>
    </w:p>
    <w:p>
      <w:pPr>
        <w:spacing w:after="360"/>
      </w:pPr>
      <w:r>
        <w:rPr>
          <w:b w:val="0"/>
          <w:i w:val="0"/>
        </w:rPr>
        <w:t>Date: [DD-MM-YYYY]</w:t>
      </w:r>
    </w:p>
    <w:p>
      <w:pPr>
        <w:spacing w:after="280"/>
        <w:jc w:val="center"/>
      </w:pPr>
      <w:r>
        <w:rPr>
          <w:b/>
          <w:i w:val="0"/>
          <w:sz w:val="26"/>
        </w:rPr>
        <w:t>TO WHOM IT MAY CONCERN</w:t>
      </w:r>
    </w:p>
    <w:p>
      <w:pPr>
        <w:spacing w:after="160"/>
      </w:pPr>
      <w:r>
        <w:rPr>
          <w:b w:val="0"/>
          <w:i w:val="0"/>
        </w:rPr>
        <w:t>This is to certify that [Mr. / Ms.] [Employee full name] (Employee code [ ]) worked with [Company Name] from [DD-MM-YYYY] to [DD-MM-YYYY]. At the time of leaving, [he / she / they] held the position of [Designation] in the [Department] department.</w:t>
      </w:r>
    </w:p>
    <w:p>
      <w:pPr>
        <w:spacing w:after="80"/>
      </w:pPr>
      <w:r>
        <w:rPr>
          <w:b w:val="0"/>
          <w:i w:val="0"/>
        </w:rPr>
        <w:t>During this period [his / her / their] main responsibilities included:</w:t>
      </w:r>
    </w:p>
    <w:p>
      <w:pPr>
        <w:pStyle w:val="ListBullet"/>
      </w:pPr>
      <w:r>
        <w:t>[Responsibility 1, e.g. preparing GST returns and monthly accounts]</w:t>
      </w:r>
    </w:p>
    <w:p>
      <w:pPr>
        <w:pStyle w:val="ListBullet"/>
      </w:pPr>
      <w:r>
        <w:t>[Responsibility 2]</w:t>
      </w:r>
    </w:p>
    <w:p>
      <w:pPr>
        <w:pStyle w:val="ListBullet"/>
      </w:pPr>
      <w:r>
        <w:t>[Responsibility 3]</w:t>
      </w:r>
    </w:p>
    <w:p>
      <w:pPr>
        <w:spacing w:after="160"/>
      </w:pPr>
      <w:r>
        <w:rPr>
          <w:b w:val="0"/>
          <w:i w:val="0"/>
        </w:rPr>
        <w:t>We found [him / her / them] sincere, hardworking and reliable. [His / Her / Their] conduct during the employment was [good / very good]. [He / She / They] has been relieved of all duties with effect from [DD-MM-YYYY] after completing the handover.</w:t>
      </w:r>
    </w:p>
    <w:p>
      <w:pPr>
        <w:spacing w:after="600"/>
      </w:pPr>
      <w:r>
        <w:rPr>
          <w:b w:val="0"/>
          <w:i w:val="0"/>
        </w:rPr>
        <w:t>We wish [him / her / them] every success in the future.</w:t>
      </w:r>
    </w:p>
    <w:p>
      <w:pPr>
        <w:spacing w:after="720"/>
      </w:pPr>
      <w:r>
        <w:rPr>
          <w:b/>
          <w:i w:val="0"/>
        </w:rPr>
        <w:t>For [Company Name]</w:t>
      </w:r>
    </w:p>
    <w:p>
      <w:pPr>
        <w:spacing w:after="0"/>
      </w:pPr>
      <w:r>
        <w:rPr>
          <w:b w:val="0"/>
          <w:i w:val="0"/>
        </w:rPr>
        <w:t>[Authorised signatory name]</w:t>
      </w:r>
    </w:p>
    <w:p>
      <w:pPr>
        <w:spacing w:after="0"/>
      </w:pPr>
      <w:r>
        <w:rPr>
          <w:b w:val="0"/>
          <w:i w:val="0"/>
        </w:rPr>
        <w:t>[Designation]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&amp; Experience Letter (Word)</dc:title>
  <dc:subject>Free editable offer letter and experience certificate formats for Word: company letterhead, joining details, salary, terms, and a relieving-style experience letter.</dc:subject>
  <dc:creator>Nivesh Sahayak</dc:creator>
  <cp:keywords>Toolkit by GroupChatOn</cp:keywords>
  <dc:description>From Toolkit by GroupChatOn (https://toolkit.groupchaton.com/office-hr/offer-experience-letter-word/). Designed &amp; Developed by: Nivesh Sahayak (https://www.niveshsahayak.in/)</dc:description>
  <cp:lastModifiedBy>Nivesh Sahayak</cp:lastModifiedBy>
  <cp:revision>1</cp:revision>
  <dcterms:created xsi:type="dcterms:W3CDTF">2026-11-02T23:51:44Z</dcterms:created>
  <dcterms:modified xsi:type="dcterms:W3CDTF">2026-11-02T23:51:44Z</dcterms:modified>
  <cp:category/>
</cp:coreProperties>
</file>