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Nirmala UI" w:hAnsi="Nirmala UI" w:cs="Nirmala UI" w:eastAsia="Nirmala UI"/>
          <w:b/>
          <w:bCs/>
          <w:color w:val="2563EB"/>
          <w:sz w:val="44"/>
          <w:szCs w:val="44"/>
        </w:rPr>
        <w:t>हिंदी प्रार्थना पत्र: प्रारूप और 20 नमूने</w:t>
      </w:r>
    </w:p>
    <w:p>
      <w:pPr>
        <w:spacing w:after="240"/>
      </w:pPr>
      <w:r>
        <w:rPr>
          <w:rFonts w:ascii="Nirmala UI" w:hAnsi="Nirmala UI" w:cs="Nirmala UI" w:eastAsia="Nirmala UI"/>
          <w:b w:val="0"/>
          <w:bCs/>
          <w:color w:val="55607A"/>
          <w:sz w:val="22"/>
          <w:szCs w:val="22"/>
        </w:rPr>
        <w:t>विद्यालय, कार्यालय, बैंक, नगर निगम और पुलिस के लिए औपचारिक पत्र, भरने के लिए तैयार। Hindi application formats.</w:t>
      </w:r>
    </w:p>
    <w:p>
      <w:pPr>
        <w:spacing w:after="80"/>
      </w:pPr>
      <w:r>
        <w:rPr>
          <w:rFonts w:ascii="Nirmala UI" w:hAnsi="Nirmala UI" w:cs="Nirmala UI" w:eastAsia="Nirmala UI"/>
          <w:b/>
          <w:bCs/>
          <w:color w:val="2563EB"/>
          <w:sz w:val="26"/>
          <w:szCs w:val="26"/>
        </w:rPr>
        <w:t>इस फ़ाइल का उपयोग कैसे करें</w:t>
      </w:r>
    </w:p>
    <w:p>
      <w:pPr>
        <w:pStyle w:val="ListBullet"/>
        <w:spacing w:after="40"/>
      </w:pPr>
      <w:r>
        <w:rPr>
          <w:rFonts w:ascii="Nirmala UI" w:hAnsi="Nirmala UI" w:cs="Nirmala UI" w:eastAsia="Nirmala UI"/>
          <w:b w:val="0"/>
          <w:bCs/>
          <w:sz w:val="21"/>
          <w:szCs w:val="21"/>
        </w:rPr>
        <w:t xml:space="preserve">पीले </w:t>
      </w:r>
      <w:r>
        <w:rPr>
          <w:rFonts w:ascii="Nirmala UI" w:hAnsi="Nirmala UI" w:cs="Nirmala UI" w:eastAsia="Nirmala UI"/>
          <w:b w:val="0"/>
          <w:bCs/>
          <w:sz w:val="21"/>
          <w:szCs w:val="21"/>
          <w:highlight w:val="yellow"/>
        </w:rPr>
        <w:t>[कोष्ठक]</w:t>
      </w:r>
      <w:r>
        <w:rPr>
          <w:rFonts w:ascii="Nirmala UI" w:hAnsi="Nirmala UI" w:cs="Nirmala UI" w:eastAsia="Nirmala UI"/>
          <w:b w:val="0"/>
          <w:bCs/>
          <w:sz w:val="21"/>
          <w:szCs w:val="21"/>
        </w:rPr>
        <w:t xml:space="preserve"> में लिखी जगह पर अपनी जानकारी लिखें और पीला रंग हटा दें (Home › Text Highlight Colour › No Colour)।</w:t>
      </w:r>
    </w:p>
    <w:p>
      <w:pPr>
        <w:pStyle w:val="ListBullet"/>
        <w:spacing w:after="40"/>
      </w:pPr>
      <w:r>
        <w:rPr>
          <w:rFonts w:ascii="Nirmala UI" w:hAnsi="Nirmala UI" w:cs="Nirmala UI" w:eastAsia="Nirmala UI"/>
          <w:b w:val="0"/>
          <w:bCs/>
          <w:sz w:val="21"/>
          <w:szCs w:val="21"/>
        </w:rPr>
        <w:t>जहाँ दो रूप दिए हैं (रहा/रही, का छात्र/की छात्रा), वहाँ जो आप पर लागू हो वह रखें और दूसरा मिटा दें।</w:t>
      </w:r>
    </w:p>
    <w:p>
      <w:pPr>
        <w:pStyle w:val="ListBullet"/>
        <w:spacing w:after="40"/>
      </w:pPr>
      <w:r>
        <w:rPr>
          <w:rFonts w:ascii="Nirmala UI" w:hAnsi="Nirmala UI" w:cs="Nirmala UI" w:eastAsia="Nirmala UI"/>
          <w:b w:val="0"/>
          <w:bCs/>
          <w:sz w:val="21"/>
          <w:szCs w:val="21"/>
        </w:rPr>
        <w:t>जो वाक्य आपके मामले में लागू न हो उसे हटा दें। हस्ताक्षर अपने नाम के ऊपर करें और एक प्रति अपने पास रखें।</w:t>
      </w:r>
    </w:p>
    <w:p>
      <w:pPr>
        <w:pStyle w:val="ListBullet"/>
        <w:spacing w:after="40"/>
      </w:pPr>
      <w:r>
        <w:rPr>
          <w:rFonts w:ascii="Nirmala UI" w:hAnsi="Nirmala UI" w:cs="Nirmala UI" w:eastAsia="Nirmala UI"/>
          <w:b w:val="0"/>
          <w:bCs/>
          <w:sz w:val="21"/>
          <w:szCs w:val="21"/>
        </w:rPr>
        <w:t>ऑनलाइन लेटर राइटर (toolkit.groupchaton.com) में 78 प्रकार के पत्र हिंदी और अंग्रेज़ी में अपने-आप भरे जाते हैं।</w:t>
      </w:r>
    </w:p>
    <w:p>
      <w:pPr>
        <w:spacing w:after="120"/>
      </w:pPr>
    </w:p>
    <w:p>
      <w:pPr>
        <w:spacing w:after="80"/>
      </w:pPr>
      <w:r>
        <w:rPr>
          <w:rFonts w:ascii="Nirmala UI" w:hAnsi="Nirmala UI" w:cs="Nirmala UI" w:eastAsia="Nirmala UI"/>
          <w:b/>
          <w:bCs/>
          <w:color w:val="2563EB"/>
          <w:sz w:val="26"/>
          <w:szCs w:val="26"/>
        </w:rPr>
        <w:t>प्रार्थना पत्र के भाग</w:t>
      </w:r>
    </w:p>
    <w:tbl>
      <w:tblPr>
        <w:tblStyle w:val="TableGrid"/>
        <w:tblW w:type="auto" w:w="0"/>
        <w:tblLook w:firstColumn="1" w:firstRow="1" w:lastColumn="0" w:lastRow="0" w:noHBand="0" w:noVBand="1" w:val="04A0"/>
      </w:tblPr>
      <w:tblGrid>
        <w:gridCol w:w="2409"/>
        <w:gridCol w:w="2409"/>
        <w:gridCol w:w="2409"/>
        <w:gridCol w:w="2409"/>
      </w:tblGrid>
      <w:tr>
        <w:tc>
          <w:tcPr>
            <w:tcW w:type="dxa" w:w="454"/>
            <w:shd w:val="clear" w:color="auto" w:fill="2563EB"/>
          </w:tcPr>
          <w:p>
            <w:r/>
            <w:r>
              <w:rPr>
                <w:b/>
                <w:color w:val="FFFFFF"/>
                <w:sz w:val="20"/>
              </w:rPr>
              <w:t>#</w:t>
            </w:r>
          </w:p>
        </w:tc>
        <w:tc>
          <w:tcPr>
            <w:tcW w:type="dxa" w:w="1474"/>
            <w:shd w:val="clear" w:color="auto" w:fill="2563EB"/>
          </w:tcPr>
          <w:p>
            <w:r/>
            <w:r>
              <w:rPr>
                <w:b/>
                <w:color w:val="FFFFFF"/>
                <w:sz w:val="20"/>
              </w:rPr>
              <w:t>भाग</w:t>
            </w:r>
          </w:p>
        </w:tc>
        <w:tc>
          <w:tcPr>
            <w:tcW w:type="dxa" w:w="3969"/>
            <w:shd w:val="clear" w:color="auto" w:fill="2563EB"/>
          </w:tcPr>
          <w:p>
            <w:r/>
            <w:r>
              <w:rPr>
                <w:b/>
                <w:color w:val="FFFFFF"/>
                <w:sz w:val="20"/>
              </w:rPr>
              <w:t>क्या लिखें</w:t>
            </w:r>
          </w:p>
        </w:tc>
        <w:tc>
          <w:tcPr>
            <w:tcW w:type="dxa" w:w="3742"/>
            <w:shd w:val="clear" w:color="auto" w:fill="2563EB"/>
          </w:tcPr>
          <w:p>
            <w:r/>
            <w:r>
              <w:rPr>
                <w:b/>
                <w:color w:val="FFFFFF"/>
                <w:sz w:val="20"/>
              </w:rPr>
              <w:t>उदाहरण</w:t>
            </w:r>
          </w:p>
        </w:tc>
      </w:tr>
      <w:tr>
        <w:tc>
          <w:tcPr>
            <w:tcW w:type="dxa" w:w="454"/>
          </w:tcPr>
          <w:p>
            <w:r/>
            <w:r>
              <w:rPr>
                <w:rFonts w:ascii="Nirmala UI" w:hAnsi="Nirmala UI" w:cs="Nirmala UI" w:eastAsia="Nirmala UI"/>
                <w:b w:val="0"/>
                <w:bCs/>
                <w:sz w:val="20"/>
                <w:szCs w:val="20"/>
              </w:rPr>
              <w:t>1</w:t>
            </w:r>
          </w:p>
        </w:tc>
        <w:tc>
          <w:tcPr>
            <w:tcW w:type="dxa" w:w="1474"/>
          </w:tcPr>
          <w:p>
            <w:r/>
            <w:r>
              <w:rPr>
                <w:rFonts w:ascii="Nirmala UI" w:hAnsi="Nirmala UI" w:cs="Nirmala UI" w:eastAsia="Nirmala UI"/>
                <w:b w:val="0"/>
                <w:bCs/>
                <w:sz w:val="20"/>
                <w:szCs w:val="20"/>
              </w:rPr>
              <w:t>सेवा में</w:t>
            </w:r>
          </w:p>
        </w:tc>
        <w:tc>
          <w:tcPr>
            <w:tcW w:type="dxa" w:w="3969"/>
          </w:tcPr>
          <w:p>
            <w:r/>
            <w:r>
              <w:rPr>
                <w:rFonts w:ascii="Nirmala UI" w:hAnsi="Nirmala UI" w:cs="Nirmala UI" w:eastAsia="Nirmala UI"/>
                <w:b w:val="0"/>
                <w:bCs/>
                <w:sz w:val="20"/>
                <w:szCs w:val="20"/>
              </w:rPr>
              <w:t>पत्र किसे भेजा जा रहा है: पद, कार्यालय और शहर।</w:t>
            </w:r>
          </w:p>
        </w:tc>
        <w:tc>
          <w:tcPr>
            <w:tcW w:type="dxa" w:w="3742"/>
          </w:tcPr>
          <w:p>
            <w:r/>
            <w:r>
              <w:rPr>
                <w:rFonts w:ascii="Nirmala UI" w:hAnsi="Nirmala UI" w:cs="Nirmala UI" w:eastAsia="Nirmala UI"/>
                <w:b w:val="0"/>
                <w:bCs/>
                <w:sz w:val="20"/>
                <w:szCs w:val="20"/>
              </w:rPr>
              <w:t>सेवा में, प्रधानाचार्य महोदय, राजकीय विद्यालय, लुधियाना</w:t>
            </w:r>
          </w:p>
        </w:tc>
      </w:tr>
      <w:tr>
        <w:tc>
          <w:tcPr>
            <w:tcW w:type="dxa" w:w="454"/>
          </w:tcPr>
          <w:p>
            <w:r/>
            <w:r>
              <w:rPr>
                <w:rFonts w:ascii="Nirmala UI" w:hAnsi="Nirmala UI" w:cs="Nirmala UI" w:eastAsia="Nirmala UI"/>
                <w:b w:val="0"/>
                <w:bCs/>
                <w:sz w:val="20"/>
                <w:szCs w:val="20"/>
              </w:rPr>
              <w:t>2</w:t>
            </w:r>
          </w:p>
        </w:tc>
        <w:tc>
          <w:tcPr>
            <w:tcW w:type="dxa" w:w="1474"/>
          </w:tcPr>
          <w:p>
            <w:r/>
            <w:r>
              <w:rPr>
                <w:rFonts w:ascii="Nirmala UI" w:hAnsi="Nirmala UI" w:cs="Nirmala UI" w:eastAsia="Nirmala UI"/>
                <w:b w:val="0"/>
                <w:bCs/>
                <w:sz w:val="20"/>
                <w:szCs w:val="20"/>
              </w:rPr>
              <w:t>दिनांक</w:t>
            </w:r>
          </w:p>
        </w:tc>
        <w:tc>
          <w:tcPr>
            <w:tcW w:type="dxa" w:w="3969"/>
          </w:tcPr>
          <w:p>
            <w:r/>
            <w:r>
              <w:rPr>
                <w:rFonts w:ascii="Nirmala UI" w:hAnsi="Nirmala UI" w:cs="Nirmala UI" w:eastAsia="Nirmala UI"/>
                <w:b w:val="0"/>
                <w:bCs/>
                <w:sz w:val="20"/>
                <w:szCs w:val="20"/>
              </w:rPr>
              <w:t>पत्र लिखने की तिथि।</w:t>
            </w:r>
          </w:p>
        </w:tc>
        <w:tc>
          <w:tcPr>
            <w:tcW w:type="dxa" w:w="3742"/>
          </w:tcPr>
          <w:p>
            <w:r/>
            <w:r>
              <w:rPr>
                <w:rFonts w:ascii="Nirmala UI" w:hAnsi="Nirmala UI" w:cs="Nirmala UI" w:eastAsia="Nirmala UI"/>
                <w:b w:val="0"/>
                <w:bCs/>
                <w:sz w:val="20"/>
                <w:szCs w:val="20"/>
              </w:rPr>
              <w:t>दिनांक: 03-11-2026</w:t>
            </w:r>
          </w:p>
        </w:tc>
      </w:tr>
      <w:tr>
        <w:tc>
          <w:tcPr>
            <w:tcW w:type="dxa" w:w="454"/>
          </w:tcPr>
          <w:p>
            <w:r/>
            <w:r>
              <w:rPr>
                <w:rFonts w:ascii="Nirmala UI" w:hAnsi="Nirmala UI" w:cs="Nirmala UI" w:eastAsia="Nirmala UI"/>
                <w:b w:val="0"/>
                <w:bCs/>
                <w:sz w:val="20"/>
                <w:szCs w:val="20"/>
              </w:rPr>
              <w:t>3</w:t>
            </w:r>
          </w:p>
        </w:tc>
        <w:tc>
          <w:tcPr>
            <w:tcW w:type="dxa" w:w="1474"/>
          </w:tcPr>
          <w:p>
            <w:r/>
            <w:r>
              <w:rPr>
                <w:rFonts w:ascii="Nirmala UI" w:hAnsi="Nirmala UI" w:cs="Nirmala UI" w:eastAsia="Nirmala UI"/>
                <w:b w:val="0"/>
                <w:bCs/>
                <w:sz w:val="20"/>
                <w:szCs w:val="20"/>
              </w:rPr>
              <w:t>विषय</w:t>
            </w:r>
          </w:p>
        </w:tc>
        <w:tc>
          <w:tcPr>
            <w:tcW w:type="dxa" w:w="3969"/>
          </w:tcPr>
          <w:p>
            <w:r/>
            <w:r>
              <w:rPr>
                <w:rFonts w:ascii="Nirmala UI" w:hAnsi="Nirmala UI" w:cs="Nirmala UI" w:eastAsia="Nirmala UI"/>
                <w:b w:val="0"/>
                <w:bCs/>
                <w:sz w:val="20"/>
                <w:szCs w:val="20"/>
              </w:rPr>
              <w:t>एक पंक्ति में पत्र का उद्देश्य।</w:t>
            </w:r>
          </w:p>
        </w:tc>
        <w:tc>
          <w:tcPr>
            <w:tcW w:type="dxa" w:w="3742"/>
          </w:tcPr>
          <w:p>
            <w:r/>
            <w:r>
              <w:rPr>
                <w:rFonts w:ascii="Nirmala UI" w:hAnsi="Nirmala UI" w:cs="Nirmala UI" w:eastAsia="Nirmala UI"/>
                <w:b w:val="0"/>
                <w:bCs/>
                <w:sz w:val="20"/>
                <w:szCs w:val="20"/>
              </w:rPr>
              <w:t>विषय: तीन दिन के अवकाश हेतु प्रार्थना पत्र</w:t>
            </w:r>
          </w:p>
        </w:tc>
      </w:tr>
      <w:tr>
        <w:tc>
          <w:tcPr>
            <w:tcW w:type="dxa" w:w="454"/>
          </w:tcPr>
          <w:p>
            <w:r/>
            <w:r>
              <w:rPr>
                <w:rFonts w:ascii="Nirmala UI" w:hAnsi="Nirmala UI" w:cs="Nirmala UI" w:eastAsia="Nirmala UI"/>
                <w:b w:val="0"/>
                <w:bCs/>
                <w:sz w:val="20"/>
                <w:szCs w:val="20"/>
              </w:rPr>
              <w:t>4</w:t>
            </w:r>
          </w:p>
        </w:tc>
        <w:tc>
          <w:tcPr>
            <w:tcW w:type="dxa" w:w="1474"/>
          </w:tcPr>
          <w:p>
            <w:r/>
            <w:r>
              <w:rPr>
                <w:rFonts w:ascii="Nirmala UI" w:hAnsi="Nirmala UI" w:cs="Nirmala UI" w:eastAsia="Nirmala UI"/>
                <w:b w:val="0"/>
                <w:bCs/>
                <w:sz w:val="20"/>
                <w:szCs w:val="20"/>
              </w:rPr>
              <w:t>संबोधन</w:t>
            </w:r>
          </w:p>
        </w:tc>
        <w:tc>
          <w:tcPr>
            <w:tcW w:type="dxa" w:w="3969"/>
          </w:tcPr>
          <w:p>
            <w:r/>
            <w:r>
              <w:rPr>
                <w:rFonts w:ascii="Nirmala UI" w:hAnsi="Nirmala UI" w:cs="Nirmala UI" w:eastAsia="Nirmala UI"/>
                <w:b w:val="0"/>
                <w:bCs/>
                <w:sz w:val="20"/>
                <w:szCs w:val="20"/>
              </w:rPr>
              <w:t>महोदय / महोदया / आदरणीय ... जी</w:t>
            </w:r>
          </w:p>
        </w:tc>
        <w:tc>
          <w:tcPr>
            <w:tcW w:type="dxa" w:w="3742"/>
          </w:tcPr>
          <w:p>
            <w:r/>
            <w:r>
              <w:rPr>
                <w:rFonts w:ascii="Nirmala UI" w:hAnsi="Nirmala UI" w:cs="Nirmala UI" w:eastAsia="Nirmala UI"/>
                <w:b w:val="0"/>
                <w:bCs/>
                <w:sz w:val="20"/>
                <w:szCs w:val="20"/>
              </w:rPr>
              <w:t>महोदय,</w:t>
            </w:r>
          </w:p>
        </w:tc>
      </w:tr>
      <w:tr>
        <w:tc>
          <w:tcPr>
            <w:tcW w:type="dxa" w:w="454"/>
          </w:tcPr>
          <w:p>
            <w:r/>
            <w:r>
              <w:rPr>
                <w:rFonts w:ascii="Nirmala UI" w:hAnsi="Nirmala UI" w:cs="Nirmala UI" w:eastAsia="Nirmala UI"/>
                <w:b w:val="0"/>
                <w:bCs/>
                <w:sz w:val="20"/>
                <w:szCs w:val="20"/>
              </w:rPr>
              <w:t>5</w:t>
            </w:r>
          </w:p>
        </w:tc>
        <w:tc>
          <w:tcPr>
            <w:tcW w:type="dxa" w:w="1474"/>
          </w:tcPr>
          <w:p>
            <w:r/>
            <w:r>
              <w:rPr>
                <w:rFonts w:ascii="Nirmala UI" w:hAnsi="Nirmala UI" w:cs="Nirmala UI" w:eastAsia="Nirmala UI"/>
                <w:b w:val="0"/>
                <w:bCs/>
                <w:sz w:val="20"/>
                <w:szCs w:val="20"/>
              </w:rPr>
              <w:t>आरंभ</w:t>
            </w:r>
          </w:p>
        </w:tc>
        <w:tc>
          <w:tcPr>
            <w:tcW w:type="dxa" w:w="3969"/>
          </w:tcPr>
          <w:p>
            <w:r/>
            <w:r>
              <w:rPr>
                <w:rFonts w:ascii="Nirmala UI" w:hAnsi="Nirmala UI" w:cs="Nirmala UI" w:eastAsia="Nirmala UI"/>
                <w:b w:val="0"/>
                <w:bCs/>
                <w:sz w:val="20"/>
                <w:szCs w:val="20"/>
              </w:rPr>
              <w:t>सविनय निवेदन है कि ... (आप कौन हैं)</w:t>
            </w:r>
          </w:p>
        </w:tc>
        <w:tc>
          <w:tcPr>
            <w:tcW w:type="dxa" w:w="3742"/>
          </w:tcPr>
          <w:p>
            <w:r/>
            <w:r>
              <w:rPr>
                <w:rFonts w:ascii="Nirmala UI" w:hAnsi="Nirmala UI" w:cs="Nirmala UI" w:eastAsia="Nirmala UI"/>
                <w:b w:val="0"/>
                <w:bCs/>
                <w:sz w:val="20"/>
                <w:szCs w:val="20"/>
              </w:rPr>
              <w:t>सविनय निवेदन है कि मैं कक्षा आठवीं का छात्र हूँ।</w:t>
            </w:r>
          </w:p>
        </w:tc>
      </w:tr>
      <w:tr>
        <w:tc>
          <w:tcPr>
            <w:tcW w:type="dxa" w:w="454"/>
          </w:tcPr>
          <w:p>
            <w:r/>
            <w:r>
              <w:rPr>
                <w:rFonts w:ascii="Nirmala UI" w:hAnsi="Nirmala UI" w:cs="Nirmala UI" w:eastAsia="Nirmala UI"/>
                <w:b w:val="0"/>
                <w:bCs/>
                <w:sz w:val="20"/>
                <w:szCs w:val="20"/>
              </w:rPr>
              <w:t>6</w:t>
            </w:r>
          </w:p>
        </w:tc>
        <w:tc>
          <w:tcPr>
            <w:tcW w:type="dxa" w:w="1474"/>
          </w:tcPr>
          <w:p>
            <w:r/>
            <w:r>
              <w:rPr>
                <w:rFonts w:ascii="Nirmala UI" w:hAnsi="Nirmala UI" w:cs="Nirmala UI" w:eastAsia="Nirmala UI"/>
                <w:b w:val="0"/>
                <w:bCs/>
                <w:sz w:val="20"/>
                <w:szCs w:val="20"/>
              </w:rPr>
              <w:t>मुख्य भाग</w:t>
            </w:r>
          </w:p>
        </w:tc>
        <w:tc>
          <w:tcPr>
            <w:tcW w:type="dxa" w:w="3969"/>
          </w:tcPr>
          <w:p>
            <w:r/>
            <w:r>
              <w:rPr>
                <w:rFonts w:ascii="Nirmala UI" w:hAnsi="Nirmala UI" w:cs="Nirmala UI" w:eastAsia="Nirmala UI"/>
                <w:b w:val="0"/>
                <w:bCs/>
                <w:sz w:val="20"/>
                <w:szCs w:val="20"/>
              </w:rPr>
              <w:t>तथ्य, तिथियाँ और आपका अनुरोध, छोटे अनुच्छेदों में।</w:t>
            </w:r>
          </w:p>
        </w:tc>
        <w:tc>
          <w:tcPr>
            <w:tcW w:type="dxa" w:w="3742"/>
          </w:tcPr>
          <w:p>
            <w:r/>
            <w:r>
              <w:rPr>
                <w:rFonts w:ascii="Nirmala UI" w:hAnsi="Nirmala UI" w:cs="Nirmala UI" w:eastAsia="Nirmala UI"/>
                <w:b w:val="0"/>
                <w:bCs/>
                <w:sz w:val="20"/>
                <w:szCs w:val="20"/>
              </w:rPr>
              <w:t>कृपया मुझे तीन दिन का अवकाश प्रदान करें।</w:t>
            </w:r>
          </w:p>
        </w:tc>
      </w:tr>
      <w:tr>
        <w:tc>
          <w:tcPr>
            <w:tcW w:type="dxa" w:w="454"/>
          </w:tcPr>
          <w:p>
            <w:r/>
            <w:r>
              <w:rPr>
                <w:rFonts w:ascii="Nirmala UI" w:hAnsi="Nirmala UI" w:cs="Nirmala UI" w:eastAsia="Nirmala UI"/>
                <w:b w:val="0"/>
                <w:bCs/>
                <w:sz w:val="20"/>
                <w:szCs w:val="20"/>
              </w:rPr>
              <w:t>7</w:t>
            </w:r>
          </w:p>
        </w:tc>
        <w:tc>
          <w:tcPr>
            <w:tcW w:type="dxa" w:w="1474"/>
          </w:tcPr>
          <w:p>
            <w:r/>
            <w:r>
              <w:rPr>
                <w:rFonts w:ascii="Nirmala UI" w:hAnsi="Nirmala UI" w:cs="Nirmala UI" w:eastAsia="Nirmala UI"/>
                <w:b w:val="0"/>
                <w:bCs/>
                <w:sz w:val="20"/>
                <w:szCs w:val="20"/>
              </w:rPr>
              <w:t>समापन</w:t>
            </w:r>
          </w:p>
        </w:tc>
        <w:tc>
          <w:tcPr>
            <w:tcW w:type="dxa" w:w="3969"/>
          </w:tcPr>
          <w:p>
            <w:r/>
            <w:r>
              <w:rPr>
                <w:rFonts w:ascii="Nirmala UI" w:hAnsi="Nirmala UI" w:cs="Nirmala UI" w:eastAsia="Nirmala UI"/>
                <w:b w:val="0"/>
                <w:bCs/>
                <w:sz w:val="20"/>
                <w:szCs w:val="20"/>
              </w:rPr>
              <w:t>सधन्यवाद / आपकी अति कृपा होगी।</w:t>
            </w:r>
          </w:p>
        </w:tc>
        <w:tc>
          <w:tcPr>
            <w:tcW w:type="dxa" w:w="3742"/>
          </w:tcPr>
          <w:p>
            <w:r/>
            <w:r>
              <w:rPr>
                <w:rFonts w:ascii="Nirmala UI" w:hAnsi="Nirmala UI" w:cs="Nirmala UI" w:eastAsia="Nirmala UI"/>
                <w:b w:val="0"/>
                <w:bCs/>
                <w:sz w:val="20"/>
                <w:szCs w:val="20"/>
              </w:rPr>
              <w:t>सधन्यवाद,</w:t>
            </w:r>
          </w:p>
        </w:tc>
      </w:tr>
      <w:tr>
        <w:tc>
          <w:tcPr>
            <w:tcW w:type="dxa" w:w="454"/>
          </w:tcPr>
          <w:p>
            <w:r/>
            <w:r>
              <w:rPr>
                <w:rFonts w:ascii="Nirmala UI" w:hAnsi="Nirmala UI" w:cs="Nirmala UI" w:eastAsia="Nirmala UI"/>
                <w:b w:val="0"/>
                <w:bCs/>
                <w:sz w:val="20"/>
                <w:szCs w:val="20"/>
              </w:rPr>
              <w:t>8</w:t>
            </w:r>
          </w:p>
        </w:tc>
        <w:tc>
          <w:tcPr>
            <w:tcW w:type="dxa" w:w="1474"/>
          </w:tcPr>
          <w:p>
            <w:r/>
            <w:r>
              <w:rPr>
                <w:rFonts w:ascii="Nirmala UI" w:hAnsi="Nirmala UI" w:cs="Nirmala UI" w:eastAsia="Nirmala UI"/>
                <w:b w:val="0"/>
                <w:bCs/>
                <w:sz w:val="20"/>
                <w:szCs w:val="20"/>
              </w:rPr>
              <w:t>अभिवादन शब्द</w:t>
            </w:r>
          </w:p>
        </w:tc>
        <w:tc>
          <w:tcPr>
            <w:tcW w:type="dxa" w:w="3969"/>
          </w:tcPr>
          <w:p>
            <w:r/>
            <w:r>
              <w:rPr>
                <w:rFonts w:ascii="Nirmala UI" w:hAnsi="Nirmala UI" w:cs="Nirmala UI" w:eastAsia="Nirmala UI"/>
                <w:b w:val="0"/>
                <w:bCs/>
                <w:sz w:val="20"/>
                <w:szCs w:val="20"/>
              </w:rPr>
              <w:t>आपका आज्ञाकारी शिष्य / प्रार्थी / भवदीय</w:t>
            </w:r>
          </w:p>
        </w:tc>
        <w:tc>
          <w:tcPr>
            <w:tcW w:type="dxa" w:w="3742"/>
          </w:tcPr>
          <w:p>
            <w:r/>
            <w:r>
              <w:rPr>
                <w:rFonts w:ascii="Nirmala UI" w:hAnsi="Nirmala UI" w:cs="Nirmala UI" w:eastAsia="Nirmala UI"/>
                <w:b w:val="0"/>
                <w:bCs/>
                <w:sz w:val="20"/>
                <w:szCs w:val="20"/>
              </w:rPr>
              <w:t>आपकी आज्ञाकारिणी शिष्या</w:t>
            </w:r>
          </w:p>
        </w:tc>
      </w:tr>
      <w:tr>
        <w:tc>
          <w:tcPr>
            <w:tcW w:type="dxa" w:w="454"/>
          </w:tcPr>
          <w:p>
            <w:r/>
            <w:r>
              <w:rPr>
                <w:rFonts w:ascii="Nirmala UI" w:hAnsi="Nirmala UI" w:cs="Nirmala UI" w:eastAsia="Nirmala UI"/>
                <w:b w:val="0"/>
                <w:bCs/>
                <w:sz w:val="20"/>
                <w:szCs w:val="20"/>
              </w:rPr>
              <w:t>9</w:t>
            </w:r>
          </w:p>
        </w:tc>
        <w:tc>
          <w:tcPr>
            <w:tcW w:type="dxa" w:w="1474"/>
          </w:tcPr>
          <w:p>
            <w:r/>
            <w:r>
              <w:rPr>
                <w:rFonts w:ascii="Nirmala UI" w:hAnsi="Nirmala UI" w:cs="Nirmala UI" w:eastAsia="Nirmala UI"/>
                <w:b w:val="0"/>
                <w:bCs/>
                <w:sz w:val="20"/>
                <w:szCs w:val="20"/>
              </w:rPr>
              <w:t>नाम और विवरण</w:t>
            </w:r>
          </w:p>
        </w:tc>
        <w:tc>
          <w:tcPr>
            <w:tcW w:type="dxa" w:w="3969"/>
          </w:tcPr>
          <w:p>
            <w:r/>
            <w:r>
              <w:rPr>
                <w:rFonts w:ascii="Nirmala UI" w:hAnsi="Nirmala UI" w:cs="Nirmala UI" w:eastAsia="Nirmala UI"/>
                <w:b w:val="0"/>
                <w:bCs/>
                <w:sz w:val="20"/>
                <w:szCs w:val="20"/>
              </w:rPr>
              <w:t>हस्ताक्षर, नाम, कक्षा, पता या मोबाइल नंबर।</w:t>
            </w:r>
          </w:p>
        </w:tc>
        <w:tc>
          <w:tcPr>
            <w:tcW w:type="dxa" w:w="3742"/>
          </w:tcPr>
          <w:p>
            <w:r/>
            <w:r>
              <w:rPr>
                <w:rFonts w:ascii="Nirmala UI" w:hAnsi="Nirmala UI" w:cs="Nirmala UI" w:eastAsia="Nirmala UI"/>
                <w:b w:val="0"/>
                <w:bCs/>
                <w:sz w:val="20"/>
                <w:szCs w:val="20"/>
              </w:rPr>
              <w:t>रिया शर्मा, कक्षा आठवीं-ब</w:t>
            </w:r>
          </w:p>
        </w:tc>
      </w:tr>
    </w:tbl>
    <w:p>
      <w:pPr>
        <w:spacing w:after="40"/>
      </w:pPr>
    </w:p>
    <w:p>
      <w:pPr>
        <w:spacing w:after="80"/>
      </w:pPr>
      <w:r>
        <w:rPr>
          <w:rFonts w:ascii="Nirmala UI" w:hAnsi="Nirmala UI" w:cs="Nirmala UI" w:eastAsia="Nirmala UI"/>
          <w:b/>
          <w:bCs/>
          <w:color w:val="2563EB"/>
          <w:sz w:val="26"/>
          <w:szCs w:val="26"/>
        </w:rPr>
        <w:t>समापन शब्द कब लिखें</w:t>
      </w:r>
    </w:p>
    <w:tbl>
      <w:tblPr>
        <w:tblStyle w:val="TableGrid"/>
        <w:tblW w:type="auto" w:w="0"/>
        <w:tblLook w:firstColumn="1" w:firstRow="1" w:lastColumn="0" w:lastRow="0" w:noHBand="0" w:noVBand="1" w:val="04A0"/>
      </w:tblPr>
      <w:tblGrid>
        <w:gridCol w:w="3213"/>
        <w:gridCol w:w="3213"/>
        <w:gridCol w:w="3213"/>
      </w:tblGrid>
      <w:tr>
        <w:tc>
          <w:tcPr>
            <w:tcW w:type="dxa" w:w="3402"/>
            <w:shd w:val="clear" w:color="auto" w:fill="2563EB"/>
          </w:tcPr>
          <w:p>
            <w:r/>
            <w:r>
              <w:rPr>
                <w:b/>
                <w:color w:val="FFFFFF"/>
                <w:sz w:val="20"/>
              </w:rPr>
              <w:t>कौन लिख रहा है</w:t>
            </w:r>
          </w:p>
        </w:tc>
        <w:tc>
          <w:tcPr>
            <w:tcW w:type="dxa" w:w="2948"/>
            <w:shd w:val="clear" w:color="auto" w:fill="2563EB"/>
          </w:tcPr>
          <w:p>
            <w:r/>
            <w:r>
              <w:rPr>
                <w:b/>
                <w:color w:val="FFFFFF"/>
                <w:sz w:val="20"/>
              </w:rPr>
              <w:t>पुरुष / लड़का</w:t>
            </w:r>
          </w:p>
        </w:tc>
        <w:tc>
          <w:tcPr>
            <w:tcW w:type="dxa" w:w="3288"/>
            <w:shd w:val="clear" w:color="auto" w:fill="2563EB"/>
          </w:tcPr>
          <w:p>
            <w:r/>
            <w:r>
              <w:rPr>
                <w:b/>
                <w:color w:val="FFFFFF"/>
                <w:sz w:val="20"/>
              </w:rPr>
              <w:t>महिला / लड़की</w:t>
            </w:r>
          </w:p>
        </w:tc>
      </w:tr>
      <w:tr>
        <w:tc>
          <w:tcPr>
            <w:tcW w:type="dxa" w:w="3402"/>
          </w:tcPr>
          <w:p>
            <w:r/>
            <w:r>
              <w:rPr>
                <w:rFonts w:ascii="Nirmala UI" w:hAnsi="Nirmala UI" w:cs="Nirmala UI" w:eastAsia="Nirmala UI"/>
                <w:b w:val="0"/>
                <w:bCs/>
                <w:sz w:val="20"/>
                <w:szCs w:val="20"/>
              </w:rPr>
              <w:t>विद्यार्थी, प्रधानाचार्य या शिक्षक को</w:t>
            </w:r>
          </w:p>
        </w:tc>
        <w:tc>
          <w:tcPr>
            <w:tcW w:type="dxa" w:w="2948"/>
          </w:tcPr>
          <w:p>
            <w:r/>
            <w:r>
              <w:rPr>
                <w:rFonts w:ascii="Nirmala UI" w:hAnsi="Nirmala UI" w:cs="Nirmala UI" w:eastAsia="Nirmala UI"/>
                <w:b w:val="0"/>
                <w:bCs/>
                <w:sz w:val="20"/>
                <w:szCs w:val="20"/>
              </w:rPr>
              <w:t>आपका आज्ञाकारी शिष्य</w:t>
            </w:r>
          </w:p>
        </w:tc>
        <w:tc>
          <w:tcPr>
            <w:tcW w:type="dxa" w:w="3288"/>
          </w:tcPr>
          <w:p>
            <w:r/>
            <w:r>
              <w:rPr>
                <w:rFonts w:ascii="Nirmala UI" w:hAnsi="Nirmala UI" w:cs="Nirmala UI" w:eastAsia="Nirmala UI"/>
                <w:b w:val="0"/>
                <w:bCs/>
                <w:sz w:val="20"/>
                <w:szCs w:val="20"/>
              </w:rPr>
              <w:t>आपकी आज्ञाकारिणी शिष्या</w:t>
            </w:r>
          </w:p>
        </w:tc>
      </w:tr>
      <w:tr>
        <w:tc>
          <w:tcPr>
            <w:tcW w:type="dxa" w:w="3402"/>
          </w:tcPr>
          <w:p>
            <w:r/>
            <w:r>
              <w:rPr>
                <w:rFonts w:ascii="Nirmala UI" w:hAnsi="Nirmala UI" w:cs="Nirmala UI" w:eastAsia="Nirmala UI"/>
                <w:b w:val="0"/>
                <w:bCs/>
                <w:sz w:val="20"/>
                <w:szCs w:val="20"/>
              </w:rPr>
              <w:t>कोई अनुरोध या शिकायत करने वाला</w:t>
            </w:r>
          </w:p>
        </w:tc>
        <w:tc>
          <w:tcPr>
            <w:tcW w:type="dxa" w:w="2948"/>
          </w:tcPr>
          <w:p>
            <w:r/>
            <w:r>
              <w:rPr>
                <w:rFonts w:ascii="Nirmala UI" w:hAnsi="Nirmala UI" w:cs="Nirmala UI" w:eastAsia="Nirmala UI"/>
                <w:b w:val="0"/>
                <w:bCs/>
                <w:sz w:val="20"/>
                <w:szCs w:val="20"/>
              </w:rPr>
              <w:t>प्रार्थी</w:t>
            </w:r>
          </w:p>
        </w:tc>
        <w:tc>
          <w:tcPr>
            <w:tcW w:type="dxa" w:w="3288"/>
          </w:tcPr>
          <w:p>
            <w:r/>
            <w:r>
              <w:rPr>
                <w:rFonts w:ascii="Nirmala UI" w:hAnsi="Nirmala UI" w:cs="Nirmala UI" w:eastAsia="Nirmala UI"/>
                <w:b w:val="0"/>
                <w:bCs/>
                <w:sz w:val="20"/>
                <w:szCs w:val="20"/>
              </w:rPr>
              <w:t>प्रार्थिनी</w:t>
            </w:r>
          </w:p>
        </w:tc>
      </w:tr>
      <w:tr>
        <w:tc>
          <w:tcPr>
            <w:tcW w:type="dxa" w:w="3402"/>
          </w:tcPr>
          <w:p>
            <w:r/>
            <w:r>
              <w:rPr>
                <w:rFonts w:ascii="Nirmala UI" w:hAnsi="Nirmala UI" w:cs="Nirmala UI" w:eastAsia="Nirmala UI"/>
                <w:b w:val="0"/>
                <w:bCs/>
                <w:sz w:val="20"/>
                <w:szCs w:val="20"/>
              </w:rPr>
              <w:t>सामान्य औपचारिक पत्र</w:t>
            </w:r>
          </w:p>
        </w:tc>
        <w:tc>
          <w:tcPr>
            <w:tcW w:type="dxa" w:w="2948"/>
          </w:tcPr>
          <w:p>
            <w:r/>
            <w:r>
              <w:rPr>
                <w:rFonts w:ascii="Nirmala UI" w:hAnsi="Nirmala UI" w:cs="Nirmala UI" w:eastAsia="Nirmala UI"/>
                <w:b w:val="0"/>
                <w:bCs/>
                <w:sz w:val="20"/>
                <w:szCs w:val="20"/>
              </w:rPr>
              <w:t>भवदीय</w:t>
            </w:r>
          </w:p>
        </w:tc>
        <w:tc>
          <w:tcPr>
            <w:tcW w:type="dxa" w:w="3288"/>
          </w:tcPr>
          <w:p>
            <w:r/>
            <w:r>
              <w:rPr>
                <w:rFonts w:ascii="Nirmala UI" w:hAnsi="Nirmala UI" w:cs="Nirmala UI" w:eastAsia="Nirmala UI"/>
                <w:b w:val="0"/>
                <w:bCs/>
                <w:sz w:val="20"/>
                <w:szCs w:val="20"/>
              </w:rPr>
              <w:t>भवदीया</w:t>
            </w:r>
          </w:p>
        </w:tc>
      </w:tr>
    </w:tbl>
    <w:p>
      <w:pPr>
        <w:spacing w:after="40"/>
      </w:pPr>
    </w:p>
    <w:p>
      <w:pPr>
        <w:spacing w:after="80"/>
      </w:pPr>
    </w:p>
    <w:p>
      <w:pPr>
        <w:spacing w:after="80"/>
      </w:pPr>
      <w:r>
        <w:rPr>
          <w:rFonts w:ascii="Nirmala UI" w:hAnsi="Nirmala UI" w:cs="Nirmala UI" w:eastAsia="Nirmala UI"/>
          <w:b/>
          <w:bCs/>
          <w:color w:val="2563EB"/>
          <w:sz w:val="26"/>
          <w:szCs w:val="26"/>
        </w:rPr>
        <w:t>इस फ़ाइल में</w:t>
      </w:r>
    </w:p>
    <w:tbl>
      <w:tblPr>
        <w:tblStyle w:val="TableGrid"/>
        <w:tblW w:type="auto" w:w="0"/>
        <w:tblLook w:firstColumn="1" w:firstRow="1" w:lastColumn="0" w:lastRow="0" w:noHBand="0" w:noVBand="1" w:val="04A0"/>
      </w:tblPr>
      <w:tblGrid>
        <w:gridCol w:w="4819"/>
        <w:gridCol w:w="4819"/>
      </w:tblGrid>
      <w:tr>
        <w:tc>
          <w:tcPr>
            <w:tcW w:type="dxa" w:w="680"/>
          </w:tcPr>
          <w:p>
            <w:r>
              <w:rPr>
                <w:sz w:val="20"/>
              </w:rPr>
              <w:t>1</w:t>
            </w:r>
          </w:p>
        </w:tc>
        <w:tc>
          <w:tcPr>
            <w:tcW w:type="dxa" w:w="8787"/>
          </w:tcPr>
          <w:p>
            <w:r/>
            <w:r>
              <w:rPr>
                <w:rFonts w:ascii="Nirmala UI" w:hAnsi="Nirmala UI" w:cs="Nirmala UI" w:eastAsia="Nirmala UI"/>
                <w:b w:val="0"/>
                <w:bCs/>
                <w:sz w:val="20"/>
                <w:szCs w:val="20"/>
              </w:rPr>
              <w:t>बीमारी के कारण छुट्टी हेतु प्रार्थना पत्र</w:t>
            </w:r>
          </w:p>
        </w:tc>
      </w:tr>
      <w:tr>
        <w:tc>
          <w:tcPr>
            <w:tcW w:type="dxa" w:w="680"/>
          </w:tcPr>
          <w:p>
            <w:r>
              <w:rPr>
                <w:sz w:val="20"/>
              </w:rPr>
              <w:t>2</w:t>
            </w:r>
          </w:p>
        </w:tc>
        <w:tc>
          <w:tcPr>
            <w:tcW w:type="dxa" w:w="8787"/>
          </w:tcPr>
          <w:p>
            <w:r/>
            <w:r>
              <w:rPr>
                <w:rFonts w:ascii="Nirmala UI" w:hAnsi="Nirmala UI" w:cs="Nirmala UI" w:eastAsia="Nirmala UI"/>
                <w:b w:val="0"/>
                <w:bCs/>
                <w:sz w:val="20"/>
                <w:szCs w:val="20"/>
              </w:rPr>
              <w:t>अभिभावक द्वारा बच्चे की छुट्टी हेतु प्रार्थना पत्र</w:t>
            </w:r>
          </w:p>
        </w:tc>
      </w:tr>
      <w:tr>
        <w:tc>
          <w:tcPr>
            <w:tcW w:type="dxa" w:w="680"/>
          </w:tcPr>
          <w:p>
            <w:r>
              <w:rPr>
                <w:sz w:val="20"/>
              </w:rPr>
              <w:t>3</w:t>
            </w:r>
          </w:p>
        </w:tc>
        <w:tc>
          <w:tcPr>
            <w:tcW w:type="dxa" w:w="8787"/>
          </w:tcPr>
          <w:p>
            <w:r/>
            <w:r>
              <w:rPr>
                <w:rFonts w:ascii="Nirmala UI" w:hAnsi="Nirmala UI" w:cs="Nirmala UI" w:eastAsia="Nirmala UI"/>
                <w:b w:val="0"/>
                <w:bCs/>
                <w:sz w:val="20"/>
                <w:szCs w:val="20"/>
              </w:rPr>
              <w:t>पारिवारिक समारोह हेतु छुट्टी का प्रार्थना पत्र</w:t>
            </w:r>
          </w:p>
        </w:tc>
      </w:tr>
      <w:tr>
        <w:tc>
          <w:tcPr>
            <w:tcW w:type="dxa" w:w="680"/>
          </w:tcPr>
          <w:p>
            <w:r>
              <w:rPr>
                <w:sz w:val="20"/>
              </w:rPr>
              <w:t>4</w:t>
            </w:r>
          </w:p>
        </w:tc>
        <w:tc>
          <w:tcPr>
            <w:tcW w:type="dxa" w:w="8787"/>
          </w:tcPr>
          <w:p>
            <w:r/>
            <w:r>
              <w:rPr>
                <w:rFonts w:ascii="Nirmala UI" w:hAnsi="Nirmala UI" w:cs="Nirmala UI" w:eastAsia="Nirmala UI"/>
                <w:b w:val="0"/>
                <w:bCs/>
                <w:sz w:val="20"/>
                <w:szCs w:val="20"/>
              </w:rPr>
              <w:t>शुल्क माफी हेतु प्रार्थना पत्र</w:t>
            </w:r>
          </w:p>
        </w:tc>
      </w:tr>
      <w:tr>
        <w:tc>
          <w:tcPr>
            <w:tcW w:type="dxa" w:w="680"/>
          </w:tcPr>
          <w:p>
            <w:r>
              <w:rPr>
                <w:sz w:val="20"/>
              </w:rPr>
              <w:t>5</w:t>
            </w:r>
          </w:p>
        </w:tc>
        <w:tc>
          <w:tcPr>
            <w:tcW w:type="dxa" w:w="8787"/>
          </w:tcPr>
          <w:p>
            <w:r/>
            <w:r>
              <w:rPr>
                <w:rFonts w:ascii="Nirmala UI" w:hAnsi="Nirmala UI" w:cs="Nirmala UI" w:eastAsia="Nirmala UI"/>
                <w:b w:val="0"/>
                <w:bCs/>
                <w:sz w:val="20"/>
                <w:szCs w:val="20"/>
              </w:rPr>
              <w:t>स्थानांतरण प्रमाण पत्र (टी.सी.) हेतु प्रार्थना पत्र</w:t>
            </w:r>
          </w:p>
        </w:tc>
      </w:tr>
      <w:tr>
        <w:tc>
          <w:tcPr>
            <w:tcW w:type="dxa" w:w="680"/>
          </w:tcPr>
          <w:p>
            <w:r>
              <w:rPr>
                <w:sz w:val="20"/>
              </w:rPr>
              <w:t>6</w:t>
            </w:r>
          </w:p>
        </w:tc>
        <w:tc>
          <w:tcPr>
            <w:tcW w:type="dxa" w:w="8787"/>
          </w:tcPr>
          <w:p>
            <w:r/>
            <w:r>
              <w:rPr>
                <w:rFonts w:ascii="Nirmala UI" w:hAnsi="Nirmala UI" w:cs="Nirmala UI" w:eastAsia="Nirmala UI"/>
                <w:b w:val="0"/>
                <w:bCs/>
                <w:sz w:val="20"/>
                <w:szCs w:val="20"/>
              </w:rPr>
              <w:t>विद्यालय से चरित्र प्रमाण पत्र हेतु प्रार्थना पत्र</w:t>
            </w:r>
          </w:p>
        </w:tc>
      </w:tr>
      <w:tr>
        <w:tc>
          <w:tcPr>
            <w:tcW w:type="dxa" w:w="680"/>
          </w:tcPr>
          <w:p>
            <w:r>
              <w:rPr>
                <w:sz w:val="20"/>
              </w:rPr>
              <w:t>7</w:t>
            </w:r>
          </w:p>
        </w:tc>
        <w:tc>
          <w:tcPr>
            <w:tcW w:type="dxa" w:w="8787"/>
          </w:tcPr>
          <w:p>
            <w:r/>
            <w:r>
              <w:rPr>
                <w:rFonts w:ascii="Nirmala UI" w:hAnsi="Nirmala UI" w:cs="Nirmala UI" w:eastAsia="Nirmala UI"/>
                <w:b w:val="0"/>
                <w:bCs/>
                <w:sz w:val="20"/>
                <w:szCs w:val="20"/>
              </w:rPr>
              <w:t>डुप्लीकेट पहचान पत्र / अंक तालिका हेतु प्रार्थना पत्र</w:t>
            </w:r>
          </w:p>
        </w:tc>
      </w:tr>
      <w:tr>
        <w:tc>
          <w:tcPr>
            <w:tcW w:type="dxa" w:w="680"/>
          </w:tcPr>
          <w:p>
            <w:r>
              <w:rPr>
                <w:sz w:val="20"/>
              </w:rPr>
              <w:t>8</w:t>
            </w:r>
          </w:p>
        </w:tc>
        <w:tc>
          <w:tcPr>
            <w:tcW w:type="dxa" w:w="8787"/>
          </w:tcPr>
          <w:p>
            <w:r/>
            <w:r>
              <w:rPr>
                <w:rFonts w:ascii="Nirmala UI" w:hAnsi="Nirmala UI" w:cs="Nirmala UI" w:eastAsia="Nirmala UI"/>
                <w:b w:val="0"/>
                <w:bCs/>
                <w:sz w:val="20"/>
                <w:szCs w:val="20"/>
              </w:rPr>
              <w:t>कार्यालय में अवकाश हेतु आवेदन</w:t>
            </w:r>
          </w:p>
        </w:tc>
      </w:tr>
      <w:tr>
        <w:tc>
          <w:tcPr>
            <w:tcW w:type="dxa" w:w="680"/>
          </w:tcPr>
          <w:p>
            <w:r>
              <w:rPr>
                <w:sz w:val="20"/>
              </w:rPr>
              <w:t>9</w:t>
            </w:r>
          </w:p>
        </w:tc>
        <w:tc>
          <w:tcPr>
            <w:tcW w:type="dxa" w:w="8787"/>
          </w:tcPr>
          <w:p>
            <w:r/>
            <w:r>
              <w:rPr>
                <w:rFonts w:ascii="Nirmala UI" w:hAnsi="Nirmala UI" w:cs="Nirmala UI" w:eastAsia="Nirmala UI"/>
                <w:b w:val="0"/>
                <w:bCs/>
                <w:sz w:val="20"/>
                <w:szCs w:val="20"/>
              </w:rPr>
              <w:t>त्यागपत्र</w:t>
            </w:r>
          </w:p>
        </w:tc>
      </w:tr>
      <w:tr>
        <w:tc>
          <w:tcPr>
            <w:tcW w:type="dxa" w:w="680"/>
          </w:tcPr>
          <w:p>
            <w:r>
              <w:rPr>
                <w:sz w:val="20"/>
              </w:rPr>
              <w:t>10</w:t>
            </w:r>
          </w:p>
        </w:tc>
        <w:tc>
          <w:tcPr>
            <w:tcW w:type="dxa" w:w="8787"/>
          </w:tcPr>
          <w:p>
            <w:r/>
            <w:r>
              <w:rPr>
                <w:rFonts w:ascii="Nirmala UI" w:hAnsi="Nirmala UI" w:cs="Nirmala UI" w:eastAsia="Nirmala UI"/>
                <w:b w:val="0"/>
                <w:bCs/>
                <w:sz w:val="20"/>
                <w:szCs w:val="20"/>
              </w:rPr>
              <w:t>बैंक खाता बंद करने हेतु आवेदन</w:t>
            </w:r>
          </w:p>
        </w:tc>
      </w:tr>
      <w:tr>
        <w:tc>
          <w:tcPr>
            <w:tcW w:type="dxa" w:w="680"/>
          </w:tcPr>
          <w:p>
            <w:r>
              <w:rPr>
                <w:sz w:val="20"/>
              </w:rPr>
              <w:t>11</w:t>
            </w:r>
          </w:p>
        </w:tc>
        <w:tc>
          <w:tcPr>
            <w:tcW w:type="dxa" w:w="8787"/>
          </w:tcPr>
          <w:p>
            <w:r/>
            <w:r>
              <w:rPr>
                <w:rFonts w:ascii="Nirmala UI" w:hAnsi="Nirmala UI" w:cs="Nirmala UI" w:eastAsia="Nirmala UI"/>
                <w:b w:val="0"/>
                <w:bCs/>
                <w:sz w:val="20"/>
                <w:szCs w:val="20"/>
              </w:rPr>
              <w:t>बैंक खाते में पता बदलने हेतु आवेदन</w:t>
            </w:r>
          </w:p>
        </w:tc>
      </w:tr>
      <w:tr>
        <w:tc>
          <w:tcPr>
            <w:tcW w:type="dxa" w:w="680"/>
          </w:tcPr>
          <w:p>
            <w:r>
              <w:rPr>
                <w:sz w:val="20"/>
              </w:rPr>
              <w:t>12</w:t>
            </w:r>
          </w:p>
        </w:tc>
        <w:tc>
          <w:tcPr>
            <w:tcW w:type="dxa" w:w="8787"/>
          </w:tcPr>
          <w:p>
            <w:r/>
            <w:r>
              <w:rPr>
                <w:rFonts w:ascii="Nirmala UI" w:hAnsi="Nirmala UI" w:cs="Nirmala UI" w:eastAsia="Nirmala UI"/>
                <w:b w:val="0"/>
                <w:bCs/>
                <w:sz w:val="20"/>
                <w:szCs w:val="20"/>
              </w:rPr>
              <w:t>नई चेक बुक हेतु आवेदन</w:t>
            </w:r>
          </w:p>
        </w:tc>
      </w:tr>
      <w:tr>
        <w:tc>
          <w:tcPr>
            <w:tcW w:type="dxa" w:w="680"/>
          </w:tcPr>
          <w:p>
            <w:r>
              <w:rPr>
                <w:sz w:val="20"/>
              </w:rPr>
              <w:t>13</w:t>
            </w:r>
          </w:p>
        </w:tc>
        <w:tc>
          <w:tcPr>
            <w:tcW w:type="dxa" w:w="8787"/>
          </w:tcPr>
          <w:p>
            <w:r/>
            <w:r>
              <w:rPr>
                <w:rFonts w:ascii="Nirmala UI" w:hAnsi="Nirmala UI" w:cs="Nirmala UI" w:eastAsia="Nirmala UI"/>
                <w:b w:val="0"/>
                <w:bCs/>
                <w:sz w:val="20"/>
                <w:szCs w:val="20"/>
              </w:rPr>
              <w:t>खोया हुआ एटीएम / डेबिट कार्ड ब्लॉक करने हेतु आवेदन</w:t>
            </w:r>
          </w:p>
        </w:tc>
      </w:tr>
      <w:tr>
        <w:tc>
          <w:tcPr>
            <w:tcW w:type="dxa" w:w="680"/>
          </w:tcPr>
          <w:p>
            <w:r>
              <w:rPr>
                <w:sz w:val="20"/>
              </w:rPr>
              <w:t>14</w:t>
            </w:r>
          </w:p>
        </w:tc>
        <w:tc>
          <w:tcPr>
            <w:tcW w:type="dxa" w:w="8787"/>
          </w:tcPr>
          <w:p>
            <w:r/>
            <w:r>
              <w:rPr>
                <w:rFonts w:ascii="Nirmala UI" w:hAnsi="Nirmala UI" w:cs="Nirmala UI" w:eastAsia="Nirmala UI"/>
                <w:b w:val="0"/>
                <w:bCs/>
                <w:sz w:val="20"/>
                <w:szCs w:val="20"/>
              </w:rPr>
              <w:t>कूड़ा न उठने और नालियाँ जाम होने की शिकायत</w:t>
            </w:r>
          </w:p>
        </w:tc>
      </w:tr>
      <w:tr>
        <w:tc>
          <w:tcPr>
            <w:tcW w:type="dxa" w:w="680"/>
          </w:tcPr>
          <w:p>
            <w:r>
              <w:rPr>
                <w:sz w:val="20"/>
              </w:rPr>
              <w:t>15</w:t>
            </w:r>
          </w:p>
        </w:tc>
        <w:tc>
          <w:tcPr>
            <w:tcW w:type="dxa" w:w="8787"/>
          </w:tcPr>
          <w:p>
            <w:r/>
            <w:r>
              <w:rPr>
                <w:rFonts w:ascii="Nirmala UI" w:hAnsi="Nirmala UI" w:cs="Nirmala UI" w:eastAsia="Nirmala UI"/>
                <w:b w:val="0"/>
                <w:bCs/>
                <w:sz w:val="20"/>
                <w:szCs w:val="20"/>
              </w:rPr>
              <w:t>जल आपूर्ति की शिकायत</w:t>
            </w:r>
          </w:p>
        </w:tc>
      </w:tr>
      <w:tr>
        <w:tc>
          <w:tcPr>
            <w:tcW w:type="dxa" w:w="680"/>
          </w:tcPr>
          <w:p>
            <w:r>
              <w:rPr>
                <w:sz w:val="20"/>
              </w:rPr>
              <w:t>16</w:t>
            </w:r>
          </w:p>
        </w:tc>
        <w:tc>
          <w:tcPr>
            <w:tcW w:type="dxa" w:w="8787"/>
          </w:tcPr>
          <w:p>
            <w:r/>
            <w:r>
              <w:rPr>
                <w:rFonts w:ascii="Nirmala UI" w:hAnsi="Nirmala UI" w:cs="Nirmala UI" w:eastAsia="Nirmala UI"/>
                <w:b w:val="0"/>
                <w:bCs/>
                <w:sz w:val="20"/>
                <w:szCs w:val="20"/>
              </w:rPr>
              <w:t>बिजली की शिकायत (कटौती, बिल, मीटर)</w:t>
            </w:r>
          </w:p>
        </w:tc>
      </w:tr>
      <w:tr>
        <w:tc>
          <w:tcPr>
            <w:tcW w:type="dxa" w:w="680"/>
          </w:tcPr>
          <w:p>
            <w:r>
              <w:rPr>
                <w:sz w:val="20"/>
              </w:rPr>
              <w:t>17</w:t>
            </w:r>
          </w:p>
        </w:tc>
        <w:tc>
          <w:tcPr>
            <w:tcW w:type="dxa" w:w="8787"/>
          </w:tcPr>
          <w:p>
            <w:r/>
            <w:r>
              <w:rPr>
                <w:rFonts w:ascii="Nirmala UI" w:hAnsi="Nirmala UI" w:cs="Nirmala UI" w:eastAsia="Nirmala UI"/>
                <w:b w:val="0"/>
                <w:bCs/>
                <w:sz w:val="20"/>
                <w:szCs w:val="20"/>
              </w:rPr>
              <w:t>चोरी की शिकायत (एफआईआर हेतु प्रार्थना पत्र)</w:t>
            </w:r>
          </w:p>
        </w:tc>
      </w:tr>
      <w:tr>
        <w:tc>
          <w:tcPr>
            <w:tcW w:type="dxa" w:w="680"/>
          </w:tcPr>
          <w:p>
            <w:r>
              <w:rPr>
                <w:sz w:val="20"/>
              </w:rPr>
              <w:t>18</w:t>
            </w:r>
          </w:p>
        </w:tc>
        <w:tc>
          <w:tcPr>
            <w:tcW w:type="dxa" w:w="8787"/>
          </w:tcPr>
          <w:p>
            <w:r/>
            <w:r>
              <w:rPr>
                <w:rFonts w:ascii="Nirmala UI" w:hAnsi="Nirmala UI" w:cs="Nirmala UI" w:eastAsia="Nirmala UI"/>
                <w:b w:val="0"/>
                <w:bCs/>
                <w:sz w:val="20"/>
                <w:szCs w:val="20"/>
              </w:rPr>
              <w:t>दस्तावेज / मोबाइल गुम होने की सूचना (पुलिस)</w:t>
            </w:r>
          </w:p>
        </w:tc>
      </w:tr>
      <w:tr>
        <w:tc>
          <w:tcPr>
            <w:tcW w:type="dxa" w:w="680"/>
          </w:tcPr>
          <w:p>
            <w:r>
              <w:rPr>
                <w:sz w:val="20"/>
              </w:rPr>
              <w:t>19</w:t>
            </w:r>
          </w:p>
        </w:tc>
        <w:tc>
          <w:tcPr>
            <w:tcW w:type="dxa" w:w="8787"/>
          </w:tcPr>
          <w:p>
            <w:r/>
            <w:r>
              <w:rPr>
                <w:rFonts w:ascii="Nirmala UI" w:hAnsi="Nirmala UI" w:cs="Nirmala UI" w:eastAsia="Nirmala UI"/>
                <w:b w:val="0"/>
                <w:bCs/>
                <w:sz w:val="20"/>
                <w:szCs w:val="20"/>
              </w:rPr>
              <w:t>चरित्र प्रमाण पत्र हेतु आवेदन (सरपंच / पार्षद)</w:t>
            </w:r>
          </w:p>
        </w:tc>
      </w:tr>
      <w:tr>
        <w:tc>
          <w:tcPr>
            <w:tcW w:type="dxa" w:w="680"/>
          </w:tcPr>
          <w:p>
            <w:r>
              <w:rPr>
                <w:sz w:val="20"/>
              </w:rPr>
              <w:t>20</w:t>
            </w:r>
          </w:p>
        </w:tc>
        <w:tc>
          <w:tcPr>
            <w:tcW w:type="dxa" w:w="8787"/>
          </w:tcPr>
          <w:p>
            <w:r/>
            <w:r>
              <w:rPr>
                <w:rFonts w:ascii="Nirmala UI" w:hAnsi="Nirmala UI" w:cs="Nirmala UI" w:eastAsia="Nirmala UI"/>
                <w:b w:val="0"/>
                <w:bCs/>
                <w:sz w:val="20"/>
                <w:szCs w:val="20"/>
              </w:rPr>
              <w:t>प्राधिकार पत्र (किसी को अधिकृत करना)</w:t>
            </w:r>
          </w:p>
        </w:tc>
      </w:tr>
    </w:tbl>
    <w:p>
      <w:pPr>
        <w:spacing w:after="80"/>
      </w:pPr>
    </w:p>
    <w:p>
      <w:r>
        <w:br w:type="page"/>
      </w:r>
    </w:p>
    <w:p>
      <w:pPr>
        <w:spacing w:after="40"/>
      </w:pPr>
      <w:r>
        <w:rPr>
          <w:rFonts w:ascii="Nirmala UI" w:hAnsi="Nirmala UI" w:cs="Nirmala UI" w:eastAsia="Nirmala UI"/>
          <w:b/>
          <w:bCs/>
          <w:color w:val="2563EB"/>
          <w:sz w:val="28"/>
          <w:szCs w:val="28"/>
        </w:rPr>
        <w:t>1. बीमारी के कारण छुट्टी हेतु प्रार्थना पत्र</w:t>
      </w:r>
    </w:p>
    <w:p>
      <w:pPr>
        <w:spacing w:after="200"/>
      </w:pPr>
      <w:r>
        <w:rPr>
          <w:rFonts w:ascii="Nirmala UI" w:hAnsi="Nirmala UI" w:cs="Nirmala UI" w:eastAsia="Nirmala UI"/>
          <w:b w:val="0"/>
          <w:bCs/>
          <w:color w:val="55607A"/>
          <w:sz w:val="18"/>
          <w:szCs w:val="18"/>
        </w:rPr>
        <w:t>भरें: कक्षा, अनुक्रमांक, आरंभ तिथि, अंतिम तिथि, बीमारी का नाम</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प्रधानाचार्य महोदय/महोदया</w:t>
      </w:r>
      <w:r>
        <w:br/>
      </w:r>
      <w:r>
        <w:rPr>
          <w:rFonts w:ascii="Nirmala UI" w:hAnsi="Nirmala UI" w:cs="Nirmala UI" w:eastAsia="Nirmala UI"/>
          <w:b w:val="0"/>
          <w:bCs/>
          <w:highlight w:val="yellow"/>
        </w:rPr>
        <w:t>[विद्यालय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[आरंभ तिथि]</w:t>
      </w:r>
      <w:r>
        <w:rPr>
          <w:rFonts w:ascii="Nirmala UI" w:hAnsi="Nirmala UI" w:cs="Nirmala UI" w:eastAsia="Nirmala UI"/>
          <w:b/>
          <w:bCs/>
        </w:rPr>
        <w:t xml:space="preserve"> से </w:t>
      </w:r>
      <w:r>
        <w:rPr>
          <w:rFonts w:ascii="Nirmala UI" w:hAnsi="Nirmala UI" w:cs="Nirmala UI" w:eastAsia="Nirmala UI"/>
          <w:b/>
          <w:bCs/>
          <w:highlight w:val="yellow"/>
        </w:rPr>
        <w:t>[अंतिम तिथि]</w:t>
      </w:r>
      <w:r>
        <w:rPr>
          <w:rFonts w:ascii="Nirmala UI" w:hAnsi="Nirmala UI" w:cs="Nirmala UI" w:eastAsia="Nirmala UI"/>
          <w:b/>
          <w:bCs/>
        </w:rPr>
        <w:t xml:space="preserve"> तक बीमारी के कारण अवकाश हेतु प्रार्थना पत्र</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सविनय निवेदन है कि मैं आपके विद्यालय की कक्षा </w:t>
      </w:r>
      <w:r>
        <w:rPr>
          <w:rFonts w:ascii="Nirmala UI" w:hAnsi="Nirmala UI" w:cs="Nirmala UI" w:eastAsia="Nirmala UI"/>
          <w:b w:val="0"/>
          <w:bCs/>
          <w:highlight w:val="yellow"/>
        </w:rPr>
        <w:t>[कक्षा]</w:t>
      </w:r>
      <w:r>
        <w:rPr>
          <w:rFonts w:ascii="Nirmala UI" w:hAnsi="Nirmala UI" w:cs="Nirmala UI" w:eastAsia="Nirmala UI"/>
          <w:b w:val="0"/>
          <w:bCs/>
        </w:rPr>
        <w:t xml:space="preserve"> का छात्र/की छात्रा हूँ।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से मैं </w:t>
      </w:r>
      <w:r>
        <w:rPr>
          <w:rFonts w:ascii="Nirmala UI" w:hAnsi="Nirmala UI" w:cs="Nirmala UI" w:eastAsia="Nirmala UI"/>
          <w:b w:val="0"/>
          <w:bCs/>
          <w:highlight w:val="yellow"/>
        </w:rPr>
        <w:t>[बीमारी का नाम]</w:t>
      </w:r>
      <w:r>
        <w:rPr>
          <w:rFonts w:ascii="Nirmala UI" w:hAnsi="Nirmala UI" w:cs="Nirmala UI" w:eastAsia="Nirmala UI"/>
          <w:b w:val="0"/>
          <w:bCs/>
        </w:rPr>
        <w:t xml:space="preserve"> से पीड़ित हूँ और डॉक्टर ने मुझे पूर्ण आराम करने की सलाह दी है।</w:t>
      </w:r>
    </w:p>
    <w:p>
      <w:pPr>
        <w:spacing w:after="160"/>
      </w:pPr>
      <w:r>
        <w:rPr>
          <w:rFonts w:ascii="Nirmala UI" w:hAnsi="Nirmala UI" w:cs="Nirmala UI" w:eastAsia="Nirmala UI"/>
          <w:b w:val="0"/>
          <w:bCs/>
        </w:rPr>
        <w:t xml:space="preserve">अतः मैं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से </w:t>
      </w:r>
      <w:r>
        <w:rPr>
          <w:rFonts w:ascii="Nirmala UI" w:hAnsi="Nirmala UI" w:cs="Nirmala UI" w:eastAsia="Nirmala UI"/>
          <w:b w:val="0"/>
          <w:bCs/>
          <w:highlight w:val="yellow"/>
        </w:rPr>
        <w:t>[अंतिम तिथि]</w:t>
      </w:r>
      <w:r>
        <w:rPr>
          <w:rFonts w:ascii="Nirmala UI" w:hAnsi="Nirmala UI" w:cs="Nirmala UI" w:eastAsia="Nirmala UI"/>
          <w:b w:val="0"/>
          <w:bCs/>
        </w:rPr>
        <w:t xml:space="preserve"> तक (</w:t>
      </w:r>
      <w:r>
        <w:rPr>
          <w:rFonts w:ascii="Nirmala UI" w:hAnsi="Nirmala UI" w:cs="Nirmala UI" w:eastAsia="Nirmala UI"/>
          <w:b w:val="0"/>
          <w:bCs/>
          <w:highlight w:val="yellow"/>
        </w:rPr>
        <w:t>[दिनों की संख्या]</w:t>
      </w:r>
      <w:r>
        <w:rPr>
          <w:rFonts w:ascii="Nirmala UI" w:hAnsi="Nirmala UI" w:cs="Nirmala UI" w:eastAsia="Nirmala UI"/>
          <w:b w:val="0"/>
          <w:bCs/>
        </w:rPr>
        <w:t>) विद्यालय आने में असमर्थ हूँ। कृपया मुझे इस अवधि का अवकाश प्रदान करने की कृपा करें।</w:t>
      </w:r>
    </w:p>
    <w:p>
      <w:pPr>
        <w:spacing w:after="160"/>
      </w:pPr>
      <w:r>
        <w:rPr>
          <w:rFonts w:ascii="Nirmala UI" w:hAnsi="Nirmala UI" w:cs="Nirmala UI" w:eastAsia="Nirmala UI"/>
          <w:b w:val="0"/>
          <w:bCs/>
        </w:rPr>
        <w:t>डॉक्टर का चिकित्सा प्रमाण पत्र संलग्न है। छूटा हुआ सारा कक्षा-कार्य और गृहकार्य मैं पूरा कर लूँगा/लूँगी।</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आपका आज्ञाकारी शिष्य / आपकी आज्ञाकारिणी शिष्या</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rPr>
        <w:t xml:space="preserve">कक्षा: </w:t>
      </w:r>
      <w:r>
        <w:rPr>
          <w:rFonts w:ascii="Nirmala UI" w:hAnsi="Nirmala UI" w:cs="Nirmala UI" w:eastAsia="Nirmala UI"/>
          <w:b w:val="0"/>
          <w:bCs/>
          <w:highlight w:val="yellow"/>
        </w:rPr>
        <w:t>[ ]</w:t>
      </w:r>
      <w:r>
        <w:br/>
      </w:r>
      <w:r>
        <w:rPr>
          <w:rFonts w:ascii="Nirmala UI" w:hAnsi="Nirmala UI" w:cs="Nirmala UI" w:eastAsia="Nirmala UI"/>
          <w:b w:val="0"/>
          <w:bCs/>
        </w:rPr>
        <w:t xml:space="preserve">अनुक्रमांक: </w:t>
      </w:r>
      <w:r>
        <w:rPr>
          <w:rFonts w:ascii="Nirmala UI" w:hAnsi="Nirmala UI" w:cs="Nirmala UI" w:eastAsia="Nirmala UI"/>
          <w:b w:val="0"/>
          <w:bCs/>
          <w:highlight w:val="yellow"/>
        </w:rPr>
        <w:t>[ ]</w:t>
      </w:r>
    </w:p>
    <w:p>
      <w:pPr>
        <w:spacing w:after="80"/>
      </w:pPr>
      <w:r>
        <w:rPr>
          <w:rFonts w:ascii="Nirmala UI" w:hAnsi="Nirmala UI" w:cs="Nirmala UI" w:eastAsia="Nirmala UI"/>
          <w:b w:val="0"/>
          <w:bCs/>
          <w:sz w:val="19"/>
          <w:szCs w:val="19"/>
        </w:rPr>
        <w:t>संलग्न:</w:t>
      </w:r>
      <w:r>
        <w:br/>
      </w:r>
      <w:r>
        <w:rPr>
          <w:rFonts w:ascii="Nirmala UI" w:hAnsi="Nirmala UI" w:cs="Nirmala UI" w:eastAsia="Nirmala UI"/>
          <w:b w:val="0"/>
          <w:bCs/>
          <w:sz w:val="19"/>
          <w:szCs w:val="19"/>
        </w:rPr>
        <w:t>1. चिकित्सा प्रमाण पत्र</w:t>
      </w:r>
    </w:p>
    <w:p>
      <w:r>
        <w:br w:type="page"/>
      </w:r>
    </w:p>
    <w:p>
      <w:pPr>
        <w:spacing w:after="40"/>
      </w:pPr>
      <w:r>
        <w:rPr>
          <w:rFonts w:ascii="Nirmala UI" w:hAnsi="Nirmala UI" w:cs="Nirmala UI" w:eastAsia="Nirmala UI"/>
          <w:b/>
          <w:bCs/>
          <w:color w:val="2563EB"/>
          <w:sz w:val="28"/>
          <w:szCs w:val="28"/>
        </w:rPr>
        <w:t>2. अभिभावक द्वारा बच्चे की छुट्टी हेतु प्रार्थना पत्र</w:t>
      </w:r>
    </w:p>
    <w:p>
      <w:pPr>
        <w:spacing w:after="200"/>
      </w:pPr>
      <w:r>
        <w:rPr>
          <w:rFonts w:ascii="Nirmala UI" w:hAnsi="Nirmala UI" w:cs="Nirmala UI" w:eastAsia="Nirmala UI"/>
          <w:b w:val="0"/>
          <w:bCs/>
          <w:color w:val="55607A"/>
          <w:sz w:val="18"/>
          <w:szCs w:val="18"/>
        </w:rPr>
        <w:t>भरें: बच्चे का नाम, कक्षा, अनुक्रमांक, आरंभ तिथि, अंतिम तिथि, कारण</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प्रधानाचार्य महोदय/महोदया</w:t>
      </w:r>
      <w:r>
        <w:br/>
      </w:r>
      <w:r>
        <w:rPr>
          <w:rFonts w:ascii="Nirmala UI" w:hAnsi="Nirmala UI" w:cs="Nirmala UI" w:eastAsia="Nirmala UI"/>
          <w:b w:val="0"/>
          <w:bCs/>
          <w:highlight w:val="yellow"/>
        </w:rPr>
        <w:t>[विद्यालय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[बच्चे का नाम]</w:t>
      </w:r>
      <w:r>
        <w:rPr>
          <w:rFonts w:ascii="Nirmala UI" w:hAnsi="Nirmala UI" w:cs="Nirmala UI" w:eastAsia="Nirmala UI"/>
          <w:b/>
          <w:bCs/>
        </w:rPr>
        <w:t xml:space="preserve">, कक्षा </w:t>
      </w:r>
      <w:r>
        <w:rPr>
          <w:rFonts w:ascii="Nirmala UI" w:hAnsi="Nirmala UI" w:cs="Nirmala UI" w:eastAsia="Nirmala UI"/>
          <w:b/>
          <w:bCs/>
          <w:highlight w:val="yellow"/>
        </w:rPr>
        <w:t>[कक्षा]</w:t>
      </w:r>
      <w:r>
        <w:rPr>
          <w:rFonts w:ascii="Nirmala UI" w:hAnsi="Nirmala UI" w:cs="Nirmala UI" w:eastAsia="Nirmala UI"/>
          <w:b/>
          <w:bCs/>
        </w:rPr>
        <w:t xml:space="preserve"> के अवकाश हेतु प्रार्थना पत्र</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सविनय निवेदन है कि मेरा पुत्र/मेरी पुत्री </w:t>
      </w:r>
      <w:r>
        <w:rPr>
          <w:rFonts w:ascii="Nirmala UI" w:hAnsi="Nirmala UI" w:cs="Nirmala UI" w:eastAsia="Nirmala UI"/>
          <w:b w:val="0"/>
          <w:bCs/>
          <w:highlight w:val="yellow"/>
        </w:rPr>
        <w:t>[बच्चे का नाम]</w:t>
      </w:r>
      <w:r>
        <w:rPr>
          <w:rFonts w:ascii="Nirmala UI" w:hAnsi="Nirmala UI" w:cs="Nirmala UI" w:eastAsia="Nirmala UI"/>
          <w:b w:val="0"/>
          <w:bCs/>
        </w:rPr>
        <w:t xml:space="preserve">, जो आपके विद्यालय की कक्षा </w:t>
      </w:r>
      <w:r>
        <w:rPr>
          <w:rFonts w:ascii="Nirmala UI" w:hAnsi="Nirmala UI" w:cs="Nirmala UI" w:eastAsia="Nirmala UI"/>
          <w:b w:val="0"/>
          <w:bCs/>
          <w:highlight w:val="yellow"/>
        </w:rPr>
        <w:t>[कक्षा]</w:t>
      </w:r>
      <w:r>
        <w:rPr>
          <w:rFonts w:ascii="Nirmala UI" w:hAnsi="Nirmala UI" w:cs="Nirmala UI" w:eastAsia="Nirmala UI"/>
          <w:b w:val="0"/>
          <w:bCs/>
        </w:rPr>
        <w:t xml:space="preserve"> (अनुक्रमांक </w:t>
      </w:r>
      <w:r>
        <w:rPr>
          <w:rFonts w:ascii="Nirmala UI" w:hAnsi="Nirmala UI" w:cs="Nirmala UI" w:eastAsia="Nirmala UI"/>
          <w:b w:val="0"/>
          <w:bCs/>
          <w:highlight w:val="yellow"/>
        </w:rPr>
        <w:t>[अनुक्रमांक]</w:t>
      </w:r>
      <w:r>
        <w:rPr>
          <w:rFonts w:ascii="Nirmala UI" w:hAnsi="Nirmala UI" w:cs="Nirmala UI" w:eastAsia="Nirmala UI"/>
          <w:b w:val="0"/>
          <w:bCs/>
        </w:rPr>
        <w:t xml:space="preserve">) का छात्र/की छात्रा है, </w:t>
      </w:r>
      <w:r>
        <w:rPr>
          <w:rFonts w:ascii="Nirmala UI" w:hAnsi="Nirmala UI" w:cs="Nirmala UI" w:eastAsia="Nirmala UI"/>
          <w:b w:val="0"/>
          <w:bCs/>
          <w:highlight w:val="yellow"/>
        </w:rPr>
        <w:t>[कारण]</w:t>
      </w:r>
      <w:r>
        <w:rPr>
          <w:rFonts w:ascii="Nirmala UI" w:hAnsi="Nirmala UI" w:cs="Nirmala UI" w:eastAsia="Nirmala UI"/>
          <w:b w:val="0"/>
          <w:bCs/>
        </w:rPr>
        <w:t xml:space="preserve"> के कारण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से </w:t>
      </w:r>
      <w:r>
        <w:rPr>
          <w:rFonts w:ascii="Nirmala UI" w:hAnsi="Nirmala UI" w:cs="Nirmala UI" w:eastAsia="Nirmala UI"/>
          <w:b w:val="0"/>
          <w:bCs/>
          <w:highlight w:val="yellow"/>
        </w:rPr>
        <w:t>[अंतिम तिथि]</w:t>
      </w:r>
      <w:r>
        <w:rPr>
          <w:rFonts w:ascii="Nirmala UI" w:hAnsi="Nirmala UI" w:cs="Nirmala UI" w:eastAsia="Nirmala UI"/>
          <w:b w:val="0"/>
          <w:bCs/>
        </w:rPr>
        <w:t xml:space="preserve"> तक (</w:t>
      </w:r>
      <w:r>
        <w:rPr>
          <w:rFonts w:ascii="Nirmala UI" w:hAnsi="Nirmala UI" w:cs="Nirmala UI" w:eastAsia="Nirmala UI"/>
          <w:b w:val="0"/>
          <w:bCs/>
          <w:highlight w:val="yellow"/>
        </w:rPr>
        <w:t>[दिनों की संख्या]</w:t>
      </w:r>
      <w:r>
        <w:rPr>
          <w:rFonts w:ascii="Nirmala UI" w:hAnsi="Nirmala UI" w:cs="Nirmala UI" w:eastAsia="Nirmala UI"/>
          <w:b w:val="0"/>
          <w:bCs/>
        </w:rPr>
        <w:t>) विद्यालय नहीं आ सकेगा/सकेगी।</w:t>
      </w:r>
    </w:p>
    <w:p>
      <w:pPr>
        <w:spacing w:after="160"/>
      </w:pPr>
      <w:r>
        <w:rPr>
          <w:rFonts w:ascii="Nirmala UI" w:hAnsi="Nirmala UI" w:cs="Nirmala UI" w:eastAsia="Nirmala UI"/>
          <w:b w:val="0"/>
          <w:bCs/>
        </w:rPr>
        <w:t>कृपया उसे इन दिनों का अवकाश प्रदान करें।</w:t>
      </w:r>
    </w:p>
    <w:p>
      <w:pPr>
        <w:spacing w:after="160"/>
      </w:pPr>
      <w:r>
        <w:rPr>
          <w:rFonts w:ascii="Nirmala UI" w:hAnsi="Nirmala UI" w:cs="Nirmala UI" w:eastAsia="Nirmala UI"/>
          <w:b w:val="0"/>
          <w:bCs/>
        </w:rPr>
        <w:t>इस अवधि का छूटा हुआ कक्षा-कार्य और गृहकार्य पूरा कराने की जिम्मेदारी मेरी होगी।</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[बच्चे का नाम]</w:t>
      </w:r>
      <w:r>
        <w:rPr>
          <w:rFonts w:ascii="Nirmala UI" w:hAnsi="Nirmala UI" w:cs="Nirmala UI" w:eastAsia="Nirmala UI"/>
          <w:b w:val="0"/>
          <w:bCs/>
        </w:rPr>
        <w:t xml:space="preserve">, कक्षा </w:t>
      </w:r>
      <w:r>
        <w:rPr>
          <w:rFonts w:ascii="Nirmala UI" w:hAnsi="Nirmala UI" w:cs="Nirmala UI" w:eastAsia="Nirmala UI"/>
          <w:b w:val="0"/>
          <w:bCs/>
          <w:highlight w:val="yellow"/>
        </w:rPr>
        <w:t>[ ]</w:t>
      </w:r>
      <w:r>
        <w:rPr>
          <w:rFonts w:ascii="Nirmala UI" w:hAnsi="Nirmala UI" w:cs="Nirmala UI" w:eastAsia="Nirmala UI"/>
          <w:b w:val="0"/>
          <w:bCs/>
        </w:rPr>
        <w:t xml:space="preserve"> के अभिभावक</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3. पारिवारिक समारोह हेतु छुट्टी का प्रार्थना पत्र</w:t>
      </w:r>
    </w:p>
    <w:p>
      <w:pPr>
        <w:spacing w:after="200"/>
      </w:pPr>
      <w:r>
        <w:rPr>
          <w:rFonts w:ascii="Nirmala UI" w:hAnsi="Nirmala UI" w:cs="Nirmala UI" w:eastAsia="Nirmala UI"/>
          <w:b w:val="0"/>
          <w:bCs/>
          <w:color w:val="55607A"/>
          <w:sz w:val="18"/>
          <w:szCs w:val="18"/>
        </w:rPr>
        <w:t>भरें: कक्षा, अनुक्रमांक, समारोह, स्थान, आरंभ तिथि, अंतिम तिथि</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प्रधानाचार्य महोदय/महोदया</w:t>
      </w:r>
      <w:r>
        <w:br/>
      </w:r>
      <w:r>
        <w:rPr>
          <w:rFonts w:ascii="Nirmala UI" w:hAnsi="Nirmala UI" w:cs="Nirmala UI" w:eastAsia="Nirmala UI"/>
          <w:b w:val="0"/>
          <w:bCs/>
          <w:highlight w:val="yellow"/>
        </w:rPr>
        <w:t>[विद्यालय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[समारोह]</w:t>
      </w:r>
      <w:r>
        <w:rPr>
          <w:rFonts w:ascii="Nirmala UI" w:hAnsi="Nirmala UI" w:cs="Nirmala UI" w:eastAsia="Nirmala UI"/>
          <w:b/>
          <w:bCs/>
        </w:rPr>
        <w:t xml:space="preserve"> में सम्मिलित होने हेतु अवकाश के लिए प्रार्थना पत्र</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सविनय निवेदन है कि मैं आपके विद्यालय की कक्षा </w:t>
      </w:r>
      <w:r>
        <w:rPr>
          <w:rFonts w:ascii="Nirmala UI" w:hAnsi="Nirmala UI" w:cs="Nirmala UI" w:eastAsia="Nirmala UI"/>
          <w:b w:val="0"/>
          <w:bCs/>
          <w:highlight w:val="yellow"/>
        </w:rPr>
        <w:t>[कक्षा]</w:t>
      </w:r>
      <w:r>
        <w:rPr>
          <w:rFonts w:ascii="Nirmala UI" w:hAnsi="Nirmala UI" w:cs="Nirmala UI" w:eastAsia="Nirmala UI"/>
          <w:b w:val="0"/>
          <w:bCs/>
        </w:rPr>
        <w:t xml:space="preserve"> का छात्र/की छात्रा हूँ। मुझे अपने परिवार के साथ </w:t>
      </w:r>
      <w:r>
        <w:rPr>
          <w:rFonts w:ascii="Nirmala UI" w:hAnsi="Nirmala UI" w:cs="Nirmala UI" w:eastAsia="Nirmala UI"/>
          <w:b w:val="0"/>
          <w:bCs/>
          <w:highlight w:val="yellow"/>
        </w:rPr>
        <w:t>[समारोह]</w:t>
      </w:r>
      <w:r>
        <w:rPr>
          <w:rFonts w:ascii="Nirmala UI" w:hAnsi="Nirmala UI" w:cs="Nirmala UI" w:eastAsia="Nirmala UI"/>
          <w:b w:val="0"/>
          <w:bCs/>
        </w:rPr>
        <w:t xml:space="preserve"> में सम्मिलित होने के लिए </w:t>
      </w:r>
      <w:r>
        <w:rPr>
          <w:rFonts w:ascii="Nirmala UI" w:hAnsi="Nirmala UI" w:cs="Nirmala UI" w:eastAsia="Nirmala UI"/>
          <w:b w:val="0"/>
          <w:bCs/>
          <w:highlight w:val="yellow"/>
        </w:rPr>
        <w:t>[स्थान]</w:t>
      </w:r>
      <w:r>
        <w:rPr>
          <w:rFonts w:ascii="Nirmala UI" w:hAnsi="Nirmala UI" w:cs="Nirmala UI" w:eastAsia="Nirmala UI"/>
          <w:b w:val="0"/>
          <w:bCs/>
        </w:rPr>
        <w:t xml:space="preserve"> जाना है।</w:t>
      </w:r>
    </w:p>
    <w:p>
      <w:pPr>
        <w:spacing w:after="160"/>
      </w:pPr>
      <w:r>
        <w:rPr>
          <w:rFonts w:ascii="Nirmala UI" w:hAnsi="Nirmala UI" w:cs="Nirmala UI" w:eastAsia="Nirmala UI"/>
          <w:b w:val="0"/>
          <w:bCs/>
        </w:rPr>
        <w:t xml:space="preserve">इस कारण मैं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से </w:t>
      </w:r>
      <w:r>
        <w:rPr>
          <w:rFonts w:ascii="Nirmala UI" w:hAnsi="Nirmala UI" w:cs="Nirmala UI" w:eastAsia="Nirmala UI"/>
          <w:b w:val="0"/>
          <w:bCs/>
          <w:highlight w:val="yellow"/>
        </w:rPr>
        <w:t>[अंतिम तिथि]</w:t>
      </w:r>
      <w:r>
        <w:rPr>
          <w:rFonts w:ascii="Nirmala UI" w:hAnsi="Nirmala UI" w:cs="Nirmala UI" w:eastAsia="Nirmala UI"/>
          <w:b w:val="0"/>
          <w:bCs/>
        </w:rPr>
        <w:t xml:space="preserve"> तक (</w:t>
      </w:r>
      <w:r>
        <w:rPr>
          <w:rFonts w:ascii="Nirmala UI" w:hAnsi="Nirmala UI" w:cs="Nirmala UI" w:eastAsia="Nirmala UI"/>
          <w:b w:val="0"/>
          <w:bCs/>
          <w:highlight w:val="yellow"/>
        </w:rPr>
        <w:t>[दिनों की संख्या]</w:t>
      </w:r>
      <w:r>
        <w:rPr>
          <w:rFonts w:ascii="Nirmala UI" w:hAnsi="Nirmala UI" w:cs="Nirmala UI" w:eastAsia="Nirmala UI"/>
          <w:b w:val="0"/>
          <w:bCs/>
        </w:rPr>
        <w:t>) विद्यालय नहीं आ सकूँगा/सकूँगी। कृपया मुझे इन दिनों का अवकाश प्रदान करें।</w:t>
      </w:r>
    </w:p>
    <w:p>
      <w:pPr>
        <w:spacing w:after="160"/>
      </w:pPr>
      <w:r>
        <w:rPr>
          <w:rFonts w:ascii="Nirmala UI" w:hAnsi="Nirmala UI" w:cs="Nirmala UI" w:eastAsia="Nirmala UI"/>
          <w:b w:val="0"/>
          <w:bCs/>
        </w:rPr>
        <w:t>लौटने के बाद मैं छूटा हुआ सारा कार्य शीघ्र पूरा कर लूँगा/लूँगी।</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आपका आज्ञाकारी शिष्य / आपकी आज्ञाकारिणी शिष्या</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rPr>
        <w:t xml:space="preserve">कक्षा: </w:t>
      </w:r>
      <w:r>
        <w:rPr>
          <w:rFonts w:ascii="Nirmala UI" w:hAnsi="Nirmala UI" w:cs="Nirmala UI" w:eastAsia="Nirmala UI"/>
          <w:b w:val="0"/>
          <w:bCs/>
          <w:highlight w:val="yellow"/>
        </w:rPr>
        <w:t>[ ]</w:t>
      </w:r>
      <w:r>
        <w:br/>
      </w:r>
      <w:r>
        <w:rPr>
          <w:rFonts w:ascii="Nirmala UI" w:hAnsi="Nirmala UI" w:cs="Nirmala UI" w:eastAsia="Nirmala UI"/>
          <w:b w:val="0"/>
          <w:bCs/>
        </w:rPr>
        <w:t xml:space="preserve">अनुक्रमांक: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4. शुल्क माफी हेतु प्रार्थना पत्र</w:t>
      </w:r>
    </w:p>
    <w:p>
      <w:pPr>
        <w:spacing w:after="200"/>
      </w:pPr>
      <w:r>
        <w:rPr>
          <w:rFonts w:ascii="Nirmala UI" w:hAnsi="Nirmala UI" w:cs="Nirmala UI" w:eastAsia="Nirmala UI"/>
          <w:b w:val="0"/>
          <w:bCs/>
          <w:color w:val="55607A"/>
          <w:sz w:val="18"/>
          <w:szCs w:val="18"/>
        </w:rPr>
        <w:t>भरें: कक्षा, अनुक्रमांक, कमाने वाले सदस्य, उनका काम, मासिक आय, Concession wanted, अंक</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प्रधानाचार्य महोदय/महोदया</w:t>
      </w:r>
      <w:r>
        <w:br/>
      </w:r>
      <w:r>
        <w:rPr>
          <w:rFonts w:ascii="Nirmala UI" w:hAnsi="Nirmala UI" w:cs="Nirmala UI" w:eastAsia="Nirmala UI"/>
          <w:b w:val="0"/>
          <w:bCs/>
          <w:highlight w:val="yellow"/>
        </w:rPr>
        <w:t>[विद्यालय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[पूर्ण / अर्ध]</w:t>
      </w:r>
      <w:r>
        <w:rPr>
          <w:rFonts w:ascii="Nirmala UI" w:hAnsi="Nirmala UI" w:cs="Nirmala UI" w:eastAsia="Nirmala UI"/>
          <w:b/>
          <w:bCs/>
        </w:rPr>
        <w:t xml:space="preserve"> शुल्क माफी हेतु प्रार्थना पत्र</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सविनय निवेदन है कि मैं आपके विद्यालय की कक्षा </w:t>
      </w:r>
      <w:r>
        <w:rPr>
          <w:rFonts w:ascii="Nirmala UI" w:hAnsi="Nirmala UI" w:cs="Nirmala UI" w:eastAsia="Nirmala UI"/>
          <w:b w:val="0"/>
          <w:bCs/>
          <w:highlight w:val="yellow"/>
        </w:rPr>
        <w:t>[कक्षा]</w:t>
      </w:r>
      <w:r>
        <w:rPr>
          <w:rFonts w:ascii="Nirmala UI" w:hAnsi="Nirmala UI" w:cs="Nirmala UI" w:eastAsia="Nirmala UI"/>
          <w:b w:val="0"/>
          <w:bCs/>
        </w:rPr>
        <w:t xml:space="preserve"> का छात्र/की छात्रा हूँ। </w:t>
      </w:r>
      <w:r>
        <w:rPr>
          <w:rFonts w:ascii="Nirmala UI" w:hAnsi="Nirmala UI" w:cs="Nirmala UI" w:eastAsia="Nirmala UI"/>
          <w:b w:val="0"/>
          <w:bCs/>
          <w:highlight w:val="yellow"/>
        </w:rPr>
        <w:t>[कमाने वाले सदस्य]</w:t>
      </w:r>
      <w:r>
        <w:rPr>
          <w:rFonts w:ascii="Nirmala UI" w:hAnsi="Nirmala UI" w:cs="Nirmala UI" w:eastAsia="Nirmala UI"/>
          <w:b w:val="0"/>
          <w:bCs/>
        </w:rPr>
        <w:t xml:space="preserve"> </w:t>
      </w:r>
      <w:r>
        <w:rPr>
          <w:rFonts w:ascii="Nirmala UI" w:hAnsi="Nirmala UI" w:cs="Nirmala UI" w:eastAsia="Nirmala UI"/>
          <w:b w:val="0"/>
          <w:bCs/>
          <w:highlight w:val="yellow"/>
        </w:rPr>
        <w:t>[उनका काम]</w:t>
      </w:r>
      <w:r>
        <w:rPr>
          <w:rFonts w:ascii="Nirmala UI" w:hAnsi="Nirmala UI" w:cs="Nirmala UI" w:eastAsia="Nirmala UI"/>
          <w:b w:val="0"/>
          <w:bCs/>
        </w:rPr>
        <w:t xml:space="preserve"> हैं और हमारे परिवार की कुल मासिक आय केवल ₹ </w:t>
      </w:r>
      <w:r>
        <w:rPr>
          <w:rFonts w:ascii="Nirmala UI" w:hAnsi="Nirmala UI" w:cs="Nirmala UI" w:eastAsia="Nirmala UI"/>
          <w:b w:val="0"/>
          <w:bCs/>
          <w:highlight w:val="yellow"/>
        </w:rPr>
        <w:t>[मासिक आय]</w:t>
      </w:r>
      <w:r>
        <w:rPr>
          <w:rFonts w:ascii="Nirmala UI" w:hAnsi="Nirmala UI" w:cs="Nirmala UI" w:eastAsia="Nirmala UI"/>
          <w:b w:val="0"/>
          <w:bCs/>
        </w:rPr>
        <w:t xml:space="preserve"> है। इतनी आय में परिवार के अन्य खर्चों के साथ मेरी फीस भरना बहुत कठिन हो गया है।</w:t>
      </w:r>
    </w:p>
    <w:p>
      <w:pPr>
        <w:spacing w:after="160"/>
      </w:pPr>
      <w:r>
        <w:rPr>
          <w:rFonts w:ascii="Nirmala UI" w:hAnsi="Nirmala UI" w:cs="Nirmala UI" w:eastAsia="Nirmala UI"/>
          <w:b w:val="0"/>
          <w:bCs/>
        </w:rPr>
        <w:t xml:space="preserve">मैं सदा मन लगाकर पढ़ाई करता/करती हूँ और पिछली परीक्षा में मैंने </w:t>
      </w:r>
      <w:r>
        <w:rPr>
          <w:rFonts w:ascii="Nirmala UI" w:hAnsi="Nirmala UI" w:cs="Nirmala UI" w:eastAsia="Nirmala UI"/>
          <w:b w:val="0"/>
          <w:bCs/>
          <w:highlight w:val="yellow"/>
        </w:rPr>
        <w:t>[अंक]</w:t>
      </w:r>
      <w:r>
        <w:rPr>
          <w:rFonts w:ascii="Nirmala UI" w:hAnsi="Nirmala UI" w:cs="Nirmala UI" w:eastAsia="Nirmala UI"/>
          <w:b w:val="0"/>
          <w:bCs/>
        </w:rPr>
        <w:t xml:space="preserve"> अंक प्राप्त किए। मैं इसी विद्यालय में अपनी पढ़ाई जारी रखना चाहता/चाहती हूँ। अतः आपसे विनम्र निवेदन है कि मुझे इस सत्र के लिए </w:t>
      </w:r>
      <w:r>
        <w:rPr>
          <w:rFonts w:ascii="Nirmala UI" w:hAnsi="Nirmala UI" w:cs="Nirmala UI" w:eastAsia="Nirmala UI"/>
          <w:b w:val="0"/>
          <w:bCs/>
          <w:highlight w:val="yellow"/>
        </w:rPr>
        <w:t>[पूर्ण / अर्ध]</w:t>
      </w:r>
      <w:r>
        <w:rPr>
          <w:rFonts w:ascii="Nirmala UI" w:hAnsi="Nirmala UI" w:cs="Nirmala UI" w:eastAsia="Nirmala UI"/>
          <w:b w:val="0"/>
          <w:bCs/>
        </w:rPr>
        <w:t xml:space="preserve"> शुल्क माफी प्रदान करने की कृपा करें।</w:t>
      </w:r>
    </w:p>
    <w:p>
      <w:pPr>
        <w:spacing w:after="160"/>
      </w:pPr>
      <w:r>
        <w:rPr>
          <w:rFonts w:ascii="Nirmala UI" w:hAnsi="Nirmala UI" w:cs="Nirmala UI" w:eastAsia="Nirmala UI"/>
          <w:b w:val="0"/>
          <w:bCs/>
        </w:rPr>
        <w:t>आय प्रमाण पत्र की प्रति संलग्न है। मैं आपको विश्वास दिलाता/दिलाती हूँ कि अपने अच्छे परिणाम और आचरण को बनाए रखूँगा/रखूँगी।</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आपका आज्ञाकारी शिष्य / आपकी आज्ञाकारिणी शिष्या</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rPr>
        <w:t xml:space="preserve">कक्षा: </w:t>
      </w:r>
      <w:r>
        <w:rPr>
          <w:rFonts w:ascii="Nirmala UI" w:hAnsi="Nirmala UI" w:cs="Nirmala UI" w:eastAsia="Nirmala UI"/>
          <w:b w:val="0"/>
          <w:bCs/>
          <w:highlight w:val="yellow"/>
        </w:rPr>
        <w:t>[ ]</w:t>
      </w:r>
      <w:r>
        <w:br/>
      </w:r>
      <w:r>
        <w:rPr>
          <w:rFonts w:ascii="Nirmala UI" w:hAnsi="Nirmala UI" w:cs="Nirmala UI" w:eastAsia="Nirmala UI"/>
          <w:b w:val="0"/>
          <w:bCs/>
        </w:rPr>
        <w:t xml:space="preserve">अनुक्रमांक: </w:t>
      </w:r>
      <w:r>
        <w:rPr>
          <w:rFonts w:ascii="Nirmala UI" w:hAnsi="Nirmala UI" w:cs="Nirmala UI" w:eastAsia="Nirmala UI"/>
          <w:b w:val="0"/>
          <w:bCs/>
          <w:highlight w:val="yellow"/>
        </w:rPr>
        <w:t>[ ]</w:t>
      </w:r>
    </w:p>
    <w:p>
      <w:pPr>
        <w:spacing w:after="80"/>
      </w:pPr>
      <w:r>
        <w:rPr>
          <w:rFonts w:ascii="Nirmala UI" w:hAnsi="Nirmala UI" w:cs="Nirmala UI" w:eastAsia="Nirmala UI"/>
          <w:b w:val="0"/>
          <w:bCs/>
          <w:sz w:val="19"/>
          <w:szCs w:val="19"/>
        </w:rPr>
        <w:t>संलग्न:</w:t>
      </w:r>
      <w:r>
        <w:br/>
      </w:r>
      <w:r>
        <w:rPr>
          <w:rFonts w:ascii="Nirmala UI" w:hAnsi="Nirmala UI" w:cs="Nirmala UI" w:eastAsia="Nirmala UI"/>
          <w:b w:val="0"/>
          <w:bCs/>
          <w:sz w:val="19"/>
          <w:szCs w:val="19"/>
        </w:rPr>
        <w:t>1. आय प्रमाण पत्र</w:t>
      </w:r>
    </w:p>
    <w:p>
      <w:r>
        <w:br w:type="page"/>
      </w:r>
    </w:p>
    <w:p>
      <w:pPr>
        <w:spacing w:after="40"/>
      </w:pPr>
      <w:r>
        <w:rPr>
          <w:rFonts w:ascii="Nirmala UI" w:hAnsi="Nirmala UI" w:cs="Nirmala UI" w:eastAsia="Nirmala UI"/>
          <w:b/>
          <w:bCs/>
          <w:color w:val="2563EB"/>
          <w:sz w:val="28"/>
          <w:szCs w:val="28"/>
        </w:rPr>
        <w:t>5. स्थानांतरण प्रमाण पत्र (टी.सी.) हेतु प्रार्थना पत्र</w:t>
      </w:r>
    </w:p>
    <w:p>
      <w:pPr>
        <w:spacing w:after="200"/>
      </w:pPr>
      <w:r>
        <w:rPr>
          <w:rFonts w:ascii="Nirmala UI" w:hAnsi="Nirmala UI" w:cs="Nirmala UI" w:eastAsia="Nirmala UI"/>
          <w:b w:val="0"/>
          <w:bCs/>
          <w:color w:val="55607A"/>
          <w:sz w:val="18"/>
          <w:szCs w:val="18"/>
        </w:rPr>
        <w:t>भरें: कक्षा, अनुक्रमांक, वर्ष, कारण</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प्रधानाचार्य महोदय/महोदया</w:t>
      </w:r>
      <w:r>
        <w:br/>
      </w:r>
      <w:r>
        <w:rPr>
          <w:rFonts w:ascii="Nirmala UI" w:hAnsi="Nirmala UI" w:cs="Nirmala UI" w:eastAsia="Nirmala UI"/>
          <w:b w:val="0"/>
          <w:bCs/>
          <w:highlight w:val="yellow"/>
        </w:rPr>
        <w:t>[विद्यालय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विषय: स्थानांतरण प्रमाण पत्र (टी.सी.) हेतु प्रार्थना पत्र</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सविनय निवेदन है कि मैं </w:t>
      </w:r>
      <w:r>
        <w:rPr>
          <w:rFonts w:ascii="Nirmala UI" w:hAnsi="Nirmala UI" w:cs="Nirmala UI" w:eastAsia="Nirmala UI"/>
          <w:b w:val="0"/>
          <w:bCs/>
          <w:highlight w:val="yellow"/>
        </w:rPr>
        <w:t>[वर्ष]</w:t>
      </w:r>
      <w:r>
        <w:rPr>
          <w:rFonts w:ascii="Nirmala UI" w:hAnsi="Nirmala UI" w:cs="Nirmala UI" w:eastAsia="Nirmala UI"/>
          <w:b w:val="0"/>
          <w:bCs/>
        </w:rPr>
        <w:t xml:space="preserve"> से आपके विद्यालय में अध्ययनरत हूँ और वर्तमान में कक्षा </w:t>
      </w:r>
      <w:r>
        <w:rPr>
          <w:rFonts w:ascii="Nirmala UI" w:hAnsi="Nirmala UI" w:cs="Nirmala UI" w:eastAsia="Nirmala UI"/>
          <w:b w:val="0"/>
          <w:bCs/>
          <w:highlight w:val="yellow"/>
        </w:rPr>
        <w:t>[कक्षा]</w:t>
      </w:r>
      <w:r>
        <w:rPr>
          <w:rFonts w:ascii="Nirmala UI" w:hAnsi="Nirmala UI" w:cs="Nirmala UI" w:eastAsia="Nirmala UI"/>
          <w:b w:val="0"/>
          <w:bCs/>
        </w:rPr>
        <w:t xml:space="preserve"> का छात्र/की छात्रा हूँ। </w:t>
      </w:r>
      <w:r>
        <w:rPr>
          <w:rFonts w:ascii="Nirmala UI" w:hAnsi="Nirmala UI" w:cs="Nirmala UI" w:eastAsia="Nirmala UI"/>
          <w:b w:val="0"/>
          <w:bCs/>
          <w:highlight w:val="yellow"/>
        </w:rPr>
        <w:t>[कारण]</w:t>
      </w:r>
      <w:r>
        <w:rPr>
          <w:rFonts w:ascii="Nirmala UI" w:hAnsi="Nirmala UI" w:cs="Nirmala UI" w:eastAsia="Nirmala UI"/>
          <w:b w:val="0"/>
          <w:bCs/>
        </w:rPr>
        <w:t xml:space="preserve"> के कारण मुझे यह विद्यालय छोड़कर किसी अन्य विद्यालय में प्रवेश लेना है।</w:t>
      </w:r>
    </w:p>
    <w:p>
      <w:pPr>
        <w:spacing w:after="160"/>
      </w:pPr>
      <w:r>
        <w:rPr>
          <w:rFonts w:ascii="Nirmala UI" w:hAnsi="Nirmala UI" w:cs="Nirmala UI" w:eastAsia="Nirmala UI"/>
          <w:b w:val="0"/>
          <w:bCs/>
        </w:rPr>
        <w:t>कृपया मुझे शीघ्र स्थानांतरण प्रमाण पत्र प्रदान करें, ताकि मैं समय पर नए विद्यालय में प्रवेश ले सकूँ।</w:t>
      </w:r>
    </w:p>
    <w:p>
      <w:pPr>
        <w:spacing w:after="160"/>
      </w:pPr>
      <w:r>
        <w:rPr>
          <w:rFonts w:ascii="Nirmala UI" w:hAnsi="Nirmala UI" w:cs="Nirmala UI" w:eastAsia="Nirmala UI"/>
          <w:b w:val="0"/>
          <w:bCs/>
        </w:rPr>
        <w:t>मैंने सभी शुल्क जमा कर दिए हैं और पुस्तकालय की पुस्तकें तथा पहचान पत्र लौटा दिए हैं। टी.सी. के साथ मेरा चरित्र प्रमाण पत्र भी जारी करने की कृपा करें।</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आपका आज्ञाकारी शिष्य / आपकी आज्ञाकारिणी शिष्या</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rPr>
        <w:t xml:space="preserve">कक्षा: </w:t>
      </w:r>
      <w:r>
        <w:rPr>
          <w:rFonts w:ascii="Nirmala UI" w:hAnsi="Nirmala UI" w:cs="Nirmala UI" w:eastAsia="Nirmala UI"/>
          <w:b w:val="0"/>
          <w:bCs/>
          <w:highlight w:val="yellow"/>
        </w:rPr>
        <w:t>[ ]</w:t>
      </w:r>
      <w:r>
        <w:br/>
      </w:r>
      <w:r>
        <w:rPr>
          <w:rFonts w:ascii="Nirmala UI" w:hAnsi="Nirmala UI" w:cs="Nirmala UI" w:eastAsia="Nirmala UI"/>
          <w:b w:val="0"/>
          <w:bCs/>
        </w:rPr>
        <w:t xml:space="preserve">अनुक्रमांक: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6. विद्यालय से चरित्र प्रमाण पत्र हेतु प्रार्थना पत्र</w:t>
      </w:r>
    </w:p>
    <w:p>
      <w:pPr>
        <w:spacing w:after="200"/>
      </w:pPr>
      <w:r>
        <w:rPr>
          <w:rFonts w:ascii="Nirmala UI" w:hAnsi="Nirmala UI" w:cs="Nirmala UI" w:eastAsia="Nirmala UI"/>
          <w:b w:val="0"/>
          <w:bCs/>
          <w:color w:val="55607A"/>
          <w:sz w:val="18"/>
          <w:szCs w:val="18"/>
        </w:rPr>
        <w:t>भरें: कक्षा, अनुक्रमांक, सत्र, प्रयोजन</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प्रधानाचार्य महोदय/महोदया</w:t>
      </w:r>
      <w:r>
        <w:br/>
      </w:r>
      <w:r>
        <w:rPr>
          <w:rFonts w:ascii="Nirmala UI" w:hAnsi="Nirmala UI" w:cs="Nirmala UI" w:eastAsia="Nirmala UI"/>
          <w:b w:val="0"/>
          <w:bCs/>
          <w:highlight w:val="yellow"/>
        </w:rPr>
        <w:t>[विद्यालय / महाविद्यालय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विषय: चरित्र प्रमाण पत्र हेतु प्रार्थना पत्र</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सविनय निवेदन है कि मैं सत्र </w:t>
      </w:r>
      <w:r>
        <w:rPr>
          <w:rFonts w:ascii="Nirmala UI" w:hAnsi="Nirmala UI" w:cs="Nirmala UI" w:eastAsia="Nirmala UI"/>
          <w:b w:val="0"/>
          <w:bCs/>
          <w:highlight w:val="yellow"/>
        </w:rPr>
        <w:t>[सत्र]</w:t>
      </w:r>
      <w:r>
        <w:rPr>
          <w:rFonts w:ascii="Nirmala UI" w:hAnsi="Nirmala UI" w:cs="Nirmala UI" w:eastAsia="Nirmala UI"/>
          <w:b w:val="0"/>
          <w:bCs/>
        </w:rPr>
        <w:t xml:space="preserve"> में आपके संस्थान की कक्षा </w:t>
      </w:r>
      <w:r>
        <w:rPr>
          <w:rFonts w:ascii="Nirmala UI" w:hAnsi="Nirmala UI" w:cs="Nirmala UI" w:eastAsia="Nirmala UI"/>
          <w:b w:val="0"/>
          <w:bCs/>
          <w:highlight w:val="yellow"/>
        </w:rPr>
        <w:t>[कक्षा]</w:t>
      </w:r>
      <w:r>
        <w:rPr>
          <w:rFonts w:ascii="Nirmala UI" w:hAnsi="Nirmala UI" w:cs="Nirmala UI" w:eastAsia="Nirmala UI"/>
          <w:b w:val="0"/>
          <w:bCs/>
        </w:rPr>
        <w:t xml:space="preserve"> का छात्र/की छात्रा रहा/रही हूँ। मुझे </w:t>
      </w:r>
      <w:r>
        <w:rPr>
          <w:rFonts w:ascii="Nirmala UI" w:hAnsi="Nirmala UI" w:cs="Nirmala UI" w:eastAsia="Nirmala UI"/>
          <w:b w:val="0"/>
          <w:bCs/>
          <w:highlight w:val="yellow"/>
        </w:rPr>
        <w:t>[प्रयोजन]</w:t>
      </w:r>
      <w:r>
        <w:rPr>
          <w:rFonts w:ascii="Nirmala UI" w:hAnsi="Nirmala UI" w:cs="Nirmala UI" w:eastAsia="Nirmala UI"/>
          <w:b w:val="0"/>
          <w:bCs/>
        </w:rPr>
        <w:t xml:space="preserve"> के लिए चरित्र प्रमाण पत्र की आवश्यकता है।</w:t>
      </w:r>
    </w:p>
    <w:p>
      <w:pPr>
        <w:spacing w:after="160"/>
      </w:pPr>
      <w:r>
        <w:rPr>
          <w:rFonts w:ascii="Nirmala UI" w:hAnsi="Nirmala UI" w:cs="Nirmala UI" w:eastAsia="Nirmala UI"/>
          <w:b w:val="0"/>
          <w:bCs/>
        </w:rPr>
        <w:t>अध्ययन के दौरान मैंने विद्यालय की गतिविधियों में भाग लिया और कभी किसी अनुशासनहीनता में शामिल नहीं रहा/रही। कृपया शीघ्र प्रमाण पत्र जारी करने की कृपा करें।</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आपका आज्ञाकारी शिष्य / आपकी आज्ञाकारिणी शिष्या</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rPr>
        <w:t xml:space="preserve">कक्षा: </w:t>
      </w:r>
      <w:r>
        <w:rPr>
          <w:rFonts w:ascii="Nirmala UI" w:hAnsi="Nirmala UI" w:cs="Nirmala UI" w:eastAsia="Nirmala UI"/>
          <w:b w:val="0"/>
          <w:bCs/>
          <w:highlight w:val="yellow"/>
        </w:rPr>
        <w:t>[ ]</w:t>
      </w:r>
      <w:r>
        <w:br/>
      </w:r>
      <w:r>
        <w:rPr>
          <w:rFonts w:ascii="Nirmala UI" w:hAnsi="Nirmala UI" w:cs="Nirmala UI" w:eastAsia="Nirmala UI"/>
          <w:b w:val="0"/>
          <w:bCs/>
        </w:rPr>
        <w:t xml:space="preserve">अनुक्रमांक: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7. डुप्लीकेट पहचान पत्र / अंक तालिका हेतु प्रार्थना पत्र</w:t>
      </w:r>
    </w:p>
    <w:p>
      <w:pPr>
        <w:spacing w:after="200"/>
      </w:pPr>
      <w:r>
        <w:rPr>
          <w:rFonts w:ascii="Nirmala UI" w:hAnsi="Nirmala UI" w:cs="Nirmala UI" w:eastAsia="Nirmala UI"/>
          <w:b w:val="0"/>
          <w:bCs/>
          <w:color w:val="55607A"/>
          <w:sz w:val="18"/>
          <w:szCs w:val="18"/>
        </w:rPr>
        <w:t>भरें: कक्षा, अनुक्रमांक, दस्तावेज का नाम, आरंभ तिथि</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प्रधानाचार्य महोदय/महोदया</w:t>
      </w:r>
      <w:r>
        <w:br/>
      </w:r>
      <w:r>
        <w:rPr>
          <w:rFonts w:ascii="Nirmala UI" w:hAnsi="Nirmala UI" w:cs="Nirmala UI" w:eastAsia="Nirmala UI"/>
          <w:b w:val="0"/>
          <w:bCs/>
          <w:highlight w:val="yellow"/>
        </w:rPr>
        <w:t>[विद्यालय / महाविद्यालय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डुप्लीकेट </w:t>
      </w:r>
      <w:r>
        <w:rPr>
          <w:rFonts w:ascii="Nirmala UI" w:hAnsi="Nirmala UI" w:cs="Nirmala UI" w:eastAsia="Nirmala UI"/>
          <w:b/>
          <w:bCs/>
          <w:highlight w:val="yellow"/>
        </w:rPr>
        <w:t>[दस्तावेज का नाम]</w:t>
      </w:r>
      <w:r>
        <w:rPr>
          <w:rFonts w:ascii="Nirmala UI" w:hAnsi="Nirmala UI" w:cs="Nirmala UI" w:eastAsia="Nirmala UI"/>
          <w:b/>
          <w:bCs/>
        </w:rPr>
        <w:t xml:space="preserve"> हेतु प्रार्थना पत्र</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सविनय निवेदन है कि मैं कक्षा </w:t>
      </w:r>
      <w:r>
        <w:rPr>
          <w:rFonts w:ascii="Nirmala UI" w:hAnsi="Nirmala UI" w:cs="Nirmala UI" w:eastAsia="Nirmala UI"/>
          <w:b w:val="0"/>
          <w:bCs/>
          <w:highlight w:val="yellow"/>
        </w:rPr>
        <w:t>[कक्षा]</w:t>
      </w:r>
      <w:r>
        <w:rPr>
          <w:rFonts w:ascii="Nirmala UI" w:hAnsi="Nirmala UI" w:cs="Nirmala UI" w:eastAsia="Nirmala UI"/>
          <w:b w:val="0"/>
          <w:bCs/>
        </w:rPr>
        <w:t xml:space="preserve"> (अनुक्रमांक </w:t>
      </w:r>
      <w:r>
        <w:rPr>
          <w:rFonts w:ascii="Nirmala UI" w:hAnsi="Nirmala UI" w:cs="Nirmala UI" w:eastAsia="Nirmala UI"/>
          <w:b w:val="0"/>
          <w:bCs/>
          <w:highlight w:val="yellow"/>
        </w:rPr>
        <w:t>[अनुक्रमांक]</w:t>
      </w:r>
      <w:r>
        <w:rPr>
          <w:rFonts w:ascii="Nirmala UI" w:hAnsi="Nirmala UI" w:cs="Nirmala UI" w:eastAsia="Nirmala UI"/>
          <w:b w:val="0"/>
          <w:bCs/>
        </w:rPr>
        <w:t xml:space="preserve">) का छात्र/की छात्रा हूँ। मुझे खेद है कि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को </w:t>
      </w:r>
      <w:r>
        <w:rPr>
          <w:rFonts w:ascii="Nirmala UI" w:hAnsi="Nirmala UI" w:cs="Nirmala UI" w:eastAsia="Nirmala UI"/>
          <w:b w:val="0"/>
          <w:bCs/>
          <w:highlight w:val="yellow"/>
        </w:rPr>
        <w:t>[दस्तावेज का नाम]</w:t>
      </w:r>
      <w:r>
        <w:rPr>
          <w:rFonts w:ascii="Nirmala UI" w:hAnsi="Nirmala UI" w:cs="Nirmala UI" w:eastAsia="Nirmala UI"/>
          <w:b w:val="0"/>
          <w:bCs/>
        </w:rPr>
        <w:t xml:space="preserve"> कहीं खो जाने के कारण अब वह मेरे पास नहीं है। काफी खोजबीन करने पर भी उसका पता नहीं चल सका।</w:t>
      </w:r>
    </w:p>
    <w:p>
      <w:pPr>
        <w:spacing w:after="160"/>
      </w:pPr>
      <w:r>
        <w:rPr>
          <w:rFonts w:ascii="Nirmala UI" w:hAnsi="Nirmala UI" w:cs="Nirmala UI" w:eastAsia="Nirmala UI"/>
          <w:b w:val="0"/>
          <w:bCs/>
        </w:rPr>
        <w:t xml:space="preserve">कृपया मुझे डुप्लीकेट </w:t>
      </w:r>
      <w:r>
        <w:rPr>
          <w:rFonts w:ascii="Nirmala UI" w:hAnsi="Nirmala UI" w:cs="Nirmala UI" w:eastAsia="Nirmala UI"/>
          <w:b w:val="0"/>
          <w:bCs/>
          <w:highlight w:val="yellow"/>
        </w:rPr>
        <w:t>[दस्तावेज का नाम]</w:t>
      </w:r>
      <w:r>
        <w:rPr>
          <w:rFonts w:ascii="Nirmala UI" w:hAnsi="Nirmala UI" w:cs="Nirmala UI" w:eastAsia="Nirmala UI"/>
          <w:b w:val="0"/>
          <w:bCs/>
        </w:rPr>
        <w:t xml:space="preserve"> जारी करने की कृपा करें। इसके लिए निर्धारित शुल्क देने को मैं तैयार हूँ।</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आपका आज्ञाकारी शिष्य / आपकी आज्ञाकारिणी शिष्या</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rPr>
        <w:t xml:space="preserve">कक्षा: </w:t>
      </w:r>
      <w:r>
        <w:rPr>
          <w:rFonts w:ascii="Nirmala UI" w:hAnsi="Nirmala UI" w:cs="Nirmala UI" w:eastAsia="Nirmala UI"/>
          <w:b w:val="0"/>
          <w:bCs/>
          <w:highlight w:val="yellow"/>
        </w:rPr>
        <w:t>[ ]</w:t>
      </w:r>
      <w:r>
        <w:br/>
      </w:r>
      <w:r>
        <w:rPr>
          <w:rFonts w:ascii="Nirmala UI" w:hAnsi="Nirmala UI" w:cs="Nirmala UI" w:eastAsia="Nirmala UI"/>
          <w:b w:val="0"/>
          <w:bCs/>
        </w:rPr>
        <w:t xml:space="preserve">अनुक्रमांक: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8. कार्यालय में अवकाश हेतु आवेदन</w:t>
      </w:r>
    </w:p>
    <w:p>
      <w:pPr>
        <w:spacing w:after="200"/>
      </w:pPr>
      <w:r>
        <w:rPr>
          <w:rFonts w:ascii="Nirmala UI" w:hAnsi="Nirmala UI" w:cs="Nirmala UI" w:eastAsia="Nirmala UI"/>
          <w:b w:val="0"/>
          <w:bCs/>
          <w:color w:val="55607A"/>
          <w:sz w:val="18"/>
          <w:szCs w:val="18"/>
        </w:rPr>
        <w:t>भरें: आरंभ तिथि, अंतिम तिथि, कारण, सहकर्मी का नाम</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प्रबंधक महोदय</w:t>
      </w:r>
      <w:r>
        <w:br/>
      </w:r>
      <w:r>
        <w:rPr>
          <w:rFonts w:ascii="Nirmala UI" w:hAnsi="Nirmala UI" w:cs="Nirmala UI" w:eastAsia="Nirmala UI"/>
          <w:b w:val="0"/>
          <w:bCs/>
          <w:highlight w:val="yellow"/>
        </w:rPr>
        <w:t>[संस्था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[आरंभ तिथि]</w:t>
      </w:r>
      <w:r>
        <w:rPr>
          <w:rFonts w:ascii="Nirmala UI" w:hAnsi="Nirmala UI" w:cs="Nirmala UI" w:eastAsia="Nirmala UI"/>
          <w:b/>
          <w:bCs/>
        </w:rPr>
        <w:t xml:space="preserve"> से </w:t>
      </w:r>
      <w:r>
        <w:rPr>
          <w:rFonts w:ascii="Nirmala UI" w:hAnsi="Nirmala UI" w:cs="Nirmala UI" w:eastAsia="Nirmala UI"/>
          <w:b/>
          <w:bCs/>
          <w:highlight w:val="yellow"/>
        </w:rPr>
        <w:t>[अंतिम तिथि]</w:t>
      </w:r>
      <w:r>
        <w:rPr>
          <w:rFonts w:ascii="Nirmala UI" w:hAnsi="Nirmala UI" w:cs="Nirmala UI" w:eastAsia="Nirmala UI"/>
          <w:b/>
          <w:bCs/>
        </w:rPr>
        <w:t xml:space="preserve"> तक अवकाश हेतु आवेदन</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highlight w:val="yellow"/>
        </w:rPr>
        <w:t>[कारण]</w:t>
      </w:r>
      <w:r>
        <w:rPr>
          <w:rFonts w:ascii="Nirmala UI" w:hAnsi="Nirmala UI" w:cs="Nirmala UI" w:eastAsia="Nirmala UI"/>
          <w:b w:val="0"/>
          <w:bCs/>
        </w:rPr>
        <w:t xml:space="preserve"> के कारण मैं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से </w:t>
      </w:r>
      <w:r>
        <w:rPr>
          <w:rFonts w:ascii="Nirmala UI" w:hAnsi="Nirmala UI" w:cs="Nirmala UI" w:eastAsia="Nirmala UI"/>
          <w:b w:val="0"/>
          <w:bCs/>
          <w:highlight w:val="yellow"/>
        </w:rPr>
        <w:t>[अंतिम तिथि]</w:t>
      </w:r>
      <w:r>
        <w:rPr>
          <w:rFonts w:ascii="Nirmala UI" w:hAnsi="Nirmala UI" w:cs="Nirmala UI" w:eastAsia="Nirmala UI"/>
          <w:b w:val="0"/>
          <w:bCs/>
        </w:rPr>
        <w:t xml:space="preserve"> तक (</w:t>
      </w:r>
      <w:r>
        <w:rPr>
          <w:rFonts w:ascii="Nirmala UI" w:hAnsi="Nirmala UI" w:cs="Nirmala UI" w:eastAsia="Nirmala UI"/>
          <w:b w:val="0"/>
          <w:bCs/>
          <w:highlight w:val="yellow"/>
        </w:rPr>
        <w:t>[दिनों की संख्या]</w:t>
      </w:r>
      <w:r>
        <w:rPr>
          <w:rFonts w:ascii="Nirmala UI" w:hAnsi="Nirmala UI" w:cs="Nirmala UI" w:eastAsia="Nirmala UI"/>
          <w:b w:val="0"/>
          <w:bCs/>
        </w:rPr>
        <w:t>) अवकाश लेना चाहता/चाहती हूँ।</w:t>
      </w:r>
    </w:p>
    <w:p>
      <w:pPr>
        <w:spacing w:after="160"/>
      </w:pPr>
      <w:r>
        <w:rPr>
          <w:rFonts w:ascii="Nirmala UI" w:hAnsi="Nirmala UI" w:cs="Nirmala UI" w:eastAsia="Nirmala UI"/>
          <w:b w:val="0"/>
          <w:bCs/>
        </w:rPr>
        <w:t xml:space="preserve">अवकाश पर जाने से पहले मैं अपने आवश्यक कार्य पूरे कर लूँगा/लूँगी और मेरी अनुपस्थिति में </w:t>
      </w:r>
      <w:r>
        <w:rPr>
          <w:rFonts w:ascii="Nirmala UI" w:hAnsi="Nirmala UI" w:cs="Nirmala UI" w:eastAsia="Nirmala UI"/>
          <w:b w:val="0"/>
          <w:bCs/>
          <w:highlight w:val="yellow"/>
        </w:rPr>
        <w:t>[सहकर्मी का नाम]</w:t>
      </w:r>
      <w:r>
        <w:rPr>
          <w:rFonts w:ascii="Nirmala UI" w:hAnsi="Nirmala UI" w:cs="Nirmala UI" w:eastAsia="Nirmala UI"/>
          <w:b w:val="0"/>
          <w:bCs/>
        </w:rPr>
        <w:t xml:space="preserve"> मेरा कार्य देखेंगे।</w:t>
      </w:r>
    </w:p>
    <w:p>
      <w:pPr>
        <w:spacing w:after="160"/>
      </w:pPr>
      <w:r>
        <w:rPr>
          <w:rFonts w:ascii="Nirmala UI" w:hAnsi="Nirmala UI" w:cs="Nirmala UI" w:eastAsia="Nirmala UI"/>
          <w:b w:val="0"/>
          <w:bCs/>
        </w:rPr>
        <w:t xml:space="preserve">आवश्यक कार्य के लिए मैं मोबाइल </w:t>
      </w:r>
      <w:r>
        <w:rPr>
          <w:rFonts w:ascii="Nirmala UI" w:hAnsi="Nirmala UI" w:cs="Nirmala UI" w:eastAsia="Nirmala UI"/>
          <w:b w:val="0"/>
          <w:bCs/>
          <w:highlight w:val="yellow"/>
        </w:rPr>
        <w:t>[मोबाइल नंबर]</w:t>
      </w:r>
      <w:r>
        <w:rPr>
          <w:rFonts w:ascii="Nirmala UI" w:hAnsi="Nirmala UI" w:cs="Nirmala UI" w:eastAsia="Nirmala UI"/>
          <w:b w:val="0"/>
          <w:bCs/>
        </w:rPr>
        <w:t xml:space="preserve"> पर उपलब्ध रहूँगा/रहूँगी।</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पद]</w:t>
      </w:r>
      <w:r>
        <w:br/>
      </w:r>
      <w:r>
        <w:rPr>
          <w:rFonts w:ascii="Nirmala UI" w:hAnsi="Nirmala UI" w:cs="Nirmala UI" w:eastAsia="Nirmala UI"/>
          <w:b w:val="0"/>
          <w:bCs/>
        </w:rPr>
        <w:t xml:space="preserve">विभाग: </w:t>
      </w:r>
      <w:r>
        <w:rPr>
          <w:rFonts w:ascii="Nirmala UI" w:hAnsi="Nirmala UI" w:cs="Nirmala UI" w:eastAsia="Nirmala UI"/>
          <w:b w:val="0"/>
          <w:bCs/>
          <w:highlight w:val="yellow"/>
        </w:rPr>
        <w:t>[ ]</w:t>
      </w:r>
      <w:r>
        <w:br/>
      </w:r>
      <w:r>
        <w:rPr>
          <w:rFonts w:ascii="Nirmala UI" w:hAnsi="Nirmala UI" w:cs="Nirmala UI" w:eastAsia="Nirmala UI"/>
          <w:b w:val="0"/>
          <w:bCs/>
        </w:rPr>
        <w:t xml:space="preserve">कर्मचारी कोड: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9. त्यागपत्र</w:t>
      </w:r>
    </w:p>
    <w:p>
      <w:pPr>
        <w:spacing w:after="200"/>
      </w:pPr>
      <w:r>
        <w:rPr>
          <w:rFonts w:ascii="Nirmala UI" w:hAnsi="Nirmala UI" w:cs="Nirmala UI" w:eastAsia="Nirmala UI"/>
          <w:b w:val="0"/>
          <w:bCs/>
          <w:color w:val="55607A"/>
          <w:sz w:val="18"/>
          <w:szCs w:val="18"/>
        </w:rPr>
        <w:t>भरें: सूचना अवधि, अंतिम कार्य दिवस, कारण</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प्रबंधक महोदय</w:t>
      </w:r>
      <w:r>
        <w:br/>
      </w:r>
      <w:r>
        <w:rPr>
          <w:rFonts w:ascii="Nirmala UI" w:hAnsi="Nirmala UI" w:cs="Nirmala UI" w:eastAsia="Nirmala UI"/>
          <w:b w:val="0"/>
          <w:bCs/>
          <w:highlight w:val="yellow"/>
        </w:rPr>
        <w:t>[संस्था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[आपका पद]</w:t>
      </w:r>
      <w:r>
        <w:rPr>
          <w:rFonts w:ascii="Nirmala UI" w:hAnsi="Nirmala UI" w:cs="Nirmala UI" w:eastAsia="Nirmala UI"/>
          <w:b/>
          <w:bCs/>
        </w:rPr>
        <w:t xml:space="preserve"> पद से त्यागपत्र</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मैं </w:t>
      </w:r>
      <w:r>
        <w:rPr>
          <w:rFonts w:ascii="Nirmala UI" w:hAnsi="Nirmala UI" w:cs="Nirmala UI" w:eastAsia="Nirmala UI"/>
          <w:b w:val="0"/>
          <w:bCs/>
          <w:highlight w:val="yellow"/>
        </w:rPr>
        <w:t>[आपका पद]</w:t>
      </w:r>
      <w:r>
        <w:rPr>
          <w:rFonts w:ascii="Nirmala UI" w:hAnsi="Nirmala UI" w:cs="Nirmala UI" w:eastAsia="Nirmala UI"/>
          <w:b w:val="0"/>
          <w:bCs/>
        </w:rPr>
        <w:t xml:space="preserve"> पद (</w:t>
      </w:r>
      <w:r>
        <w:rPr>
          <w:rFonts w:ascii="Nirmala UI" w:hAnsi="Nirmala UI" w:cs="Nirmala UI" w:eastAsia="Nirmala UI"/>
          <w:b w:val="0"/>
          <w:bCs/>
          <w:highlight w:val="yellow"/>
        </w:rPr>
        <w:t>[विभाग]</w:t>
      </w:r>
      <w:r>
        <w:rPr>
          <w:rFonts w:ascii="Nirmala UI" w:hAnsi="Nirmala UI" w:cs="Nirmala UI" w:eastAsia="Nirmala UI"/>
          <w:b w:val="0"/>
          <w:bCs/>
        </w:rPr>
        <w:t xml:space="preserve"> विभाग) से त्यागपत्र दे रहा/रही हूँ। मेरी </w:t>
      </w:r>
      <w:r>
        <w:rPr>
          <w:rFonts w:ascii="Nirmala UI" w:hAnsi="Nirmala UI" w:cs="Nirmala UI" w:eastAsia="Nirmala UI"/>
          <w:b w:val="0"/>
          <w:bCs/>
          <w:highlight w:val="yellow"/>
        </w:rPr>
        <w:t>[सूचना अवधि]</w:t>
      </w:r>
      <w:r>
        <w:rPr>
          <w:rFonts w:ascii="Nirmala UI" w:hAnsi="Nirmala UI" w:cs="Nirmala UI" w:eastAsia="Nirmala UI"/>
          <w:b w:val="0"/>
          <w:bCs/>
        </w:rPr>
        <w:t xml:space="preserve"> की सूचना अवधि के अनुसार मेरा अंतिम कार्य दिवस </w:t>
      </w:r>
      <w:r>
        <w:rPr>
          <w:rFonts w:ascii="Nirmala UI" w:hAnsi="Nirmala UI" w:cs="Nirmala UI" w:eastAsia="Nirmala UI"/>
          <w:b w:val="0"/>
          <w:bCs/>
          <w:highlight w:val="yellow"/>
        </w:rPr>
        <w:t>[अंतिम कार्य दिवस]</w:t>
      </w:r>
      <w:r>
        <w:rPr>
          <w:rFonts w:ascii="Nirmala UI" w:hAnsi="Nirmala UI" w:cs="Nirmala UI" w:eastAsia="Nirmala UI"/>
          <w:b w:val="0"/>
          <w:bCs/>
        </w:rPr>
        <w:t xml:space="preserve"> होगा।</w:t>
      </w:r>
    </w:p>
    <w:p>
      <w:pPr>
        <w:spacing w:after="160"/>
      </w:pPr>
      <w:r>
        <w:rPr>
          <w:rFonts w:ascii="Nirmala UI" w:hAnsi="Nirmala UI" w:cs="Nirmala UI" w:eastAsia="Nirmala UI"/>
          <w:b w:val="0"/>
          <w:bCs/>
          <w:highlight w:val="yellow"/>
        </w:rPr>
        <w:t>[कारण]</w:t>
      </w:r>
      <w:r>
        <w:rPr>
          <w:rFonts w:ascii="Nirmala UI" w:hAnsi="Nirmala UI" w:cs="Nirmala UI" w:eastAsia="Nirmala UI"/>
          <w:b w:val="0"/>
          <w:bCs/>
        </w:rPr>
        <w:t xml:space="preserve"> के कारण मैंने यह निर्णय लिया है। यहाँ मुझे जो अवसर और सहयोग मिला, उसके लिए मैं आभारी हूँ। आपसे और पूरी टीम से मैंने बहुत कुछ सीखा है।</w:t>
      </w:r>
    </w:p>
    <w:p>
      <w:pPr>
        <w:spacing w:after="160"/>
      </w:pPr>
      <w:r>
        <w:rPr>
          <w:rFonts w:ascii="Nirmala UI" w:hAnsi="Nirmala UI" w:cs="Nirmala UI" w:eastAsia="Nirmala UI"/>
          <w:b w:val="0"/>
          <w:bCs/>
        </w:rPr>
        <w:t>अंतिम दिन से पहले मैं अपना सारा कार्य और दस्तावेज विधिवत सौंप दूँगा/दूँगी। कृपया मेरा पूर्ण एवं अंतिम भुगतान तथा कार्यमुक्ति पत्र तैयार करवाने की कृपा करें।</w:t>
      </w:r>
    </w:p>
    <w:p>
      <w:pPr>
        <w:spacing w:after="160"/>
      </w:pPr>
      <w:r>
        <w:rPr>
          <w:rFonts w:ascii="Nirmala UI" w:hAnsi="Nirmala UI" w:cs="Nirmala UI" w:eastAsia="Nirmala UI"/>
          <w:b w:val="0"/>
          <w:bCs/>
        </w:rPr>
        <w:t>कृपया मेरा त्यागपत्र स्वीकार करें।</w:t>
      </w:r>
    </w:p>
    <w:p>
      <w:pPr>
        <w:spacing w:after="160"/>
      </w:pPr>
      <w:r>
        <w:rPr>
          <w:rFonts w:ascii="Nirmala UI" w:hAnsi="Nirmala UI" w:cs="Nirmala UI" w:eastAsia="Nirmala UI"/>
          <w:b w:val="0"/>
          <w:bCs/>
        </w:rPr>
        <w:t>भवदीय / भवदीया</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पद]</w:t>
      </w:r>
      <w:r>
        <w:br/>
      </w:r>
      <w:r>
        <w:rPr>
          <w:rFonts w:ascii="Nirmala UI" w:hAnsi="Nirmala UI" w:cs="Nirmala UI" w:eastAsia="Nirmala UI"/>
          <w:b w:val="0"/>
          <w:bCs/>
        </w:rPr>
        <w:t xml:space="preserve">विभाग: </w:t>
      </w:r>
      <w:r>
        <w:rPr>
          <w:rFonts w:ascii="Nirmala UI" w:hAnsi="Nirmala UI" w:cs="Nirmala UI" w:eastAsia="Nirmala UI"/>
          <w:b w:val="0"/>
          <w:bCs/>
          <w:highlight w:val="yellow"/>
        </w:rPr>
        <w:t>[ ]</w:t>
      </w:r>
      <w:r>
        <w:br/>
      </w:r>
      <w:r>
        <w:rPr>
          <w:rFonts w:ascii="Nirmala UI" w:hAnsi="Nirmala UI" w:cs="Nirmala UI" w:eastAsia="Nirmala UI"/>
          <w:b w:val="0"/>
          <w:bCs/>
        </w:rPr>
        <w:t xml:space="preserve">कर्मचारी कोड: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10. बैंक खाता बंद करने हेतु आवेदन</w:t>
      </w:r>
    </w:p>
    <w:p>
      <w:pPr>
        <w:spacing w:after="200"/>
      </w:pPr>
      <w:r>
        <w:rPr>
          <w:rFonts w:ascii="Nirmala UI" w:hAnsi="Nirmala UI" w:cs="Nirmala UI" w:eastAsia="Nirmala UI"/>
          <w:b w:val="0"/>
          <w:bCs/>
          <w:color w:val="55607A"/>
          <w:sz w:val="18"/>
          <w:szCs w:val="18"/>
        </w:rPr>
        <w:t>भरें: खाता संख्या, Account type, कारण, दूसरी खाता संख्या</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शाखा प्रबंधक</w:t>
      </w:r>
      <w:r>
        <w:br/>
      </w:r>
      <w:r>
        <w:rPr>
          <w:rFonts w:ascii="Nirmala UI" w:hAnsi="Nirmala UI" w:cs="Nirmala UI" w:eastAsia="Nirmala UI"/>
          <w:b w:val="0"/>
          <w:bCs/>
          <w:highlight w:val="yellow"/>
        </w:rPr>
        <w:t>[बैंक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[बचत / चालू]</w:t>
      </w:r>
      <w:r>
        <w:rPr>
          <w:rFonts w:ascii="Nirmala UI" w:hAnsi="Nirmala UI" w:cs="Nirmala UI" w:eastAsia="Nirmala UI"/>
          <w:b/>
          <w:bCs/>
        </w:rPr>
        <w:t xml:space="preserve"> खाता संख्या </w:t>
      </w:r>
      <w:r>
        <w:rPr>
          <w:rFonts w:ascii="Nirmala UI" w:hAnsi="Nirmala UI" w:cs="Nirmala UI" w:eastAsia="Nirmala UI"/>
          <w:b/>
          <w:bCs/>
          <w:highlight w:val="yellow"/>
        </w:rPr>
        <w:t>[खाता संख्या]</w:t>
      </w:r>
      <w:r>
        <w:rPr>
          <w:rFonts w:ascii="Nirmala UI" w:hAnsi="Nirmala UI" w:cs="Nirmala UI" w:eastAsia="Nirmala UI"/>
          <w:b/>
          <w:bCs/>
        </w:rPr>
        <w:t xml:space="preserve"> बंद करने हेतु आवेदन</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आपकी शाखा में मेरा </w:t>
      </w:r>
      <w:r>
        <w:rPr>
          <w:rFonts w:ascii="Nirmala UI" w:hAnsi="Nirmala UI" w:cs="Nirmala UI" w:eastAsia="Nirmala UI"/>
          <w:b w:val="0"/>
          <w:bCs/>
          <w:highlight w:val="yellow"/>
        </w:rPr>
        <w:t>[बचत / चालू]</w:t>
      </w:r>
      <w:r>
        <w:rPr>
          <w:rFonts w:ascii="Nirmala UI" w:hAnsi="Nirmala UI" w:cs="Nirmala UI" w:eastAsia="Nirmala UI"/>
          <w:b w:val="0"/>
          <w:bCs/>
        </w:rPr>
        <w:t xml:space="preserve"> खाता, संख्या </w:t>
      </w:r>
      <w:r>
        <w:rPr>
          <w:rFonts w:ascii="Nirmala UI" w:hAnsi="Nirmala UI" w:cs="Nirmala UI" w:eastAsia="Nirmala UI"/>
          <w:b w:val="0"/>
          <w:bCs/>
          <w:highlight w:val="yellow"/>
        </w:rPr>
        <w:t>[खाता संख्या]</w:t>
      </w:r>
      <w:r>
        <w:rPr>
          <w:rFonts w:ascii="Nirmala UI" w:hAnsi="Nirmala UI" w:cs="Nirmala UI" w:eastAsia="Nirmala UI"/>
          <w:b w:val="0"/>
          <w:bCs/>
        </w:rPr>
        <w:t xml:space="preserve">, है। मैं यह खाता बंद कराना चाहता/चाहती हूँ, क्योंकि </w:t>
      </w:r>
      <w:r>
        <w:rPr>
          <w:rFonts w:ascii="Nirmala UI" w:hAnsi="Nirmala UI" w:cs="Nirmala UI" w:eastAsia="Nirmala UI"/>
          <w:b w:val="0"/>
          <w:bCs/>
          <w:highlight w:val="yellow"/>
        </w:rPr>
        <w:t>[कारण]</w:t>
      </w:r>
      <w:r>
        <w:rPr>
          <w:rFonts w:ascii="Nirmala UI" w:hAnsi="Nirmala UI" w:cs="Nirmala UI" w:eastAsia="Nirmala UI"/>
          <w:b w:val="0"/>
          <w:bCs/>
        </w:rPr>
        <w:t>।</w:t>
      </w:r>
    </w:p>
    <w:p>
      <w:pPr>
        <w:spacing w:after="160"/>
      </w:pPr>
      <w:r>
        <w:rPr>
          <w:rFonts w:ascii="Nirmala UI" w:hAnsi="Nirmala UI" w:cs="Nirmala UI" w:eastAsia="Nirmala UI"/>
          <w:b w:val="0"/>
          <w:bCs/>
        </w:rPr>
        <w:t xml:space="preserve">कृपया खाता बंद कर शेष राशि का भुगतान करें (मेरे खाता संख्या </w:t>
      </w:r>
      <w:r>
        <w:rPr>
          <w:rFonts w:ascii="Nirmala UI" w:hAnsi="Nirmala UI" w:cs="Nirmala UI" w:eastAsia="Nirmala UI"/>
          <w:b w:val="0"/>
          <w:bCs/>
          <w:highlight w:val="yellow"/>
        </w:rPr>
        <w:t>[दूसरी खाता संख्या]</w:t>
      </w:r>
      <w:r>
        <w:rPr>
          <w:rFonts w:ascii="Nirmala UI" w:hAnsi="Nirmala UI" w:cs="Nirmala UI" w:eastAsia="Nirmala UI"/>
          <w:b w:val="0"/>
          <w:bCs/>
        </w:rPr>
        <w:t xml:space="preserve"> में स्थानांतरण द्वारा)। अप्रयुक्त चेक और डेबिट कार्ड इस पत्र के साथ लौटा रहा/रही हूँ।</w:t>
      </w:r>
    </w:p>
    <w:p>
      <w:pPr>
        <w:spacing w:after="160"/>
      </w:pPr>
      <w:r>
        <w:rPr>
          <w:rFonts w:ascii="Nirmala UI" w:hAnsi="Nirmala UI" w:cs="Nirmala UI" w:eastAsia="Nirmala UI"/>
          <w:b w:val="0"/>
          <w:bCs/>
        </w:rPr>
        <w:t>मेरे पहचान प्रमाण की स्व-सत्यापित प्रति संलग्न है।</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खाता संख्या: </w:t>
      </w:r>
      <w:r>
        <w:rPr>
          <w:rFonts w:ascii="Nirmala UI" w:hAnsi="Nirmala UI" w:cs="Nirmala UI" w:eastAsia="Nirmala UI"/>
          <w:b w:val="0"/>
          <w:bCs/>
          <w:highlight w:val="yellow"/>
        </w:rPr>
        <w:t>[ ]</w:t>
      </w:r>
    </w:p>
    <w:p>
      <w:pPr>
        <w:spacing w:after="80"/>
      </w:pPr>
      <w:r>
        <w:rPr>
          <w:rFonts w:ascii="Nirmala UI" w:hAnsi="Nirmala UI" w:cs="Nirmala UI" w:eastAsia="Nirmala UI"/>
          <w:b w:val="0"/>
          <w:bCs/>
          <w:sz w:val="19"/>
          <w:szCs w:val="19"/>
        </w:rPr>
        <w:t>संलग्न:</w:t>
      </w:r>
      <w:r>
        <w:br/>
      </w:r>
      <w:r>
        <w:rPr>
          <w:rFonts w:ascii="Nirmala UI" w:hAnsi="Nirmala UI" w:cs="Nirmala UI" w:eastAsia="Nirmala UI"/>
          <w:b w:val="0"/>
          <w:bCs/>
          <w:sz w:val="19"/>
          <w:szCs w:val="19"/>
        </w:rPr>
        <w:t>1. अप्रयुक्त चेक</w:t>
      </w:r>
      <w:r>
        <w:br/>
      </w:r>
      <w:r>
        <w:rPr>
          <w:rFonts w:ascii="Nirmala UI" w:hAnsi="Nirmala UI" w:cs="Nirmala UI" w:eastAsia="Nirmala UI"/>
          <w:b w:val="0"/>
          <w:bCs/>
          <w:sz w:val="19"/>
          <w:szCs w:val="19"/>
        </w:rPr>
        <w:t>2. डेबिट कार्ड</w:t>
      </w:r>
      <w:r>
        <w:br/>
      </w:r>
      <w:r>
        <w:rPr>
          <w:rFonts w:ascii="Nirmala UI" w:hAnsi="Nirmala UI" w:cs="Nirmala UI" w:eastAsia="Nirmala UI"/>
          <w:b w:val="0"/>
          <w:bCs/>
          <w:sz w:val="19"/>
          <w:szCs w:val="19"/>
        </w:rPr>
        <w:t>3. पहचान प्रमाण की प्रति</w:t>
      </w:r>
    </w:p>
    <w:p>
      <w:r>
        <w:br w:type="page"/>
      </w:r>
    </w:p>
    <w:p>
      <w:pPr>
        <w:spacing w:after="40"/>
      </w:pPr>
      <w:r>
        <w:rPr>
          <w:rFonts w:ascii="Nirmala UI" w:hAnsi="Nirmala UI" w:cs="Nirmala UI" w:eastAsia="Nirmala UI"/>
          <w:b/>
          <w:bCs/>
          <w:color w:val="2563EB"/>
          <w:sz w:val="28"/>
          <w:szCs w:val="28"/>
        </w:rPr>
        <w:t>11. बैंक खाते में पता बदलने हेतु आवेदन</w:t>
      </w:r>
    </w:p>
    <w:p>
      <w:pPr>
        <w:spacing w:after="200"/>
      </w:pPr>
      <w:r>
        <w:rPr>
          <w:rFonts w:ascii="Nirmala UI" w:hAnsi="Nirmala UI" w:cs="Nirmala UI" w:eastAsia="Nirmala UI"/>
          <w:b w:val="0"/>
          <w:bCs/>
          <w:color w:val="55607A"/>
          <w:sz w:val="18"/>
          <w:szCs w:val="18"/>
        </w:rPr>
        <w:t>भरें: खाता संख्या, नया पता</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शाखा प्रबंधक</w:t>
      </w:r>
      <w:r>
        <w:br/>
      </w:r>
      <w:r>
        <w:rPr>
          <w:rFonts w:ascii="Nirmala UI" w:hAnsi="Nirmala UI" w:cs="Nirmala UI" w:eastAsia="Nirmala UI"/>
          <w:b w:val="0"/>
          <w:bCs/>
          <w:highlight w:val="yellow"/>
        </w:rPr>
        <w:t>[बैंक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खाता संख्या </w:t>
      </w:r>
      <w:r>
        <w:rPr>
          <w:rFonts w:ascii="Nirmala UI" w:hAnsi="Nirmala UI" w:cs="Nirmala UI" w:eastAsia="Nirmala UI"/>
          <w:b/>
          <w:bCs/>
          <w:highlight w:val="yellow"/>
        </w:rPr>
        <w:t>[खाता संख्या]</w:t>
      </w:r>
      <w:r>
        <w:rPr>
          <w:rFonts w:ascii="Nirmala UI" w:hAnsi="Nirmala UI" w:cs="Nirmala UI" w:eastAsia="Nirmala UI"/>
          <w:b/>
          <w:bCs/>
        </w:rPr>
        <w:t xml:space="preserve"> में पता परिवर्तन हेतु आवेदन</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आपकी शाखा में मेरा खाता संख्या </w:t>
      </w:r>
      <w:r>
        <w:rPr>
          <w:rFonts w:ascii="Nirmala UI" w:hAnsi="Nirmala UI" w:cs="Nirmala UI" w:eastAsia="Nirmala UI"/>
          <w:b w:val="0"/>
          <w:bCs/>
          <w:highlight w:val="yellow"/>
        </w:rPr>
        <w:t>[खाता संख्या]</w:t>
      </w:r>
      <w:r>
        <w:rPr>
          <w:rFonts w:ascii="Nirmala UI" w:hAnsi="Nirmala UI" w:cs="Nirmala UI" w:eastAsia="Nirmala UI"/>
          <w:b w:val="0"/>
          <w:bCs/>
        </w:rPr>
        <w:t xml:space="preserve"> है। मैं नए मकान में आ गया/आ गई हूँ। मेरा नया पता है:</w:t>
      </w:r>
      <w:r>
        <w:br/>
      </w:r>
      <w:r>
        <w:rPr>
          <w:rFonts w:ascii="Nirmala UI" w:hAnsi="Nirmala UI" w:cs="Nirmala UI" w:eastAsia="Nirmala UI"/>
          <w:b w:val="0"/>
          <w:bCs/>
          <w:highlight w:val="yellow"/>
        </w:rPr>
        <w:t>[नया पता]</w:t>
      </w:r>
    </w:p>
    <w:p>
      <w:pPr>
        <w:spacing w:after="160"/>
      </w:pPr>
      <w:r>
        <w:rPr>
          <w:rFonts w:ascii="Nirmala UI" w:hAnsi="Nirmala UI" w:cs="Nirmala UI" w:eastAsia="Nirmala UI"/>
          <w:b w:val="0"/>
          <w:bCs/>
        </w:rPr>
        <w:t>कृपया सभी पत्रों, विवरणों और कार्ड के लिए यह पता अपने रिकॉर्ड में अद्यतन करें। नए पते के प्रमाण की स्व-सत्यापित प्रति संलग्न है।</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खाता संख्या: </w:t>
      </w:r>
      <w:r>
        <w:rPr>
          <w:rFonts w:ascii="Nirmala UI" w:hAnsi="Nirmala UI" w:cs="Nirmala UI" w:eastAsia="Nirmala UI"/>
          <w:b w:val="0"/>
          <w:bCs/>
          <w:highlight w:val="yellow"/>
        </w:rPr>
        <w:t>[ ]</w:t>
      </w:r>
    </w:p>
    <w:p>
      <w:pPr>
        <w:spacing w:after="80"/>
      </w:pPr>
      <w:r>
        <w:rPr>
          <w:rFonts w:ascii="Nirmala UI" w:hAnsi="Nirmala UI" w:cs="Nirmala UI" w:eastAsia="Nirmala UI"/>
          <w:b w:val="0"/>
          <w:bCs/>
          <w:sz w:val="19"/>
          <w:szCs w:val="19"/>
        </w:rPr>
        <w:t>संलग्न:</w:t>
      </w:r>
      <w:r>
        <w:br/>
      </w:r>
      <w:r>
        <w:rPr>
          <w:rFonts w:ascii="Nirmala UI" w:hAnsi="Nirmala UI" w:cs="Nirmala UI" w:eastAsia="Nirmala UI"/>
          <w:b w:val="0"/>
          <w:bCs/>
          <w:sz w:val="19"/>
          <w:szCs w:val="19"/>
        </w:rPr>
        <w:t>1. नए पते का प्रमाण (स्व-सत्यापित)</w:t>
      </w:r>
    </w:p>
    <w:p>
      <w:r>
        <w:br w:type="page"/>
      </w:r>
    </w:p>
    <w:p>
      <w:pPr>
        <w:spacing w:after="40"/>
      </w:pPr>
      <w:r>
        <w:rPr>
          <w:rFonts w:ascii="Nirmala UI" w:hAnsi="Nirmala UI" w:cs="Nirmala UI" w:eastAsia="Nirmala UI"/>
          <w:b/>
          <w:bCs/>
          <w:color w:val="2563EB"/>
          <w:sz w:val="28"/>
          <w:szCs w:val="28"/>
        </w:rPr>
        <w:t>12. नई चेक बुक हेतु आवेदन</w:t>
      </w:r>
    </w:p>
    <w:p>
      <w:pPr>
        <w:spacing w:after="200"/>
      </w:pPr>
      <w:r>
        <w:rPr>
          <w:rFonts w:ascii="Nirmala UI" w:hAnsi="Nirmala UI" w:cs="Nirmala UI" w:eastAsia="Nirmala UI"/>
          <w:b w:val="0"/>
          <w:bCs/>
          <w:color w:val="55607A"/>
          <w:sz w:val="18"/>
          <w:szCs w:val="18"/>
        </w:rPr>
        <w:t>भरें: खाता संख्या, Account type, Cheque leaves</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शाखा प्रबंधक</w:t>
      </w:r>
      <w:r>
        <w:br/>
      </w:r>
      <w:r>
        <w:rPr>
          <w:rFonts w:ascii="Nirmala UI" w:hAnsi="Nirmala UI" w:cs="Nirmala UI" w:eastAsia="Nirmala UI"/>
          <w:b w:val="0"/>
          <w:bCs/>
          <w:highlight w:val="yellow"/>
        </w:rPr>
        <w:t>[बैंक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विषय: नई चेक बुक हेतु आवेदन</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आपकी शाखा में मेरा </w:t>
      </w:r>
      <w:r>
        <w:rPr>
          <w:rFonts w:ascii="Nirmala UI" w:hAnsi="Nirmala UI" w:cs="Nirmala UI" w:eastAsia="Nirmala UI"/>
          <w:b w:val="0"/>
          <w:bCs/>
          <w:highlight w:val="yellow"/>
        </w:rPr>
        <w:t>[बचत / चालू]</w:t>
      </w:r>
      <w:r>
        <w:rPr>
          <w:rFonts w:ascii="Nirmala UI" w:hAnsi="Nirmala UI" w:cs="Nirmala UI" w:eastAsia="Nirmala UI"/>
          <w:b w:val="0"/>
          <w:bCs/>
        </w:rPr>
        <w:t xml:space="preserve"> खाता, संख्या </w:t>
      </w:r>
      <w:r>
        <w:rPr>
          <w:rFonts w:ascii="Nirmala UI" w:hAnsi="Nirmala UI" w:cs="Nirmala UI" w:eastAsia="Nirmala UI"/>
          <w:b w:val="0"/>
          <w:bCs/>
          <w:highlight w:val="yellow"/>
        </w:rPr>
        <w:t>[खाता संख्या]</w:t>
      </w:r>
      <w:r>
        <w:rPr>
          <w:rFonts w:ascii="Nirmala UI" w:hAnsi="Nirmala UI" w:cs="Nirmala UI" w:eastAsia="Nirmala UI"/>
          <w:b w:val="0"/>
          <w:bCs/>
        </w:rPr>
        <w:t xml:space="preserve">, है। मेरी वर्तमान चेक बुक लगभग समाप्त हो गई है। कृपया </w:t>
      </w:r>
      <w:r>
        <w:rPr>
          <w:rFonts w:ascii="Nirmala UI" w:hAnsi="Nirmala UI" w:cs="Nirmala UI" w:eastAsia="Nirmala UI"/>
          <w:b w:val="0"/>
          <w:bCs/>
          <w:highlight w:val="yellow"/>
        </w:rPr>
        <w:t>[25 / 50 / 100]</w:t>
      </w:r>
      <w:r>
        <w:rPr>
          <w:rFonts w:ascii="Nirmala UI" w:hAnsi="Nirmala UI" w:cs="Nirmala UI" w:eastAsia="Nirmala UI"/>
          <w:b w:val="0"/>
          <w:bCs/>
        </w:rPr>
        <w:t xml:space="preserve"> पन्नों की नई चेक बुक जारी करें।</w:t>
      </w:r>
    </w:p>
    <w:p>
      <w:pPr>
        <w:spacing w:after="160"/>
      </w:pPr>
      <w:r>
        <w:rPr>
          <w:rFonts w:ascii="Nirmala UI" w:hAnsi="Nirmala UI" w:cs="Nirmala UI" w:eastAsia="Nirmala UI"/>
          <w:b w:val="0"/>
          <w:bCs/>
        </w:rPr>
        <w:t>कृपया इसे मेरे पंजीकृत पते पर भेजें, या बताएँ कि मैं इसे शाखा से कब ले सकता/सकती हूँ।</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खाता संख्या: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13. खोया हुआ एटीएम / डेबिट कार्ड ब्लॉक करने हेतु आवेदन</w:t>
      </w:r>
    </w:p>
    <w:p>
      <w:pPr>
        <w:spacing w:after="200"/>
      </w:pPr>
      <w:r>
        <w:rPr>
          <w:rFonts w:ascii="Nirmala UI" w:hAnsi="Nirmala UI" w:cs="Nirmala UI" w:eastAsia="Nirmala UI"/>
          <w:b w:val="0"/>
          <w:bCs/>
          <w:color w:val="55607A"/>
          <w:sz w:val="18"/>
          <w:szCs w:val="18"/>
        </w:rPr>
        <w:t>भरें: खाता संख्या, कार्ड के अंतिम 4 अंक, आरंभ तिथि, स्थान</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शाखा प्रबंधक</w:t>
      </w:r>
      <w:r>
        <w:br/>
      </w:r>
      <w:r>
        <w:rPr>
          <w:rFonts w:ascii="Nirmala UI" w:hAnsi="Nirmala UI" w:cs="Nirmala UI" w:eastAsia="Nirmala UI"/>
          <w:b w:val="0"/>
          <w:bCs/>
          <w:highlight w:val="yellow"/>
        </w:rPr>
        <w:t>[बैंक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अंतिम अंक </w:t>
      </w:r>
      <w:r>
        <w:rPr>
          <w:rFonts w:ascii="Nirmala UI" w:hAnsi="Nirmala UI" w:cs="Nirmala UI" w:eastAsia="Nirmala UI"/>
          <w:b/>
          <w:bCs/>
          <w:highlight w:val="yellow"/>
        </w:rPr>
        <w:t>[कार्ड के अंतिम 4 अंक]</w:t>
      </w:r>
      <w:r>
        <w:rPr>
          <w:rFonts w:ascii="Nirmala UI" w:hAnsi="Nirmala UI" w:cs="Nirmala UI" w:eastAsia="Nirmala UI"/>
          <w:b/>
          <w:bCs/>
        </w:rPr>
        <w:t xml:space="preserve"> वाले डेबिट कार्ड को ब्लॉक करने हेतु आवेदन</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आपकी शाखा में मेरा खाता संख्या </w:t>
      </w:r>
      <w:r>
        <w:rPr>
          <w:rFonts w:ascii="Nirmala UI" w:hAnsi="Nirmala UI" w:cs="Nirmala UI" w:eastAsia="Nirmala UI"/>
          <w:b w:val="0"/>
          <w:bCs/>
          <w:highlight w:val="yellow"/>
        </w:rPr>
        <w:t>[खाता संख्या]</w:t>
      </w:r>
      <w:r>
        <w:rPr>
          <w:rFonts w:ascii="Nirmala UI" w:hAnsi="Nirmala UI" w:cs="Nirmala UI" w:eastAsia="Nirmala UI"/>
          <w:b w:val="0"/>
          <w:bCs/>
        </w:rPr>
        <w:t xml:space="preserve"> है।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को </w:t>
      </w:r>
      <w:r>
        <w:rPr>
          <w:rFonts w:ascii="Nirmala UI" w:hAnsi="Nirmala UI" w:cs="Nirmala UI" w:eastAsia="Nirmala UI"/>
          <w:b w:val="0"/>
          <w:bCs/>
          <w:highlight w:val="yellow"/>
        </w:rPr>
        <w:t>[स्थान]</w:t>
      </w:r>
      <w:r>
        <w:rPr>
          <w:rFonts w:ascii="Nirmala UI" w:hAnsi="Nirmala UI" w:cs="Nirmala UI" w:eastAsia="Nirmala UI"/>
          <w:b w:val="0"/>
          <w:bCs/>
        </w:rPr>
        <w:t xml:space="preserve"> पर मेरा डेबिट कार्ड, जिसके अंतिम अंक </w:t>
      </w:r>
      <w:r>
        <w:rPr>
          <w:rFonts w:ascii="Nirmala UI" w:hAnsi="Nirmala UI" w:cs="Nirmala UI" w:eastAsia="Nirmala UI"/>
          <w:b w:val="0"/>
          <w:bCs/>
          <w:highlight w:val="yellow"/>
        </w:rPr>
        <w:t>[कार्ड के अंतिम 4 अंक]</w:t>
      </w:r>
      <w:r>
        <w:rPr>
          <w:rFonts w:ascii="Nirmala UI" w:hAnsi="Nirmala UI" w:cs="Nirmala UI" w:eastAsia="Nirmala UI"/>
          <w:b w:val="0"/>
          <w:bCs/>
        </w:rPr>
        <w:t xml:space="preserve"> हैं, खो गया।</w:t>
      </w:r>
    </w:p>
    <w:p>
      <w:pPr>
        <w:spacing w:after="160"/>
      </w:pPr>
      <w:r>
        <w:rPr>
          <w:rFonts w:ascii="Nirmala UI" w:hAnsi="Nirmala UI" w:cs="Nirmala UI" w:eastAsia="Nirmala UI"/>
          <w:b w:val="0"/>
          <w:bCs/>
        </w:rPr>
        <w:t>कृपया दुरुपयोग रोकने के लिए कार्ड को तुरंत ब्लॉक करें और मेरे पंजीकृत पते पर नया कार्ड जारी करें। कार्ड खोने के बाद इससे हुए किसी भी लेन-देन के लिए मैं उत्तरदायी नहीं रहूँगा/रहूँगी।</w:t>
      </w:r>
    </w:p>
    <w:p>
      <w:pPr>
        <w:spacing w:after="160"/>
      </w:pPr>
      <w:r>
        <w:rPr>
          <w:rFonts w:ascii="Nirmala UI" w:hAnsi="Nirmala UI" w:cs="Nirmala UI" w:eastAsia="Nirmala UI"/>
          <w:b w:val="0"/>
          <w:bCs/>
        </w:rPr>
        <w:t>मैंने उसी दिन ग्राहक सेवा पर इसकी सूचना दे दी थी।</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खाता संख्या: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14. कूड़ा न उठने और नालियाँ जाम होने की शिकायत</w:t>
      </w:r>
    </w:p>
    <w:p>
      <w:pPr>
        <w:spacing w:after="200"/>
      </w:pPr>
      <w:r>
        <w:rPr>
          <w:rFonts w:ascii="Nirmala UI" w:hAnsi="Nirmala UI" w:cs="Nirmala UI" w:eastAsia="Nirmala UI"/>
          <w:b w:val="0"/>
          <w:bCs/>
          <w:color w:val="55607A"/>
          <w:sz w:val="18"/>
          <w:szCs w:val="18"/>
        </w:rPr>
        <w:t>भरें: मोहल्ला / वार्ड, वर्ष, अन्य विवरण</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नगर आयुक्त महोदय</w:t>
      </w:r>
      <w:r>
        <w:br/>
      </w:r>
      <w:r>
        <w:rPr>
          <w:rFonts w:ascii="Nirmala UI" w:hAnsi="Nirmala UI" w:cs="Nirmala UI" w:eastAsia="Nirmala UI"/>
          <w:b w:val="0"/>
          <w:bCs/>
          <w:highlight w:val="yellow"/>
        </w:rPr>
        <w:t>[नगर निगम / नगर परिषद]</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[मोहल्ला / वार्ड]</w:t>
      </w:r>
      <w:r>
        <w:rPr>
          <w:rFonts w:ascii="Nirmala UI" w:hAnsi="Nirmala UI" w:cs="Nirmala UI" w:eastAsia="Nirmala UI"/>
          <w:b/>
          <w:bCs/>
        </w:rPr>
        <w:t xml:space="preserve"> में कूड़ा न उठने और नालियाँ जाम होने की शिकायत</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मैं </w:t>
      </w:r>
      <w:r>
        <w:rPr>
          <w:rFonts w:ascii="Nirmala UI" w:hAnsi="Nirmala UI" w:cs="Nirmala UI" w:eastAsia="Nirmala UI"/>
          <w:b w:val="0"/>
          <w:bCs/>
          <w:highlight w:val="yellow"/>
        </w:rPr>
        <w:t>[मोहल्ला / वार्ड]</w:t>
      </w:r>
      <w:r>
        <w:rPr>
          <w:rFonts w:ascii="Nirmala UI" w:hAnsi="Nirmala UI" w:cs="Nirmala UI" w:eastAsia="Nirmala UI"/>
          <w:b w:val="0"/>
          <w:bCs/>
        </w:rPr>
        <w:t xml:space="preserve"> का निवासी/की निवासी हूँ और आपका ध्यान हमारे क्षेत्र की खराब सफाई व्यवस्था की ओर दिलाना चाहता/चाहती हूँ। पिछले </w:t>
      </w:r>
      <w:r>
        <w:rPr>
          <w:rFonts w:ascii="Nirmala UI" w:hAnsi="Nirmala UI" w:cs="Nirmala UI" w:eastAsia="Nirmala UI"/>
          <w:b w:val="0"/>
          <w:bCs/>
          <w:highlight w:val="yellow"/>
        </w:rPr>
        <w:t>[वर्ष]</w:t>
      </w:r>
      <w:r>
        <w:rPr>
          <w:rFonts w:ascii="Nirmala UI" w:hAnsi="Nirmala UI" w:cs="Nirmala UI" w:eastAsia="Nirmala UI"/>
          <w:b w:val="0"/>
          <w:bCs/>
        </w:rPr>
        <w:t xml:space="preserve"> से कूड़ा नियमित रूप से नहीं उठाया जा रहा है और नालियाँ जाम हैं।</w:t>
      </w:r>
    </w:p>
    <w:p>
      <w:pPr>
        <w:spacing w:after="160"/>
      </w:pPr>
      <w:r>
        <w:rPr>
          <w:rFonts w:ascii="Nirmala UI" w:hAnsi="Nirmala UI" w:cs="Nirmala UI" w:eastAsia="Nirmala UI"/>
          <w:b w:val="0"/>
          <w:bCs/>
          <w:highlight w:val="yellow"/>
        </w:rPr>
        <w:t>[अन्य विवरण]</w:t>
      </w:r>
      <w:r>
        <w:rPr>
          <w:rFonts w:ascii="Nirmala UI" w:hAnsi="Nirmala UI" w:cs="Nirmala UI" w:eastAsia="Nirmala UI"/>
          <w:b w:val="0"/>
          <w:bCs/>
        </w:rPr>
        <w:t xml:space="preserve"> कूड़े के ढेर और गंदे पानी के कारण मच्छर-मक्खियाँ पनप रहे हैं और बीमारियों का खतरा बढ़ गया है, विशेषकर बच्चों और बुजुर्गों के लिए।</w:t>
      </w:r>
    </w:p>
    <w:p>
      <w:pPr>
        <w:spacing w:after="160"/>
      </w:pPr>
      <w:r>
        <w:rPr>
          <w:rFonts w:ascii="Nirmala UI" w:hAnsi="Nirmala UI" w:cs="Nirmala UI" w:eastAsia="Nirmala UI"/>
          <w:b w:val="0"/>
          <w:bCs/>
        </w:rPr>
        <w:t>आपसे निवेदन है कि क्षेत्र में नियमित कूड़ा उठाने, नालियों की सफाई और कीटनाशक छिड़काव की व्यवस्था करवाएँ।</w:t>
      </w:r>
    </w:p>
    <w:p>
      <w:pPr>
        <w:spacing w:after="160"/>
      </w:pPr>
      <w:r>
        <w:rPr>
          <w:rFonts w:ascii="Nirmala UI" w:hAnsi="Nirmala UI" w:cs="Nirmala UI" w:eastAsia="Nirmala UI"/>
          <w:b w:val="0"/>
          <w:bCs/>
        </w:rPr>
        <w:t>अतः आपसे निवेदन है कि मामले की जाँच कर शीघ्र आवश्यक कार्रवाई करें।</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ईमेल: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15. जल आपूर्ति की शिकायत</w:t>
      </w:r>
    </w:p>
    <w:p>
      <w:pPr>
        <w:spacing w:after="200"/>
      </w:pPr>
      <w:r>
        <w:rPr>
          <w:rFonts w:ascii="Nirmala UI" w:hAnsi="Nirmala UI" w:cs="Nirmala UI" w:eastAsia="Nirmala UI"/>
          <w:b w:val="0"/>
          <w:bCs/>
          <w:color w:val="55607A"/>
          <w:sz w:val="18"/>
          <w:szCs w:val="18"/>
        </w:rPr>
        <w:t>भरें: मोहल्ला / वार्ड, उपभोक्ता / कनेक्शन संख्या, Problem, वर्ष</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अधिशासी अभियंता महोदय</w:t>
      </w:r>
      <w:r>
        <w:br/>
      </w:r>
      <w:r>
        <w:rPr>
          <w:rFonts w:ascii="Nirmala UI" w:hAnsi="Nirmala UI" w:cs="Nirmala UI" w:eastAsia="Nirmala UI"/>
          <w:b w:val="0"/>
          <w:bCs/>
          <w:highlight w:val="yellow"/>
        </w:rPr>
        <w:t>[जल आपूर्ति विभाग / जल बोर्ड]</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[मोहल्ला / वार्ड]</w:t>
      </w:r>
      <w:r>
        <w:rPr>
          <w:rFonts w:ascii="Nirmala UI" w:hAnsi="Nirmala UI" w:cs="Nirmala UI" w:eastAsia="Nirmala UI"/>
          <w:b/>
          <w:bCs/>
        </w:rPr>
        <w:t xml:space="preserve"> में [पानी की आपूर्ति बंद होने / पानी का दबाव बहुत कम होने / गंदा और बदबूदार पानी आने] की शिकायत</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मैं </w:t>
      </w:r>
      <w:r>
        <w:rPr>
          <w:rFonts w:ascii="Nirmala UI" w:hAnsi="Nirmala UI" w:cs="Nirmala UI" w:eastAsia="Nirmala UI"/>
          <w:b w:val="0"/>
          <w:bCs/>
          <w:highlight w:val="yellow"/>
        </w:rPr>
        <w:t>[मोहल्ला / वार्ड]</w:t>
      </w:r>
      <w:r>
        <w:rPr>
          <w:rFonts w:ascii="Nirmala UI" w:hAnsi="Nirmala UI" w:cs="Nirmala UI" w:eastAsia="Nirmala UI"/>
          <w:b w:val="0"/>
          <w:bCs/>
        </w:rPr>
        <w:t xml:space="preserve"> का निवासी/की निवासी हूँ (कनेक्शन संख्या </w:t>
      </w:r>
      <w:r>
        <w:rPr>
          <w:rFonts w:ascii="Nirmala UI" w:hAnsi="Nirmala UI" w:cs="Nirmala UI" w:eastAsia="Nirmala UI"/>
          <w:b w:val="0"/>
          <w:bCs/>
          <w:highlight w:val="yellow"/>
        </w:rPr>
        <w:t>[उपभोक्ता / कनेक्शन संख्या]</w:t>
      </w:r>
      <w:r>
        <w:rPr>
          <w:rFonts w:ascii="Nirmala UI" w:hAnsi="Nirmala UI" w:cs="Nirmala UI" w:eastAsia="Nirmala UI"/>
          <w:b w:val="0"/>
          <w:bCs/>
        </w:rPr>
        <w:t xml:space="preserve">)। पिछले </w:t>
      </w:r>
      <w:r>
        <w:rPr>
          <w:rFonts w:ascii="Nirmala UI" w:hAnsi="Nirmala UI" w:cs="Nirmala UI" w:eastAsia="Nirmala UI"/>
          <w:b w:val="0"/>
          <w:bCs/>
          <w:highlight w:val="yellow"/>
        </w:rPr>
        <w:t>[वर्ष]</w:t>
      </w:r>
      <w:r>
        <w:rPr>
          <w:rFonts w:ascii="Nirmala UI" w:hAnsi="Nirmala UI" w:cs="Nirmala UI" w:eastAsia="Nirmala UI"/>
          <w:b w:val="0"/>
          <w:bCs/>
        </w:rPr>
        <w:t xml:space="preserve"> से हमारे क्षेत्र में [पानी की आपूर्ति बंद होने / पानी का दबाव बहुत कम होने / गंदा और बदबूदार पानी आने] की समस्या है।</w:t>
      </w:r>
    </w:p>
    <w:p>
      <w:pPr>
        <w:spacing w:after="160"/>
      </w:pPr>
      <w:r>
        <w:rPr>
          <w:rFonts w:ascii="Nirmala UI" w:hAnsi="Nirmala UI" w:cs="Nirmala UI" w:eastAsia="Nirmala UI"/>
          <w:b w:val="0"/>
          <w:bCs/>
        </w:rPr>
        <w:t>परिवारों को पानी खरीदना पड़ रहा है या दूर से लाना पड़ रहा है, और असुरक्षित पानी से गंभीर बीमारियाँ हो सकती हैं।</w:t>
      </w:r>
    </w:p>
    <w:p>
      <w:pPr>
        <w:spacing w:after="160"/>
      </w:pPr>
      <w:r>
        <w:rPr>
          <w:rFonts w:ascii="Nirmala UI" w:hAnsi="Nirmala UI" w:cs="Nirmala UI" w:eastAsia="Nirmala UI"/>
          <w:b w:val="0"/>
          <w:bCs/>
        </w:rPr>
        <w:t>कृपया मामले की जाँच कर शीघ्र नियमित एवं स्वच्छ जल आपूर्ति बहाल करवाएँ।</w:t>
      </w:r>
    </w:p>
    <w:p>
      <w:pPr>
        <w:spacing w:after="160"/>
      </w:pPr>
      <w:r>
        <w:rPr>
          <w:rFonts w:ascii="Nirmala UI" w:hAnsi="Nirmala UI" w:cs="Nirmala UI" w:eastAsia="Nirmala UI"/>
          <w:b w:val="0"/>
          <w:bCs/>
        </w:rPr>
        <w:t>अतः आपसे निवेदन है कि मामले की जाँच कर शीघ्र आवश्यक कार्रवाई करें।</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ईमेल: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16. बिजली की शिकायत (कटौती, बिल, मीटर)</w:t>
      </w:r>
    </w:p>
    <w:p>
      <w:pPr>
        <w:spacing w:after="200"/>
      </w:pPr>
      <w:r>
        <w:rPr>
          <w:rFonts w:ascii="Nirmala UI" w:hAnsi="Nirmala UI" w:cs="Nirmala UI" w:eastAsia="Nirmala UI"/>
          <w:b w:val="0"/>
          <w:bCs/>
          <w:color w:val="55607A"/>
          <w:sz w:val="18"/>
          <w:szCs w:val="18"/>
        </w:rPr>
        <w:t>भरें: उपभोक्ता / कनेक्शन संख्या, Problem, वर्ष, अन्य विवरण</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सहायक अभियंता / उपमंडल अधिकारी</w:t>
      </w:r>
      <w:r>
        <w:br/>
      </w:r>
      <w:r>
        <w:rPr>
          <w:rFonts w:ascii="Nirmala UI" w:hAnsi="Nirmala UI" w:cs="Nirmala UI" w:eastAsia="Nirmala UI"/>
          <w:b w:val="0"/>
          <w:bCs/>
          <w:highlight w:val="yellow"/>
        </w:rPr>
        <w:t>[विद्युत वितरण निगम]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[बार-बार बिजली कटौती / असामान्य रूप से अधिक बिल / खराब मीटर / कम वोल्टेज] की शिकायत, उपभोक्ता संख्या </w:t>
      </w:r>
      <w:r>
        <w:rPr>
          <w:rFonts w:ascii="Nirmala UI" w:hAnsi="Nirmala UI" w:cs="Nirmala UI" w:eastAsia="Nirmala UI"/>
          <w:b/>
          <w:bCs/>
          <w:highlight w:val="yellow"/>
        </w:rPr>
        <w:t>[उपभोक्ता / कनेक्शन संख्या]</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मैं आपके विभाग का उपभोक्ता/की उपभोक्ता हूँ, मेरी उपभोक्ता संख्या </w:t>
      </w:r>
      <w:r>
        <w:rPr>
          <w:rFonts w:ascii="Nirmala UI" w:hAnsi="Nirmala UI" w:cs="Nirmala UI" w:eastAsia="Nirmala UI"/>
          <w:b w:val="0"/>
          <w:bCs/>
          <w:highlight w:val="yellow"/>
        </w:rPr>
        <w:t>[उपभोक्ता / कनेक्शन संख्या]</w:t>
      </w:r>
      <w:r>
        <w:rPr>
          <w:rFonts w:ascii="Nirmala UI" w:hAnsi="Nirmala UI" w:cs="Nirmala UI" w:eastAsia="Nirmala UI"/>
          <w:b w:val="0"/>
          <w:bCs/>
        </w:rPr>
        <w:t xml:space="preserve"> है। </w:t>
      </w:r>
      <w:r>
        <w:rPr>
          <w:rFonts w:ascii="Nirmala UI" w:hAnsi="Nirmala UI" w:cs="Nirmala UI" w:eastAsia="Nirmala UI"/>
          <w:b w:val="0"/>
          <w:bCs/>
          <w:highlight w:val="yellow"/>
        </w:rPr>
        <w:t>[वर्ष]</w:t>
      </w:r>
      <w:r>
        <w:rPr>
          <w:rFonts w:ascii="Nirmala UI" w:hAnsi="Nirmala UI" w:cs="Nirmala UI" w:eastAsia="Nirmala UI"/>
          <w:b w:val="0"/>
          <w:bCs/>
        </w:rPr>
        <w:t xml:space="preserve"> से मेरे परिसर में [बार-बार बिजली कटौती / असामान्य रूप से अधिक बिल / खराब मीटर / कम वोल्टेज] की समस्या है।</w:t>
      </w:r>
    </w:p>
    <w:p>
      <w:pPr>
        <w:spacing w:after="160"/>
      </w:pPr>
      <w:r>
        <w:rPr>
          <w:rFonts w:ascii="Nirmala UI" w:hAnsi="Nirmala UI" w:cs="Nirmala UI" w:eastAsia="Nirmala UI"/>
          <w:b w:val="0"/>
          <w:bCs/>
          <w:highlight w:val="yellow"/>
        </w:rPr>
        <w:t>[अन्य विवरण]</w:t>
      </w:r>
      <w:r>
        <w:rPr>
          <w:rFonts w:ascii="Nirmala UI" w:hAnsi="Nirmala UI" w:cs="Nirmala UI" w:eastAsia="Nirmala UI"/>
          <w:b w:val="0"/>
          <w:bCs/>
        </w:rPr>
        <w:t xml:space="preserve"> कृपया अपने कर्मचारियों को भेजकर समस्या की जाँच कराएँ और उसे ठीक करवाएँ। यदि बिल या मीटर रीडिंग गलत है, तो कृपया बिल संशोधित कर अधिक राशि अगले बिल में समायोजित करें।</w:t>
      </w:r>
    </w:p>
    <w:p>
      <w:pPr>
        <w:spacing w:after="160"/>
      </w:pPr>
      <w:r>
        <w:rPr>
          <w:rFonts w:ascii="Nirmala UI" w:hAnsi="Nirmala UI" w:cs="Nirmala UI" w:eastAsia="Nirmala UI"/>
          <w:b w:val="0"/>
          <w:bCs/>
        </w:rPr>
        <w:t>अतः आपसे निवेदन है कि मामले की जाँच कर शीघ्र आवश्यक कार्रवाई करें।</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ईमेल: </w:t>
      </w:r>
      <w:r>
        <w:rPr>
          <w:rFonts w:ascii="Nirmala UI" w:hAnsi="Nirmala UI" w:cs="Nirmala UI" w:eastAsia="Nirmala UI"/>
          <w:b w:val="0"/>
          <w:bCs/>
          <w:highlight w:val="yellow"/>
        </w:rPr>
        <w:t>[ ]</w:t>
      </w:r>
    </w:p>
    <w:p>
      <w:pPr>
        <w:spacing w:after="80"/>
      </w:pPr>
      <w:r>
        <w:rPr>
          <w:rFonts w:ascii="Nirmala UI" w:hAnsi="Nirmala UI" w:cs="Nirmala UI" w:eastAsia="Nirmala UI"/>
          <w:b w:val="0"/>
          <w:bCs/>
          <w:sz w:val="19"/>
          <w:szCs w:val="19"/>
        </w:rPr>
        <w:t>संलग्न:</w:t>
      </w:r>
      <w:r>
        <w:br/>
      </w:r>
      <w:r>
        <w:rPr>
          <w:rFonts w:ascii="Nirmala UI" w:hAnsi="Nirmala UI" w:cs="Nirmala UI" w:eastAsia="Nirmala UI"/>
          <w:b w:val="0"/>
          <w:bCs/>
          <w:sz w:val="19"/>
          <w:szCs w:val="19"/>
        </w:rPr>
        <w:t>1. नवीनतम बिल की प्रति</w:t>
      </w:r>
    </w:p>
    <w:p>
      <w:r>
        <w:br w:type="page"/>
      </w:r>
    </w:p>
    <w:p>
      <w:pPr>
        <w:spacing w:after="40"/>
      </w:pPr>
      <w:r>
        <w:rPr>
          <w:rFonts w:ascii="Nirmala UI" w:hAnsi="Nirmala UI" w:cs="Nirmala UI" w:eastAsia="Nirmala UI"/>
          <w:b/>
          <w:bCs/>
          <w:color w:val="2563EB"/>
          <w:sz w:val="28"/>
          <w:szCs w:val="28"/>
        </w:rPr>
        <w:t>17. चोरी की शिकायत (एफआईआर हेतु प्रार्थना पत्र)</w:t>
      </w:r>
    </w:p>
    <w:p>
      <w:pPr>
        <w:spacing w:after="200"/>
      </w:pPr>
      <w:r>
        <w:rPr>
          <w:rFonts w:ascii="Nirmala UI" w:hAnsi="Nirmala UI" w:cs="Nirmala UI" w:eastAsia="Nirmala UI"/>
          <w:b w:val="0"/>
          <w:bCs/>
          <w:color w:val="55607A"/>
          <w:sz w:val="18"/>
          <w:szCs w:val="18"/>
        </w:rPr>
        <w:t>भरें: वस्तु का विवरण, अनुमानित मूल्य, आरंभ तिथि, समय, स्थान, अन्य विवरण</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थाना प्रभारी (एसएचओ)</w:t>
      </w:r>
      <w:r>
        <w:br/>
      </w:r>
      <w:r>
        <w:rPr>
          <w:rFonts w:ascii="Nirmala UI" w:hAnsi="Nirmala UI" w:cs="Nirmala UI" w:eastAsia="Nirmala UI"/>
          <w:b w:val="0"/>
          <w:bCs/>
          <w:highlight w:val="yellow"/>
        </w:rPr>
        <w:t>[थाने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[वस्तु का विवरण]</w:t>
      </w:r>
      <w:r>
        <w:rPr>
          <w:rFonts w:ascii="Nirmala UI" w:hAnsi="Nirmala UI" w:cs="Nirmala UI" w:eastAsia="Nirmala UI"/>
          <w:b/>
          <w:bCs/>
        </w:rPr>
        <w:t xml:space="preserve"> की चोरी की प्राथमिकी (एफआईआर) दर्ज करने हेतु</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मैं सूचित करना चाहता/चाहती हूँ कि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को लगभग </w:t>
      </w:r>
      <w:r>
        <w:rPr>
          <w:rFonts w:ascii="Nirmala UI" w:hAnsi="Nirmala UI" w:cs="Nirmala UI" w:eastAsia="Nirmala UI"/>
          <w:b w:val="0"/>
          <w:bCs/>
          <w:highlight w:val="yellow"/>
        </w:rPr>
        <w:t>[समय]</w:t>
      </w:r>
      <w:r>
        <w:rPr>
          <w:rFonts w:ascii="Nirmala UI" w:hAnsi="Nirmala UI" w:cs="Nirmala UI" w:eastAsia="Nirmala UI"/>
          <w:b w:val="0"/>
          <w:bCs/>
        </w:rPr>
        <w:t xml:space="preserve"> बजे </w:t>
      </w:r>
      <w:r>
        <w:rPr>
          <w:rFonts w:ascii="Nirmala UI" w:hAnsi="Nirmala UI" w:cs="Nirmala UI" w:eastAsia="Nirmala UI"/>
          <w:b w:val="0"/>
          <w:bCs/>
          <w:highlight w:val="yellow"/>
        </w:rPr>
        <w:t>[स्थान]</w:t>
      </w:r>
      <w:r>
        <w:rPr>
          <w:rFonts w:ascii="Nirmala UI" w:hAnsi="Nirmala UI" w:cs="Nirmala UI" w:eastAsia="Nirmala UI"/>
          <w:b w:val="0"/>
          <w:bCs/>
        </w:rPr>
        <w:t xml:space="preserve"> से </w:t>
      </w:r>
      <w:r>
        <w:rPr>
          <w:rFonts w:ascii="Nirmala UI" w:hAnsi="Nirmala UI" w:cs="Nirmala UI" w:eastAsia="Nirmala UI"/>
          <w:b w:val="0"/>
          <w:bCs/>
          <w:highlight w:val="yellow"/>
        </w:rPr>
        <w:t>[वस्तु का विवरण]</w:t>
      </w:r>
      <w:r>
        <w:rPr>
          <w:rFonts w:ascii="Nirmala UI" w:hAnsi="Nirmala UI" w:cs="Nirmala UI" w:eastAsia="Nirmala UI"/>
          <w:b w:val="0"/>
          <w:bCs/>
        </w:rPr>
        <w:t xml:space="preserve"> की चोरी हो गई, जिसकी कीमत लगभग ₹ </w:t>
      </w:r>
      <w:r>
        <w:rPr>
          <w:rFonts w:ascii="Nirmala UI" w:hAnsi="Nirmala UI" w:cs="Nirmala UI" w:eastAsia="Nirmala UI"/>
          <w:b w:val="0"/>
          <w:bCs/>
          <w:highlight w:val="yellow"/>
        </w:rPr>
        <w:t>[अनुमानित मूल्य]</w:t>
      </w:r>
      <w:r>
        <w:rPr>
          <w:rFonts w:ascii="Nirmala UI" w:hAnsi="Nirmala UI" w:cs="Nirmala UI" w:eastAsia="Nirmala UI"/>
          <w:b w:val="0"/>
          <w:bCs/>
        </w:rPr>
        <w:t xml:space="preserve"> है।</w:t>
      </w:r>
    </w:p>
    <w:p>
      <w:pPr>
        <w:spacing w:after="160"/>
      </w:pPr>
      <w:r>
        <w:rPr>
          <w:rFonts w:ascii="Nirmala UI" w:hAnsi="Nirmala UI" w:cs="Nirmala UI" w:eastAsia="Nirmala UI"/>
          <w:b w:val="0"/>
          <w:bCs/>
          <w:highlight w:val="yellow"/>
        </w:rPr>
        <w:t>[अन्य विवरण]</w:t>
      </w:r>
      <w:r>
        <w:rPr>
          <w:rFonts w:ascii="Nirmala UI" w:hAnsi="Nirmala UI" w:cs="Nirmala UI" w:eastAsia="Nirmala UI"/>
          <w:b w:val="0"/>
          <w:bCs/>
        </w:rPr>
        <w:t xml:space="preserve"> मैंने आसपास खोजबीन की और लोगों से पूछताछ की, परंतु कुछ पता नहीं चला।</w:t>
      </w:r>
    </w:p>
    <w:p>
      <w:pPr>
        <w:spacing w:after="160"/>
      </w:pPr>
      <w:r>
        <w:rPr>
          <w:rFonts w:ascii="Nirmala UI" w:hAnsi="Nirmala UI" w:cs="Nirmala UI" w:eastAsia="Nirmala UI"/>
          <w:b w:val="0"/>
          <w:bCs/>
        </w:rPr>
        <w:t>आपसे निवेदन है कि प्राथमिकी दर्ज कर मामले की जाँच करें और मेरी संपत्ति बरामद कराने में सहायता करें। कृपया मुझे एफआईआर की प्रति दें, जो बीमा और अन्य औपचारिकताओं के लिए आवश्यक है।</w:t>
      </w:r>
    </w:p>
    <w:p>
      <w:pPr>
        <w:spacing w:after="160"/>
      </w:pPr>
      <w:r>
        <w:rPr>
          <w:rFonts w:ascii="Nirmala UI" w:hAnsi="Nirmala UI" w:cs="Nirmala UI" w:eastAsia="Nirmala UI"/>
          <w:b w:val="0"/>
          <w:bCs/>
        </w:rPr>
        <w:t>अतः आपसे निवेदन है कि मामले की जाँच कर शीघ्र आवश्यक कार्रवाई करें।</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ईमेल: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18. दस्तावेज / मोबाइल गुम होने की सूचना (पुलिस)</w:t>
      </w:r>
    </w:p>
    <w:p>
      <w:pPr>
        <w:spacing w:after="200"/>
      </w:pPr>
      <w:r>
        <w:rPr>
          <w:rFonts w:ascii="Nirmala UI" w:hAnsi="Nirmala UI" w:cs="Nirmala UI" w:eastAsia="Nirmala UI"/>
          <w:b w:val="0"/>
          <w:bCs/>
          <w:color w:val="55607A"/>
          <w:sz w:val="18"/>
          <w:szCs w:val="18"/>
        </w:rPr>
        <w:t>भरें: वस्तु का विवरण, आरंभ तिथि, स्थान, अन्य विवरण</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थाना प्रभारी (एसएचओ)</w:t>
      </w:r>
      <w:r>
        <w:br/>
      </w:r>
      <w:r>
        <w:rPr>
          <w:rFonts w:ascii="Nirmala UI" w:hAnsi="Nirmala UI" w:cs="Nirmala UI" w:eastAsia="Nirmala UI"/>
          <w:b w:val="0"/>
          <w:bCs/>
          <w:highlight w:val="yellow"/>
        </w:rPr>
        <w:t>[थाने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[वस्तु का विवरण]</w:t>
      </w:r>
      <w:r>
        <w:rPr>
          <w:rFonts w:ascii="Nirmala UI" w:hAnsi="Nirmala UI" w:cs="Nirmala UI" w:eastAsia="Nirmala UI"/>
          <w:b/>
          <w:bCs/>
        </w:rPr>
        <w:t xml:space="preserve"> गुम होने की सूचना</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मैं सूचित करना चाहता/चाहती हूँ कि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को </w:t>
      </w:r>
      <w:r>
        <w:rPr>
          <w:rFonts w:ascii="Nirmala UI" w:hAnsi="Nirmala UI" w:cs="Nirmala UI" w:eastAsia="Nirmala UI"/>
          <w:b w:val="0"/>
          <w:bCs/>
          <w:highlight w:val="yellow"/>
        </w:rPr>
        <w:t>[स्थान]</w:t>
      </w:r>
      <w:r>
        <w:rPr>
          <w:rFonts w:ascii="Nirmala UI" w:hAnsi="Nirmala UI" w:cs="Nirmala UI" w:eastAsia="Nirmala UI"/>
          <w:b w:val="0"/>
          <w:bCs/>
        </w:rPr>
        <w:t xml:space="preserve"> के आसपास </w:t>
      </w:r>
      <w:r>
        <w:rPr>
          <w:rFonts w:ascii="Nirmala UI" w:hAnsi="Nirmala UI" w:cs="Nirmala UI" w:eastAsia="Nirmala UI"/>
          <w:b w:val="0"/>
          <w:bCs/>
          <w:highlight w:val="yellow"/>
        </w:rPr>
        <w:t>[वस्तु का विवरण]</w:t>
      </w:r>
      <w:r>
        <w:rPr>
          <w:rFonts w:ascii="Nirmala UI" w:hAnsi="Nirmala UI" w:cs="Nirmala UI" w:eastAsia="Nirmala UI"/>
          <w:b w:val="0"/>
          <w:bCs/>
        </w:rPr>
        <w:t xml:space="preserve"> कहीं गुम हो जाने के कारण अब मेरे पास नहीं है। काफी खोजने पर भी उसका पता नहीं चला।</w:t>
      </w:r>
    </w:p>
    <w:p>
      <w:pPr>
        <w:spacing w:after="160"/>
      </w:pPr>
      <w:r>
        <w:rPr>
          <w:rFonts w:ascii="Nirmala UI" w:hAnsi="Nirmala UI" w:cs="Nirmala UI" w:eastAsia="Nirmala UI"/>
          <w:b w:val="0"/>
          <w:bCs/>
          <w:highlight w:val="yellow"/>
        </w:rPr>
        <w:t>[अन्य विवरण]</w:t>
      </w:r>
      <w:r>
        <w:rPr>
          <w:rFonts w:ascii="Nirmala UI" w:hAnsi="Nirmala UI" w:cs="Nirmala UI" w:eastAsia="Nirmala UI"/>
          <w:b w:val="0"/>
          <w:bCs/>
        </w:rPr>
        <w:t xml:space="preserve"> कृपया इस गुमशुदगी की सूचना दर्ज कर मुझे उसकी प्रति दें, जो डुप्लीकेट बनवाने और दुरुपयोग रोकने के लिए आवश्यक है। वस्तु मिलने पर मैं थाने को सूचित कर दूँगा/दूँगी।</w:t>
      </w:r>
    </w:p>
    <w:p>
      <w:pPr>
        <w:spacing w:after="160"/>
      </w:pPr>
      <w:r>
        <w:rPr>
          <w:rFonts w:ascii="Nirmala UI" w:hAnsi="Nirmala UI" w:cs="Nirmala UI" w:eastAsia="Nirmala UI"/>
          <w:b w:val="0"/>
          <w:bCs/>
        </w:rPr>
        <w:t>भवदीय / भवदीया</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ईमेल: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19. चरित्र प्रमाण पत्र हेतु आवेदन (सरपंच / पार्षद)</w:t>
      </w:r>
    </w:p>
    <w:p>
      <w:pPr>
        <w:spacing w:after="200"/>
      </w:pPr>
      <w:r>
        <w:rPr>
          <w:rFonts w:ascii="Nirmala UI" w:hAnsi="Nirmala UI" w:cs="Nirmala UI" w:eastAsia="Nirmala UI"/>
          <w:b w:val="0"/>
          <w:bCs/>
          <w:color w:val="55607A"/>
          <w:sz w:val="18"/>
          <w:szCs w:val="18"/>
        </w:rPr>
        <w:t>भरें: वर्ष, प्रयोजन</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सरपंच / पार्षद महोदय</w:t>
      </w:r>
      <w:r>
        <w:br/>
      </w:r>
      <w:r>
        <w:rPr>
          <w:rFonts w:ascii="Nirmala UI" w:hAnsi="Nirmala UI" w:cs="Nirmala UI" w:eastAsia="Nirmala UI"/>
          <w:b w:val="0"/>
          <w:bCs/>
          <w:highlight w:val="yellow"/>
        </w:rPr>
        <w:t>[ग्राम पंचायत / वार्ड संख्या]</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[प्रयोजन]</w:t>
      </w:r>
      <w:r>
        <w:rPr>
          <w:rFonts w:ascii="Nirmala UI" w:hAnsi="Nirmala UI" w:cs="Nirmala UI" w:eastAsia="Nirmala UI"/>
          <w:b/>
          <w:bCs/>
        </w:rPr>
        <w:t xml:space="preserve"> हेतु चरित्र प्रमाण पत्र के लिए आवेदन</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मैं इस क्षेत्र का स्थायी निवासी/की स्थायी निवासी हूँ और </w:t>
      </w:r>
      <w:r>
        <w:rPr>
          <w:rFonts w:ascii="Nirmala UI" w:hAnsi="Nirmala UI" w:cs="Nirmala UI" w:eastAsia="Nirmala UI"/>
          <w:b w:val="0"/>
          <w:bCs/>
          <w:highlight w:val="yellow"/>
        </w:rPr>
        <w:t>[वर्ष]</w:t>
      </w:r>
      <w:r>
        <w:rPr>
          <w:rFonts w:ascii="Nirmala UI" w:hAnsi="Nirmala UI" w:cs="Nirmala UI" w:eastAsia="Nirmala UI"/>
          <w:b w:val="0"/>
          <w:bCs/>
        </w:rPr>
        <w:t xml:space="preserve"> से नीचे दिए गए पते पर रह रहा/रही हूँ। आप मुझे और मेरे परिवार को भली-भाँति जानते हैं।</w:t>
      </w:r>
    </w:p>
    <w:p>
      <w:pPr>
        <w:spacing w:after="160"/>
      </w:pPr>
      <w:r>
        <w:rPr>
          <w:rFonts w:ascii="Nirmala UI" w:hAnsi="Nirmala UI" w:cs="Nirmala UI" w:eastAsia="Nirmala UI"/>
          <w:b w:val="0"/>
          <w:bCs/>
        </w:rPr>
        <w:t xml:space="preserve">मुझे </w:t>
      </w:r>
      <w:r>
        <w:rPr>
          <w:rFonts w:ascii="Nirmala UI" w:hAnsi="Nirmala UI" w:cs="Nirmala UI" w:eastAsia="Nirmala UI"/>
          <w:b w:val="0"/>
          <w:bCs/>
          <w:highlight w:val="yellow"/>
        </w:rPr>
        <w:t>[प्रयोजन]</w:t>
      </w:r>
      <w:r>
        <w:rPr>
          <w:rFonts w:ascii="Nirmala UI" w:hAnsi="Nirmala UI" w:cs="Nirmala UI" w:eastAsia="Nirmala UI"/>
          <w:b w:val="0"/>
          <w:bCs/>
        </w:rPr>
        <w:t xml:space="preserve"> के लिए चरित्र प्रमाण पत्र की आवश्यकता है। मैं कभी किसी आपराधिक मामले या गैरकानूनी गतिविधि में शामिल नहीं रहा/रही। कृपया शीघ्र प्रमाण पत्र जारी करने की कृपा करें।</w:t>
      </w:r>
    </w:p>
    <w:p>
      <w:pPr>
        <w:spacing w:after="160"/>
      </w:pPr>
      <w:r>
        <w:rPr>
          <w:rFonts w:ascii="Nirmala UI" w:hAnsi="Nirmala UI" w:cs="Nirmala UI" w:eastAsia="Nirmala UI"/>
          <w:b w:val="0"/>
          <w:bCs/>
        </w:rPr>
        <w:t>मेरे आधार कार्ड की प्रति और हाल का फोटो संलग्न है।</w:t>
      </w:r>
    </w:p>
    <w:p>
      <w:pPr>
        <w:spacing w:after="160"/>
      </w:pPr>
      <w:r>
        <w:rPr>
          <w:rFonts w:ascii="Nirmala UI" w:hAnsi="Nirmala UI" w:cs="Nirmala UI" w:eastAsia="Nirmala UI"/>
          <w:b w:val="0"/>
          <w:bCs/>
        </w:rPr>
        <w:t>इसके लिए मैं आपका आभारी रहूँगा/रहूँगी।</w:t>
      </w:r>
    </w:p>
    <w:p>
      <w:pPr>
        <w:spacing w:after="160"/>
      </w:pPr>
      <w:r>
        <w:rPr>
          <w:rFonts w:ascii="Nirmala UI" w:hAnsi="Nirmala UI" w:cs="Nirmala UI" w:eastAsia="Nirmala UI"/>
          <w:b w:val="0"/>
          <w:bCs/>
        </w:rPr>
        <w:t>सधन्यवाद,</w:t>
      </w:r>
    </w:p>
    <w:p>
      <w:pPr>
        <w:spacing w:after="160"/>
      </w:pPr>
      <w:r>
        <w:rPr>
          <w:rFonts w:ascii="Nirmala UI" w:hAnsi="Nirmala UI" w:cs="Nirmala UI" w:eastAsia="Nirmala UI"/>
          <w:b w:val="0"/>
          <w:bCs/>
        </w:rPr>
        <w:t>प्रार्थी / प्रार्थिनी</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ईमेल: </w:t>
      </w:r>
      <w:r>
        <w:rPr>
          <w:rFonts w:ascii="Nirmala UI" w:hAnsi="Nirmala UI" w:cs="Nirmala UI" w:eastAsia="Nirmala UI"/>
          <w:b w:val="0"/>
          <w:bCs/>
          <w:highlight w:val="yellow"/>
        </w:rPr>
        <w:t>[ ]</w:t>
      </w:r>
    </w:p>
    <w:p>
      <w:r>
        <w:br w:type="page"/>
      </w:r>
    </w:p>
    <w:p>
      <w:pPr>
        <w:spacing w:after="40"/>
      </w:pPr>
      <w:r>
        <w:rPr>
          <w:rFonts w:ascii="Nirmala UI" w:hAnsi="Nirmala UI" w:cs="Nirmala UI" w:eastAsia="Nirmala UI"/>
          <w:b/>
          <w:bCs/>
          <w:color w:val="2563EB"/>
          <w:sz w:val="28"/>
          <w:szCs w:val="28"/>
        </w:rPr>
        <w:t>20. प्राधिकार पत्र (किसी को अधिकृत करना)</w:t>
      </w:r>
    </w:p>
    <w:p>
      <w:pPr>
        <w:spacing w:after="200"/>
      </w:pPr>
      <w:r>
        <w:rPr>
          <w:rFonts w:ascii="Nirmala UI" w:hAnsi="Nirmala UI" w:cs="Nirmala UI" w:eastAsia="Nirmala UI"/>
          <w:b w:val="0"/>
          <w:bCs/>
          <w:color w:val="55607A"/>
          <w:sz w:val="18"/>
          <w:szCs w:val="18"/>
        </w:rPr>
        <w:t>भरें: व्यक्ति का नाम, आपसे संबंध, उनका पहचान प्रमाण, कार्य, आरंभ तिथि</w:t>
      </w:r>
    </w:p>
    <w:p>
      <w:pPr>
        <w:spacing w:after="160"/>
      </w:pPr>
      <w:r>
        <w:rPr>
          <w:rFonts w:ascii="Nirmala UI" w:hAnsi="Nirmala UI" w:cs="Nirmala UI" w:eastAsia="Nirmala UI"/>
          <w:b w:val="0"/>
          <w:bCs/>
        </w:rPr>
        <w:t xml:space="preserve">दिनांक: </w:t>
      </w:r>
      <w:r>
        <w:rPr>
          <w:rFonts w:ascii="Nirmala UI" w:hAnsi="Nirmala UI" w:cs="Nirmala UI" w:eastAsia="Nirmala UI"/>
          <w:b w:val="0"/>
          <w:bCs/>
          <w:highlight w:val="yellow"/>
        </w:rPr>
        <w:t>[दिनांक]</w:t>
      </w:r>
    </w:p>
    <w:p>
      <w:pPr>
        <w:spacing w:after="160"/>
      </w:pPr>
      <w:r>
        <w:rPr>
          <w:rFonts w:ascii="Nirmala UI" w:hAnsi="Nirmala UI" w:cs="Nirmala UI" w:eastAsia="Nirmala UI"/>
          <w:b w:val="0"/>
          <w:bCs/>
        </w:rPr>
        <w:t>सेवा में,</w:t>
      </w:r>
      <w:r>
        <w:br/>
      </w:r>
      <w:r>
        <w:rPr>
          <w:rFonts w:ascii="Nirmala UI" w:hAnsi="Nirmala UI" w:cs="Nirmala UI" w:eastAsia="Nirmala UI"/>
          <w:b w:val="0"/>
          <w:bCs/>
        </w:rPr>
        <w:t>शाखा प्रबंधक / प्रभारी अधिकारी</w:t>
      </w:r>
      <w:r>
        <w:br/>
      </w:r>
      <w:r>
        <w:rPr>
          <w:rFonts w:ascii="Nirmala UI" w:hAnsi="Nirmala UI" w:cs="Nirmala UI" w:eastAsia="Nirmala UI"/>
          <w:b w:val="0"/>
          <w:bCs/>
          <w:highlight w:val="yellow"/>
        </w:rPr>
        <w:t>[कार्यालय / बैंक का नाम]</w:t>
      </w:r>
      <w:r>
        <w:br/>
      </w:r>
      <w:r>
        <w:rPr>
          <w:rFonts w:ascii="Nirmala UI" w:hAnsi="Nirmala UI" w:cs="Nirmala UI" w:eastAsia="Nirmala UI"/>
          <w:b w:val="0"/>
          <w:bCs/>
          <w:highlight w:val="yellow"/>
        </w:rPr>
        <w:t>[शहर]</w:t>
      </w:r>
    </w:p>
    <w:p>
      <w:pPr>
        <w:spacing w:after="160"/>
      </w:pPr>
      <w:r>
        <w:rPr>
          <w:rFonts w:ascii="Nirmala UI" w:hAnsi="Nirmala UI" w:cs="Nirmala UI" w:eastAsia="Nirmala UI"/>
          <w:b/>
          <w:bCs/>
        </w:rPr>
        <w:t xml:space="preserve">विषय: </w:t>
      </w:r>
      <w:r>
        <w:rPr>
          <w:rFonts w:ascii="Nirmala UI" w:hAnsi="Nirmala UI" w:cs="Nirmala UI" w:eastAsia="Nirmala UI"/>
          <w:b/>
          <w:bCs/>
          <w:highlight w:val="yellow"/>
        </w:rPr>
        <w:t>[व्यक्ति का नाम]</w:t>
      </w:r>
      <w:r>
        <w:rPr>
          <w:rFonts w:ascii="Nirmala UI" w:hAnsi="Nirmala UI" w:cs="Nirmala UI" w:eastAsia="Nirmala UI"/>
          <w:b/>
          <w:bCs/>
        </w:rPr>
        <w:t xml:space="preserve"> के पक्ष में प्राधिकार पत्र</w:t>
      </w:r>
    </w:p>
    <w:p>
      <w:pPr>
        <w:spacing w:after="160"/>
      </w:pPr>
      <w:r>
        <w:rPr>
          <w:rFonts w:ascii="Nirmala UI" w:hAnsi="Nirmala UI" w:cs="Nirmala UI" w:eastAsia="Nirmala UI"/>
          <w:b w:val="0"/>
          <w:bCs/>
        </w:rPr>
        <w:t>महोदय/महोदया,</w:t>
      </w:r>
    </w:p>
    <w:p>
      <w:pPr>
        <w:spacing w:after="160"/>
      </w:pPr>
      <w:r>
        <w:rPr>
          <w:rFonts w:ascii="Nirmala UI" w:hAnsi="Nirmala UI" w:cs="Nirmala UI" w:eastAsia="Nirmala UI"/>
          <w:b w:val="0"/>
          <w:bCs/>
        </w:rPr>
        <w:t xml:space="preserve">मैं, </w:t>
      </w:r>
      <w:r>
        <w:rPr>
          <w:rFonts w:ascii="Nirmala UI" w:hAnsi="Nirmala UI" w:cs="Nirmala UI" w:eastAsia="Nirmala UI"/>
          <w:b w:val="0"/>
          <w:bCs/>
          <w:highlight w:val="yellow"/>
        </w:rPr>
        <w:t>[आपका नाम]</w:t>
      </w:r>
      <w:r>
        <w:rPr>
          <w:rFonts w:ascii="Nirmala UI" w:hAnsi="Nirmala UI" w:cs="Nirmala UI" w:eastAsia="Nirmala UI"/>
          <w:b w:val="0"/>
          <w:bCs/>
        </w:rPr>
        <w:t xml:space="preserve">, स्वयं उपस्थित न हो पाने के कारण अपने </w:t>
      </w:r>
      <w:r>
        <w:rPr>
          <w:rFonts w:ascii="Nirmala UI" w:hAnsi="Nirmala UI" w:cs="Nirmala UI" w:eastAsia="Nirmala UI"/>
          <w:b w:val="0"/>
          <w:bCs/>
          <w:highlight w:val="yellow"/>
        </w:rPr>
        <w:t>[आपसे संबंध]</w:t>
      </w:r>
      <w:r>
        <w:rPr>
          <w:rFonts w:ascii="Nirmala UI" w:hAnsi="Nirmala UI" w:cs="Nirmala UI" w:eastAsia="Nirmala UI"/>
          <w:b w:val="0"/>
          <w:bCs/>
        </w:rPr>
        <w:t xml:space="preserve"> श्री/सुश्री </w:t>
      </w:r>
      <w:r>
        <w:rPr>
          <w:rFonts w:ascii="Nirmala UI" w:hAnsi="Nirmala UI" w:cs="Nirmala UI" w:eastAsia="Nirmala UI"/>
          <w:b w:val="0"/>
          <w:bCs/>
          <w:highlight w:val="yellow"/>
        </w:rPr>
        <w:t>[व्यक्ति का नाम]</w:t>
      </w:r>
      <w:r>
        <w:rPr>
          <w:rFonts w:ascii="Nirmala UI" w:hAnsi="Nirmala UI" w:cs="Nirmala UI" w:eastAsia="Nirmala UI"/>
          <w:b w:val="0"/>
          <w:bCs/>
        </w:rPr>
        <w:t xml:space="preserve"> को </w:t>
      </w:r>
      <w:r>
        <w:rPr>
          <w:rFonts w:ascii="Nirmala UI" w:hAnsi="Nirmala UI" w:cs="Nirmala UI" w:eastAsia="Nirmala UI"/>
          <w:b w:val="0"/>
          <w:bCs/>
          <w:highlight w:val="yellow"/>
        </w:rPr>
        <w:t>[आरंभ तिथि]</w:t>
      </w:r>
      <w:r>
        <w:rPr>
          <w:rFonts w:ascii="Nirmala UI" w:hAnsi="Nirmala UI" w:cs="Nirmala UI" w:eastAsia="Nirmala UI"/>
          <w:b w:val="0"/>
          <w:bCs/>
        </w:rPr>
        <w:t xml:space="preserve"> को मेरी ओर से </w:t>
      </w:r>
      <w:r>
        <w:rPr>
          <w:rFonts w:ascii="Nirmala UI" w:hAnsi="Nirmala UI" w:cs="Nirmala UI" w:eastAsia="Nirmala UI"/>
          <w:b w:val="0"/>
          <w:bCs/>
          <w:highlight w:val="yellow"/>
        </w:rPr>
        <w:t>[कार्य]</w:t>
      </w:r>
      <w:r>
        <w:rPr>
          <w:rFonts w:ascii="Nirmala UI" w:hAnsi="Nirmala UI" w:cs="Nirmala UI" w:eastAsia="Nirmala UI"/>
          <w:b w:val="0"/>
          <w:bCs/>
        </w:rPr>
        <w:t xml:space="preserve"> के लिए अधिकृत करता/करती हूँ।</w:t>
      </w:r>
    </w:p>
    <w:p>
      <w:pPr>
        <w:spacing w:after="160"/>
      </w:pPr>
      <w:r>
        <w:rPr>
          <w:rFonts w:ascii="Nirmala UI" w:hAnsi="Nirmala UI" w:cs="Nirmala UI" w:eastAsia="Nirmala UI"/>
          <w:b w:val="0"/>
          <w:bCs/>
        </w:rPr>
        <w:t xml:space="preserve">उनका पहचान प्रमाण </w:t>
      </w:r>
      <w:r>
        <w:rPr>
          <w:rFonts w:ascii="Nirmala UI" w:hAnsi="Nirmala UI" w:cs="Nirmala UI" w:eastAsia="Nirmala UI"/>
          <w:b w:val="0"/>
          <w:bCs/>
          <w:highlight w:val="yellow"/>
        </w:rPr>
        <w:t>[उनका पहचान प्रमाण]</w:t>
      </w:r>
      <w:r>
        <w:rPr>
          <w:rFonts w:ascii="Nirmala UI" w:hAnsi="Nirmala UI" w:cs="Nirmala UI" w:eastAsia="Nirmala UI"/>
          <w:b w:val="0"/>
          <w:bCs/>
        </w:rPr>
        <w:t xml:space="preserve"> है। कृपया उन्हें यह कार्य पूरा करने दें। सत्यापन हेतु उनके हस्ताक्षर नीचे दिए गए हैं।</w:t>
      </w:r>
    </w:p>
    <w:p>
      <w:pPr>
        <w:spacing w:after="160"/>
      </w:pPr>
      <w:r>
        <w:rPr>
          <w:rFonts w:ascii="Nirmala UI" w:hAnsi="Nirmala UI" w:cs="Nirmala UI" w:eastAsia="Nirmala UI"/>
          <w:b w:val="0"/>
          <w:bCs/>
        </w:rPr>
        <w:t>मेरे और उनके पहचान प्रमाण की स्व-सत्यापित प्रतियाँ संलग्न हैं।</w:t>
      </w:r>
    </w:p>
    <w:p>
      <w:pPr>
        <w:spacing w:after="160"/>
      </w:pPr>
      <w:r>
        <w:rPr>
          <w:rFonts w:ascii="Nirmala UI" w:hAnsi="Nirmala UI" w:cs="Nirmala UI" w:eastAsia="Nirmala UI"/>
          <w:b w:val="0"/>
          <w:bCs/>
        </w:rPr>
        <w:t>अधिकृत व्यक्ति के हस्ताक्षर: ____________________</w:t>
      </w:r>
    </w:p>
    <w:p>
      <w:pPr>
        <w:spacing w:after="160"/>
      </w:pPr>
      <w:r>
        <w:rPr>
          <w:rFonts w:ascii="Nirmala UI" w:hAnsi="Nirmala UI" w:cs="Nirmala UI" w:eastAsia="Nirmala UI"/>
          <w:b w:val="0"/>
          <w:bCs/>
        </w:rPr>
        <w:t>भवदीय / भवदीया</w:t>
      </w:r>
      <w:r>
        <w:br/>
      </w:r>
      <w:r>
        <w:br/>
      </w:r>
      <w:r>
        <w:br/>
      </w:r>
      <w:r>
        <w:rPr>
          <w:rFonts w:ascii="Nirmala UI" w:hAnsi="Nirmala UI" w:cs="Nirmala UI" w:eastAsia="Nirmala UI"/>
          <w:b w:val="0"/>
          <w:bCs/>
          <w:highlight w:val="yellow"/>
        </w:rPr>
        <w:t>[आपका नाम]</w:t>
      </w:r>
      <w:r>
        <w:br/>
      </w:r>
      <w:r>
        <w:rPr>
          <w:rFonts w:ascii="Nirmala UI" w:hAnsi="Nirmala UI" w:cs="Nirmala UI" w:eastAsia="Nirmala UI"/>
          <w:b w:val="0"/>
          <w:bCs/>
          <w:highlight w:val="yellow"/>
        </w:rPr>
        <w:t>[आपका पता]</w:t>
      </w:r>
      <w:r>
        <w:br/>
      </w:r>
      <w:r>
        <w:rPr>
          <w:rFonts w:ascii="Nirmala UI" w:hAnsi="Nirmala UI" w:cs="Nirmala UI" w:eastAsia="Nirmala UI"/>
          <w:b w:val="0"/>
          <w:bCs/>
        </w:rPr>
        <w:t xml:space="preserve">मोबाइल: </w:t>
      </w:r>
      <w:r>
        <w:rPr>
          <w:rFonts w:ascii="Nirmala UI" w:hAnsi="Nirmala UI" w:cs="Nirmala UI" w:eastAsia="Nirmala UI"/>
          <w:b w:val="0"/>
          <w:bCs/>
          <w:highlight w:val="yellow"/>
        </w:rPr>
        <w:t>[ ]</w:t>
      </w:r>
      <w:r>
        <w:br/>
      </w:r>
      <w:r>
        <w:rPr>
          <w:rFonts w:ascii="Nirmala UI" w:hAnsi="Nirmala UI" w:cs="Nirmala UI" w:eastAsia="Nirmala UI"/>
          <w:b w:val="0"/>
          <w:bCs/>
        </w:rPr>
        <w:t xml:space="preserve">ईमेल: </w:t>
      </w:r>
      <w:r>
        <w:rPr>
          <w:rFonts w:ascii="Nirmala UI" w:hAnsi="Nirmala UI" w:cs="Nirmala UI" w:eastAsia="Nirmala UI"/>
          <w:b w:val="0"/>
          <w:bCs/>
          <w:highlight w:val="yellow"/>
        </w:rPr>
        <w:t>[ ]</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irmala UI" w:hAnsi="Nirmala UI" w:eastAsia="Nirmala UI" w:cs="Nirmala UI"/>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Hindi Application Formats: 20 Prarthana Patra (Word)</dc:title>
  <dc:subject>Free Word file with the Hindi prarthana patra format explained and 20 Hindi applications: chhutti, fees maafi, TC, bank, bijli-pani shikayat, chori ki FIR, pradhikar patra.</dc:subject>
  <dc:creator>Nivesh Sahayak</dc:creator>
  <cp:keywords>Toolkit by GroupChatOn</cp:keywords>
  <dc:description>From Toolkit by GroupChatOn (https://toolkit.groupchaton.com/letters/letters-hindi-word/). Designed &amp; Developed by: Nivesh Sahayak (https://www.niveshsahayak.in/)</dc:description>
  <cp:lastModifiedBy>Nivesh Sahayak</cp:lastModifiedBy>
  <cp:revision>1</cp:revision>
  <dcterms:created xsi:type="dcterms:W3CDTF">2026-11-02T23:51:58Z</dcterms:created>
  <dcterms:modified xsi:type="dcterms:W3CDTF">2026-11-02T23:51:58Z</dcterms:modified>
  <cp:category/>
</cp:coreProperties>
</file>