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563EB"/>
          <w:sz w:val="44"/>
        </w:rPr>
        <w:t>Formal Letter Format Guide</w:t>
      </w:r>
    </w:p>
    <w:p>
      <w:pPr>
        <w:spacing w:after="240"/>
      </w:pPr>
      <w:r>
        <w:rPr>
          <w:b w:val="0"/>
          <w:color w:val="55607A"/>
          <w:sz w:val="22"/>
        </w:rPr>
        <w:t>How to lay out a formal letter (Indian, UK and US styles) and the 20 letters people write most often, ready to fill in.</w:t>
      </w:r>
    </w:p>
    <w:p>
      <w:pPr>
        <w:spacing w:after="80"/>
      </w:pPr>
      <w:r>
        <w:rPr>
          <w:b/>
          <w:color w:val="2563EB"/>
          <w:sz w:val="26"/>
        </w:rPr>
        <w:t>How to use this file</w:t>
      </w:r>
    </w:p>
    <w:p>
      <w:pPr>
        <w:pStyle w:val="ListBullet"/>
        <w:spacing w:after="40"/>
      </w:pPr>
      <w:r>
        <w:rPr>
          <w:b w:val="0"/>
          <w:sz w:val="21"/>
        </w:rPr>
        <w:t xml:space="preserve">Replace every yellow </w:t>
      </w:r>
      <w:r>
        <w:rPr>
          <w:b w:val="0"/>
          <w:sz w:val="21"/>
          <w:highlight w:val="yellow"/>
        </w:rPr>
        <w:t>[bracket]</w:t>
      </w:r>
      <w:r>
        <w:rPr>
          <w:b w:val="0"/>
          <w:sz w:val="21"/>
        </w:rPr>
        <w:t xml:space="preserve"> with your own detail, then remove the highlight (Home › Text Highlight Colour › No Colour).</w:t>
      </w:r>
    </w:p>
    <w:p>
      <w:pPr>
        <w:pStyle w:val="ListBullet"/>
        <w:spacing w:after="40"/>
      </w:pPr>
      <w:r>
        <w:rPr>
          <w:b w:val="0"/>
          <w:sz w:val="21"/>
        </w:rPr>
        <w:t>Where two forms are shown (he/she, son/daughter), keep the one that fits and delete the other.</w:t>
      </w:r>
    </w:p>
    <w:p>
      <w:pPr>
        <w:pStyle w:val="ListBullet"/>
        <w:spacing w:after="40"/>
      </w:pPr>
      <w:r>
        <w:rPr>
          <w:b w:val="0"/>
          <w:sz w:val="21"/>
        </w:rPr>
        <w:t>Delete any sentence that does not fit your case. Sign above your name and keep a copy of what you send.</w:t>
      </w:r>
    </w:p>
    <w:p>
      <w:pPr>
        <w:pStyle w:val="ListBullet"/>
        <w:spacing w:after="40"/>
      </w:pPr>
      <w:r>
        <w:rPr>
          <w:b w:val="0"/>
          <w:sz w:val="21"/>
        </w:rPr>
        <w:t>The online letter writer at toolkit.groupchaton.com fills 78 letter types in English or Hindi from a short form.</w:t>
      </w:r>
    </w:p>
    <w:p>
      <w:pPr>
        <w:spacing w:after="120"/>
      </w:pPr>
    </w:p>
    <w:p>
      <w:pPr>
        <w:spacing w:after="80"/>
      </w:pPr>
      <w:r>
        <w:rPr>
          <w:b/>
          <w:color w:val="2563EB"/>
          <w:sz w:val="26"/>
        </w:rPr>
        <w:t>The 9 parts of a formal letter</w:t>
      </w:r>
    </w:p>
    <w:tbl>
      <w:tblPr>
        <w:tblStyle w:val="TableGrid"/>
        <w:tblW w:type="auto" w:w="0"/>
        <w:tblLook w:firstColumn="1" w:firstRow="1" w:lastColumn="0" w:lastRow="0" w:noHBand="0" w:noVBand="1" w:val="04A0"/>
      </w:tblPr>
      <w:tblGrid>
        <w:gridCol w:w="2409"/>
        <w:gridCol w:w="2409"/>
        <w:gridCol w:w="2409"/>
        <w:gridCol w:w="2409"/>
      </w:tblGrid>
      <w:tr>
        <w:tc>
          <w:tcPr>
            <w:tcW w:type="dxa" w:w="454"/>
            <w:shd w:val="clear" w:color="auto" w:fill="2563EB"/>
          </w:tcPr>
          <w:p>
            <w:r/>
            <w:r>
              <w:rPr>
                <w:b/>
                <w:color w:val="FFFFFF"/>
                <w:sz w:val="20"/>
              </w:rPr>
              <w:t>#</w:t>
            </w:r>
          </w:p>
        </w:tc>
        <w:tc>
          <w:tcPr>
            <w:tcW w:type="dxa" w:w="1814"/>
            <w:shd w:val="clear" w:color="auto" w:fill="2563EB"/>
          </w:tcPr>
          <w:p>
            <w:r/>
            <w:r>
              <w:rPr>
                <w:b/>
                <w:color w:val="FFFFFF"/>
                <w:sz w:val="20"/>
              </w:rPr>
              <w:t>Part</w:t>
            </w:r>
          </w:p>
        </w:tc>
        <w:tc>
          <w:tcPr>
            <w:tcW w:type="dxa" w:w="4082"/>
            <w:shd w:val="clear" w:color="auto" w:fill="2563EB"/>
          </w:tcPr>
          <w:p>
            <w:r/>
            <w:r>
              <w:rPr>
                <w:b/>
                <w:color w:val="FFFFFF"/>
                <w:sz w:val="20"/>
              </w:rPr>
              <w:t>What to write</w:t>
            </w:r>
          </w:p>
        </w:tc>
        <w:tc>
          <w:tcPr>
            <w:tcW w:type="dxa" w:w="3288"/>
            <w:shd w:val="clear" w:color="auto" w:fill="2563EB"/>
          </w:tcPr>
          <w:p>
            <w:r/>
            <w:r>
              <w:rPr>
                <w:b/>
                <w:color w:val="FFFFFF"/>
                <w:sz w:val="20"/>
              </w:rPr>
              <w:t>Example</w:t>
            </w:r>
          </w:p>
        </w:tc>
      </w:tr>
      <w:tr>
        <w:tc>
          <w:tcPr>
            <w:tcW w:type="dxa" w:w="454"/>
          </w:tcPr>
          <w:p>
            <w:r>
              <w:rPr>
                <w:sz w:val="20"/>
              </w:rPr>
              <w:t>1</w:t>
            </w:r>
          </w:p>
        </w:tc>
        <w:tc>
          <w:tcPr>
            <w:tcW w:type="dxa" w:w="1814"/>
          </w:tcPr>
          <w:p>
            <w:r>
              <w:rPr>
                <w:sz w:val="20"/>
              </w:rPr>
              <w:t>Sender's address</w:t>
            </w:r>
          </w:p>
        </w:tc>
        <w:tc>
          <w:tcPr>
            <w:tcW w:type="dxa" w:w="4082"/>
          </w:tcPr>
          <w:p>
            <w:r>
              <w:rPr>
                <w:sz w:val="20"/>
              </w:rPr>
              <w:t>Your address. In Indian school applications it goes under your name at the end; in UK and US letters at the top.</w:t>
            </w:r>
          </w:p>
        </w:tc>
        <w:tc>
          <w:tcPr>
            <w:tcW w:type="dxa" w:w="3288"/>
          </w:tcPr>
          <w:p>
            <w:r>
              <w:rPr>
                <w:sz w:val="20"/>
              </w:rPr>
              <w:t>House 24, Model Town, Ludhiana 141002</w:t>
            </w:r>
          </w:p>
        </w:tc>
      </w:tr>
      <w:tr>
        <w:tc>
          <w:tcPr>
            <w:tcW w:type="dxa" w:w="454"/>
          </w:tcPr>
          <w:p>
            <w:r>
              <w:rPr>
                <w:sz w:val="20"/>
              </w:rPr>
              <w:t>2</w:t>
            </w:r>
          </w:p>
        </w:tc>
        <w:tc>
          <w:tcPr>
            <w:tcW w:type="dxa" w:w="1814"/>
          </w:tcPr>
          <w:p>
            <w:r>
              <w:rPr>
                <w:sz w:val="20"/>
              </w:rPr>
              <w:t>Date</w:t>
            </w:r>
          </w:p>
        </w:tc>
        <w:tc>
          <w:tcPr>
            <w:tcW w:type="dxa" w:w="4082"/>
          </w:tcPr>
          <w:p>
            <w:r>
              <w:rPr>
                <w:sz w:val="20"/>
              </w:rPr>
              <w:t>The day you write. Keep one style all through the letter.</w:t>
            </w:r>
          </w:p>
        </w:tc>
        <w:tc>
          <w:tcPr>
            <w:tcW w:type="dxa" w:w="3288"/>
          </w:tcPr>
          <w:p>
            <w:r>
              <w:rPr>
                <w:sz w:val="20"/>
              </w:rPr>
              <w:t>Date: 03-11-2026 / 3 November 2026</w:t>
            </w:r>
          </w:p>
        </w:tc>
      </w:tr>
      <w:tr>
        <w:tc>
          <w:tcPr>
            <w:tcW w:type="dxa" w:w="454"/>
          </w:tcPr>
          <w:p>
            <w:r>
              <w:rPr>
                <w:sz w:val="20"/>
              </w:rPr>
              <w:t>3</w:t>
            </w:r>
          </w:p>
        </w:tc>
        <w:tc>
          <w:tcPr>
            <w:tcW w:type="dxa" w:w="1814"/>
          </w:tcPr>
          <w:p>
            <w:r>
              <w:rPr>
                <w:sz w:val="20"/>
              </w:rPr>
              <w:t>Receiver's address</w:t>
            </w:r>
          </w:p>
        </w:tc>
        <w:tc>
          <w:tcPr>
            <w:tcW w:type="dxa" w:w="4082"/>
          </w:tcPr>
          <w:p>
            <w:r>
              <w:rPr>
                <w:sz w:val="20"/>
              </w:rPr>
              <w:t>Designation or name, office, city. Start with "To," in the Indian style.</w:t>
            </w:r>
          </w:p>
        </w:tc>
        <w:tc>
          <w:tcPr>
            <w:tcW w:type="dxa" w:w="3288"/>
          </w:tcPr>
          <w:p>
            <w:r>
              <w:rPr>
                <w:sz w:val="20"/>
              </w:rPr>
              <w:t>To, The Branch Manager, State Bank of India, Model Town, Ludhiana</w:t>
            </w:r>
          </w:p>
        </w:tc>
      </w:tr>
      <w:tr>
        <w:tc>
          <w:tcPr>
            <w:tcW w:type="dxa" w:w="454"/>
          </w:tcPr>
          <w:p>
            <w:r>
              <w:rPr>
                <w:sz w:val="20"/>
              </w:rPr>
              <w:t>4</w:t>
            </w:r>
          </w:p>
        </w:tc>
        <w:tc>
          <w:tcPr>
            <w:tcW w:type="dxa" w:w="1814"/>
          </w:tcPr>
          <w:p>
            <w:r>
              <w:rPr>
                <w:sz w:val="20"/>
              </w:rPr>
              <w:t>Subject</w:t>
            </w:r>
          </w:p>
        </w:tc>
        <w:tc>
          <w:tcPr>
            <w:tcW w:type="dxa" w:w="4082"/>
          </w:tcPr>
          <w:p>
            <w:r>
              <w:rPr>
                <w:sz w:val="20"/>
              </w:rPr>
              <w:t>One line that says what the letter is about. Bold or underlined.</w:t>
            </w:r>
          </w:p>
        </w:tc>
        <w:tc>
          <w:tcPr>
            <w:tcW w:type="dxa" w:w="3288"/>
          </w:tcPr>
          <w:p>
            <w:r>
              <w:rPr>
                <w:sz w:val="20"/>
              </w:rPr>
              <w:t>Subject: Request for a new cheque book</w:t>
            </w:r>
          </w:p>
        </w:tc>
      </w:tr>
      <w:tr>
        <w:tc>
          <w:tcPr>
            <w:tcW w:type="dxa" w:w="454"/>
          </w:tcPr>
          <w:p>
            <w:r>
              <w:rPr>
                <w:sz w:val="20"/>
              </w:rPr>
              <w:t>5</w:t>
            </w:r>
          </w:p>
        </w:tc>
        <w:tc>
          <w:tcPr>
            <w:tcW w:type="dxa" w:w="1814"/>
          </w:tcPr>
          <w:p>
            <w:r>
              <w:rPr>
                <w:sz w:val="20"/>
              </w:rPr>
              <w:t>Salutation</w:t>
            </w:r>
          </w:p>
        </w:tc>
        <w:tc>
          <w:tcPr>
            <w:tcW w:type="dxa" w:w="4082"/>
          </w:tcPr>
          <w:p>
            <w:r>
              <w:rPr>
                <w:sz w:val="20"/>
              </w:rPr>
              <w:t>Dear Sir/Madam, Respected Sir (school), or Dear Mr. Gupta when you know the name.</w:t>
            </w:r>
          </w:p>
        </w:tc>
        <w:tc>
          <w:tcPr>
            <w:tcW w:type="dxa" w:w="3288"/>
          </w:tcPr>
          <w:p>
            <w:r>
              <w:rPr>
                <w:sz w:val="20"/>
              </w:rPr>
              <w:t>Respected Sir,</w:t>
            </w:r>
          </w:p>
        </w:tc>
      </w:tr>
      <w:tr>
        <w:tc>
          <w:tcPr>
            <w:tcW w:type="dxa" w:w="454"/>
          </w:tcPr>
          <w:p>
            <w:r>
              <w:rPr>
                <w:sz w:val="20"/>
              </w:rPr>
              <w:t>6</w:t>
            </w:r>
          </w:p>
        </w:tc>
        <w:tc>
          <w:tcPr>
            <w:tcW w:type="dxa" w:w="1814"/>
          </w:tcPr>
          <w:p>
            <w:r>
              <w:rPr>
                <w:sz w:val="20"/>
              </w:rPr>
              <w:t>Opening</w:t>
            </w:r>
          </w:p>
        </w:tc>
        <w:tc>
          <w:tcPr>
            <w:tcW w:type="dxa" w:w="4082"/>
          </w:tcPr>
          <w:p>
            <w:r>
              <w:rPr>
                <w:sz w:val="20"/>
              </w:rPr>
              <w:t>Who you are and why you are writing, in one or two sentences.</w:t>
            </w:r>
          </w:p>
        </w:tc>
        <w:tc>
          <w:tcPr>
            <w:tcW w:type="dxa" w:w="3288"/>
          </w:tcPr>
          <w:p>
            <w:r>
              <w:rPr>
                <w:sz w:val="20"/>
              </w:rPr>
              <w:t>I am a student of Class VIII-B of your school.</w:t>
            </w:r>
          </w:p>
        </w:tc>
      </w:tr>
      <w:tr>
        <w:tc>
          <w:tcPr>
            <w:tcW w:type="dxa" w:w="454"/>
          </w:tcPr>
          <w:p>
            <w:r>
              <w:rPr>
                <w:sz w:val="20"/>
              </w:rPr>
              <w:t>7</w:t>
            </w:r>
          </w:p>
        </w:tc>
        <w:tc>
          <w:tcPr>
            <w:tcW w:type="dxa" w:w="1814"/>
          </w:tcPr>
          <w:p>
            <w:r>
              <w:rPr>
                <w:sz w:val="20"/>
              </w:rPr>
              <w:t>Body</w:t>
            </w:r>
          </w:p>
        </w:tc>
        <w:tc>
          <w:tcPr>
            <w:tcW w:type="dxa" w:w="4082"/>
          </w:tcPr>
          <w:p>
            <w:r>
              <w:rPr>
                <w:sz w:val="20"/>
              </w:rPr>
              <w:t>The facts, dates, numbers and exactly what you are asking for. Short paragraphs.</w:t>
            </w:r>
          </w:p>
        </w:tc>
        <w:tc>
          <w:tcPr>
            <w:tcW w:type="dxa" w:w="3288"/>
          </w:tcPr>
          <w:p>
            <w:r>
              <w:rPr>
                <w:sz w:val="20"/>
              </w:rPr>
              <w:t>Kindly grant me leave from 03-11-2026 to 05-11-2026.</w:t>
            </w:r>
          </w:p>
        </w:tc>
      </w:tr>
      <w:tr>
        <w:tc>
          <w:tcPr>
            <w:tcW w:type="dxa" w:w="454"/>
          </w:tcPr>
          <w:p>
            <w:r>
              <w:rPr>
                <w:sz w:val="20"/>
              </w:rPr>
              <w:t>8</w:t>
            </w:r>
          </w:p>
        </w:tc>
        <w:tc>
          <w:tcPr>
            <w:tcW w:type="dxa" w:w="1814"/>
          </w:tcPr>
          <w:p>
            <w:r>
              <w:rPr>
                <w:sz w:val="20"/>
              </w:rPr>
              <w:t>Closing line</w:t>
            </w:r>
          </w:p>
        </w:tc>
        <w:tc>
          <w:tcPr>
            <w:tcW w:type="dxa" w:w="4082"/>
          </w:tcPr>
          <w:p>
            <w:r>
              <w:rPr>
                <w:sz w:val="20"/>
              </w:rPr>
              <w:t>A polite line of thanks or the action you expect.</w:t>
            </w:r>
          </w:p>
        </w:tc>
        <w:tc>
          <w:tcPr>
            <w:tcW w:type="dxa" w:w="3288"/>
          </w:tcPr>
          <w:p>
            <w:r>
              <w:rPr>
                <w:sz w:val="20"/>
              </w:rPr>
              <w:t>Thanking you,</w:t>
            </w:r>
          </w:p>
        </w:tc>
      </w:tr>
      <w:tr>
        <w:tc>
          <w:tcPr>
            <w:tcW w:type="dxa" w:w="454"/>
          </w:tcPr>
          <w:p>
            <w:r>
              <w:rPr>
                <w:sz w:val="20"/>
              </w:rPr>
              <w:t>9</w:t>
            </w:r>
          </w:p>
        </w:tc>
        <w:tc>
          <w:tcPr>
            <w:tcW w:type="dxa" w:w="1814"/>
          </w:tcPr>
          <w:p>
            <w:r>
              <w:rPr>
                <w:sz w:val="20"/>
              </w:rPr>
              <w:t>Complimentary close and signature</w:t>
            </w:r>
          </w:p>
        </w:tc>
        <w:tc>
          <w:tcPr>
            <w:tcW w:type="dxa" w:w="4082"/>
          </w:tcPr>
          <w:p>
            <w:r>
              <w:rPr>
                <w:sz w:val="20"/>
              </w:rPr>
              <w:t>Yours faithfully / sincerely / obediently, your signature, name and details.</w:t>
            </w:r>
          </w:p>
        </w:tc>
        <w:tc>
          <w:tcPr>
            <w:tcW w:type="dxa" w:w="3288"/>
          </w:tcPr>
          <w:p>
            <w:r>
              <w:rPr>
                <w:sz w:val="20"/>
              </w:rPr>
              <w:t>Yours faithfully, (signature) Riya Sharma</w:t>
            </w:r>
          </w:p>
        </w:tc>
      </w:tr>
    </w:tbl>
    <w:p>
      <w:pPr>
        <w:spacing w:after="40"/>
      </w:pPr>
    </w:p>
    <w:p>
      <w:pPr>
        <w:spacing w:after="80"/>
      </w:pPr>
      <w:r>
        <w:rPr>
          <w:b/>
          <w:color w:val="2563EB"/>
          <w:sz w:val="26"/>
        </w:rPr>
        <w:t>Indian, UK and US layouts compared</w:t>
      </w:r>
    </w:p>
    <w:tbl>
      <w:tblPr>
        <w:tblStyle w:val="TableGrid"/>
        <w:tblW w:type="auto" w:w="0"/>
        <w:tblLook w:firstColumn="1" w:firstRow="1" w:lastColumn="0" w:lastRow="0" w:noHBand="0" w:noVBand="1" w:val="04A0"/>
      </w:tblPr>
      <w:tblGrid>
        <w:gridCol w:w="2409"/>
        <w:gridCol w:w="2409"/>
        <w:gridCol w:w="2409"/>
        <w:gridCol w:w="2409"/>
      </w:tblGrid>
      <w:tr>
        <w:tc>
          <w:tcPr>
            <w:tcW w:type="dxa" w:w="1587"/>
            <w:shd w:val="clear" w:color="auto" w:fill="2563EB"/>
          </w:tcPr>
          <w:p>
            <w:r/>
            <w:r>
              <w:rPr>
                <w:b/>
                <w:color w:val="FFFFFF"/>
                <w:sz w:val="20"/>
              </w:rPr>
            </w:r>
          </w:p>
        </w:tc>
        <w:tc>
          <w:tcPr>
            <w:tcW w:type="dxa" w:w="2721"/>
            <w:shd w:val="clear" w:color="auto" w:fill="2563EB"/>
          </w:tcPr>
          <w:p>
            <w:r/>
            <w:r>
              <w:rPr>
                <w:b/>
                <w:color w:val="FFFFFF"/>
                <w:sz w:val="20"/>
              </w:rPr>
              <w:t>Indian</w:t>
            </w:r>
          </w:p>
        </w:tc>
        <w:tc>
          <w:tcPr>
            <w:tcW w:type="dxa" w:w="2721"/>
            <w:shd w:val="clear" w:color="auto" w:fill="2563EB"/>
          </w:tcPr>
          <w:p>
            <w:r/>
            <w:r>
              <w:rPr>
                <w:b/>
                <w:color w:val="FFFFFF"/>
                <w:sz w:val="20"/>
              </w:rPr>
              <w:t>UK / international</w:t>
            </w:r>
          </w:p>
        </w:tc>
        <w:tc>
          <w:tcPr>
            <w:tcW w:type="dxa" w:w="2608"/>
            <w:shd w:val="clear" w:color="auto" w:fill="2563EB"/>
          </w:tcPr>
          <w:p>
            <w:r/>
            <w:r>
              <w:rPr>
                <w:b/>
                <w:color w:val="FFFFFF"/>
                <w:sz w:val="20"/>
              </w:rPr>
              <w:t>US (block)</w:t>
            </w:r>
          </w:p>
        </w:tc>
      </w:tr>
      <w:tr>
        <w:tc>
          <w:tcPr>
            <w:tcW w:type="dxa" w:w="1587"/>
          </w:tcPr>
          <w:p>
            <w:r>
              <w:rPr>
                <w:sz w:val="20"/>
              </w:rPr>
              <w:t>Your address</w:t>
            </w:r>
          </w:p>
        </w:tc>
        <w:tc>
          <w:tcPr>
            <w:tcW w:type="dxa" w:w="2721"/>
          </w:tcPr>
          <w:p>
            <w:r>
              <w:rPr>
                <w:sz w:val="20"/>
              </w:rPr>
              <w:t>At the end, under your name (applications); top left in business letters</w:t>
            </w:r>
          </w:p>
        </w:tc>
        <w:tc>
          <w:tcPr>
            <w:tcW w:type="dxa" w:w="2721"/>
          </w:tcPr>
          <w:p>
            <w:r>
              <w:rPr>
                <w:sz w:val="20"/>
              </w:rPr>
              <w:t>Top right, without your name</w:t>
            </w:r>
          </w:p>
        </w:tc>
        <w:tc>
          <w:tcPr>
            <w:tcW w:type="dxa" w:w="2608"/>
          </w:tcPr>
          <w:p>
            <w:r>
              <w:rPr>
                <w:sz w:val="20"/>
              </w:rPr>
              <w:t>Top left, without your name</w:t>
            </w:r>
          </w:p>
        </w:tc>
      </w:tr>
      <w:tr>
        <w:tc>
          <w:tcPr>
            <w:tcW w:type="dxa" w:w="1587"/>
          </w:tcPr>
          <w:p>
            <w:r>
              <w:rPr>
                <w:sz w:val="20"/>
              </w:rPr>
              <w:t>Date</w:t>
            </w:r>
          </w:p>
        </w:tc>
        <w:tc>
          <w:tcPr>
            <w:tcW w:type="dxa" w:w="2721"/>
          </w:tcPr>
          <w:p>
            <w:r>
              <w:rPr>
                <w:sz w:val="20"/>
              </w:rPr>
              <w:t>Date: 03-11-2026, below "To" block or above it</w:t>
            </w:r>
          </w:p>
        </w:tc>
        <w:tc>
          <w:tcPr>
            <w:tcW w:type="dxa" w:w="2721"/>
          </w:tcPr>
          <w:p>
            <w:r>
              <w:rPr>
                <w:sz w:val="20"/>
              </w:rPr>
              <w:t>3 November 2026, under your address</w:t>
            </w:r>
          </w:p>
        </w:tc>
        <w:tc>
          <w:tcPr>
            <w:tcW w:type="dxa" w:w="2608"/>
          </w:tcPr>
          <w:p>
            <w:r>
              <w:rPr>
                <w:sz w:val="20"/>
              </w:rPr>
              <w:t>November 3, 2026, on the left</w:t>
            </w:r>
          </w:p>
        </w:tc>
      </w:tr>
      <w:tr>
        <w:tc>
          <w:tcPr>
            <w:tcW w:type="dxa" w:w="1587"/>
          </w:tcPr>
          <w:p>
            <w:r>
              <w:rPr>
                <w:sz w:val="20"/>
              </w:rPr>
              <w:t>Receiver</w:t>
            </w:r>
          </w:p>
        </w:tc>
        <w:tc>
          <w:tcPr>
            <w:tcW w:type="dxa" w:w="2721"/>
          </w:tcPr>
          <w:p>
            <w:r>
              <w:rPr>
                <w:sz w:val="20"/>
              </w:rPr>
              <w:t>"To," then designation, office, city</w:t>
            </w:r>
          </w:p>
        </w:tc>
        <w:tc>
          <w:tcPr>
            <w:tcW w:type="dxa" w:w="2721"/>
          </w:tcPr>
          <w:p>
            <w:r>
              <w:rPr>
                <w:sz w:val="20"/>
              </w:rPr>
              <w:t>Designation or name and address, left</w:t>
            </w:r>
          </w:p>
        </w:tc>
        <w:tc>
          <w:tcPr>
            <w:tcW w:type="dxa" w:w="2608"/>
          </w:tcPr>
          <w:p>
            <w:r>
              <w:rPr>
                <w:sz w:val="20"/>
              </w:rPr>
              <w:t>Name, title and address, left</w:t>
            </w:r>
          </w:p>
        </w:tc>
      </w:tr>
      <w:tr>
        <w:tc>
          <w:tcPr>
            <w:tcW w:type="dxa" w:w="1587"/>
          </w:tcPr>
          <w:p>
            <w:r>
              <w:rPr>
                <w:sz w:val="20"/>
              </w:rPr>
              <w:t>Subject</w:t>
            </w:r>
          </w:p>
        </w:tc>
        <w:tc>
          <w:tcPr>
            <w:tcW w:type="dxa" w:w="2721"/>
          </w:tcPr>
          <w:p>
            <w:r>
              <w:rPr>
                <w:sz w:val="20"/>
              </w:rPr>
              <w:t>"Subject:" before the salutation</w:t>
            </w:r>
          </w:p>
        </w:tc>
        <w:tc>
          <w:tcPr>
            <w:tcW w:type="dxa" w:w="2721"/>
          </w:tcPr>
          <w:p>
            <w:r>
              <w:rPr>
                <w:sz w:val="20"/>
              </w:rPr>
              <w:t>Bold heading after the salutation</w:t>
            </w:r>
          </w:p>
        </w:tc>
        <w:tc>
          <w:tcPr>
            <w:tcW w:type="dxa" w:w="2608"/>
          </w:tcPr>
          <w:p>
            <w:r>
              <w:rPr>
                <w:sz w:val="20"/>
              </w:rPr>
              <w:t>"Subject:" or "RE:" before the salutation</w:t>
            </w:r>
          </w:p>
        </w:tc>
      </w:tr>
      <w:tr>
        <w:tc>
          <w:tcPr>
            <w:tcW w:type="dxa" w:w="1587"/>
          </w:tcPr>
          <w:p>
            <w:r>
              <w:rPr>
                <w:sz w:val="20"/>
              </w:rPr>
              <w:t>Salutation</w:t>
            </w:r>
          </w:p>
        </w:tc>
        <w:tc>
          <w:tcPr>
            <w:tcW w:type="dxa" w:w="2721"/>
          </w:tcPr>
          <w:p>
            <w:r>
              <w:rPr>
                <w:sz w:val="20"/>
              </w:rPr>
              <w:t>Respected Sir/Madam, / Dear Sir/Madam,</w:t>
            </w:r>
          </w:p>
        </w:tc>
        <w:tc>
          <w:tcPr>
            <w:tcW w:type="dxa" w:w="2721"/>
          </w:tcPr>
          <w:p>
            <w:r>
              <w:rPr>
                <w:sz w:val="20"/>
              </w:rPr>
              <w:t>Dear Sir or Madam, / Dear Mr Gupta,</w:t>
            </w:r>
          </w:p>
        </w:tc>
        <w:tc>
          <w:tcPr>
            <w:tcW w:type="dxa" w:w="2608"/>
          </w:tcPr>
          <w:p>
            <w:r>
              <w:rPr>
                <w:sz w:val="20"/>
              </w:rPr>
              <w:t>Dear Sir or Madam: / Dear Mr. Gupta:</w:t>
            </w:r>
          </w:p>
        </w:tc>
      </w:tr>
      <w:tr>
        <w:tc>
          <w:tcPr>
            <w:tcW w:type="dxa" w:w="1587"/>
          </w:tcPr>
          <w:p>
            <w:r>
              <w:rPr>
                <w:sz w:val="20"/>
              </w:rPr>
              <w:t>Before closing</w:t>
            </w:r>
          </w:p>
        </w:tc>
        <w:tc>
          <w:tcPr>
            <w:tcW w:type="dxa" w:w="2721"/>
          </w:tcPr>
          <w:p>
            <w:r>
              <w:rPr>
                <w:sz w:val="20"/>
              </w:rPr>
              <w:t>Thanking you,</w:t>
            </w:r>
          </w:p>
        </w:tc>
        <w:tc>
          <w:tcPr>
            <w:tcW w:type="dxa" w:w="2721"/>
          </w:tcPr>
          <w:p>
            <w:r>
              <w:rPr>
                <w:sz w:val="20"/>
              </w:rPr>
              <w:t>Not used</w:t>
            </w:r>
          </w:p>
        </w:tc>
        <w:tc>
          <w:tcPr>
            <w:tcW w:type="dxa" w:w="2608"/>
          </w:tcPr>
          <w:p>
            <w:r>
              <w:rPr>
                <w:sz w:val="20"/>
              </w:rPr>
              <w:t>Not used</w:t>
            </w:r>
          </w:p>
        </w:tc>
      </w:tr>
      <w:tr>
        <w:tc>
          <w:tcPr>
            <w:tcW w:type="dxa" w:w="1587"/>
          </w:tcPr>
          <w:p>
            <w:r>
              <w:rPr>
                <w:sz w:val="20"/>
              </w:rPr>
              <w:t>Closing</w:t>
            </w:r>
          </w:p>
        </w:tc>
        <w:tc>
          <w:tcPr>
            <w:tcW w:type="dxa" w:w="2721"/>
          </w:tcPr>
          <w:p>
            <w:r>
              <w:rPr>
                <w:sz w:val="20"/>
              </w:rPr>
              <w:t>Yours faithfully, / Yours obediently, (students)</w:t>
            </w:r>
          </w:p>
        </w:tc>
        <w:tc>
          <w:tcPr>
            <w:tcW w:type="dxa" w:w="2721"/>
          </w:tcPr>
          <w:p>
            <w:r>
              <w:rPr>
                <w:sz w:val="20"/>
              </w:rPr>
              <w:t>Yours faithfully, (no name) / Yours sincerely, (named)</w:t>
            </w:r>
          </w:p>
        </w:tc>
        <w:tc>
          <w:tcPr>
            <w:tcW w:type="dxa" w:w="2608"/>
          </w:tcPr>
          <w:p>
            <w:r>
              <w:rPr>
                <w:sz w:val="20"/>
              </w:rPr>
              <w:t>Sincerely,</w:t>
            </w:r>
          </w:p>
        </w:tc>
      </w:tr>
    </w:tbl>
    <w:p>
      <w:pPr>
        <w:spacing w:after="40"/>
      </w:pPr>
    </w:p>
    <w:p>
      <w:pPr>
        <w:spacing w:after="80"/>
      </w:pPr>
      <w:r>
        <w:rPr>
          <w:b/>
          <w:color w:val="2563EB"/>
          <w:sz w:val="26"/>
        </w:rPr>
        <w:t>Salutation and closing: which goes with which</w:t>
      </w:r>
    </w:p>
    <w:tbl>
      <w:tblPr>
        <w:tblStyle w:val="TableGrid"/>
        <w:tblW w:type="auto" w:w="0"/>
        <w:tblLook w:firstColumn="1" w:firstRow="1" w:lastColumn="0" w:lastRow="0" w:noHBand="0" w:noVBand="1" w:val="04A0"/>
      </w:tblPr>
      <w:tblGrid>
        <w:gridCol w:w="3213"/>
        <w:gridCol w:w="3213"/>
        <w:gridCol w:w="3213"/>
      </w:tblGrid>
      <w:tr>
        <w:tc>
          <w:tcPr>
            <w:tcW w:type="dxa" w:w="3118"/>
            <w:shd w:val="clear" w:color="auto" w:fill="2563EB"/>
          </w:tcPr>
          <w:p>
            <w:r/>
            <w:r>
              <w:rPr>
                <w:b/>
                <w:color w:val="FFFFFF"/>
                <w:sz w:val="20"/>
              </w:rPr>
              <w:t>If you start with</w:t>
            </w:r>
          </w:p>
        </w:tc>
        <w:tc>
          <w:tcPr>
            <w:tcW w:type="dxa" w:w="2835"/>
            <w:shd w:val="clear" w:color="auto" w:fill="2563EB"/>
          </w:tcPr>
          <w:p>
            <w:r/>
            <w:r>
              <w:rPr>
                <w:b/>
                <w:color w:val="FFFFFF"/>
                <w:sz w:val="20"/>
              </w:rPr>
              <w:t>End with</w:t>
            </w:r>
          </w:p>
        </w:tc>
        <w:tc>
          <w:tcPr>
            <w:tcW w:type="dxa" w:w="3685"/>
            <w:shd w:val="clear" w:color="auto" w:fill="2563EB"/>
          </w:tcPr>
          <w:p>
            <w:r/>
            <w:r>
              <w:rPr>
                <w:b/>
                <w:color w:val="FFFFFF"/>
                <w:sz w:val="20"/>
              </w:rPr>
              <w:t>Used for</w:t>
            </w:r>
          </w:p>
        </w:tc>
      </w:tr>
      <w:tr>
        <w:tc>
          <w:tcPr>
            <w:tcW w:type="dxa" w:w="3118"/>
          </w:tcPr>
          <w:p>
            <w:r>
              <w:rPr>
                <w:sz w:val="20"/>
              </w:rPr>
              <w:t>Dear Sir / Dear Madam / Dear Sir/Madam</w:t>
            </w:r>
          </w:p>
        </w:tc>
        <w:tc>
          <w:tcPr>
            <w:tcW w:type="dxa" w:w="2835"/>
          </w:tcPr>
          <w:p>
            <w:r>
              <w:rPr>
                <w:sz w:val="20"/>
              </w:rPr>
              <w:t>Yours faithfully,</w:t>
            </w:r>
          </w:p>
        </w:tc>
        <w:tc>
          <w:tcPr>
            <w:tcW w:type="dxa" w:w="3685"/>
          </w:tcPr>
          <w:p>
            <w:r>
              <w:rPr>
                <w:sz w:val="20"/>
              </w:rPr>
              <w:t>Offices, banks, companies when you do not know the name</w:t>
            </w:r>
          </w:p>
        </w:tc>
      </w:tr>
      <w:tr>
        <w:tc>
          <w:tcPr>
            <w:tcW w:type="dxa" w:w="3118"/>
          </w:tcPr>
          <w:p>
            <w:r>
              <w:rPr>
                <w:sz w:val="20"/>
              </w:rPr>
              <w:t>Respected Sir / Respected Madam</w:t>
            </w:r>
          </w:p>
        </w:tc>
        <w:tc>
          <w:tcPr>
            <w:tcW w:type="dxa" w:w="2835"/>
          </w:tcPr>
          <w:p>
            <w:r>
              <w:rPr>
                <w:sz w:val="20"/>
              </w:rPr>
              <w:t>Yours obediently, (students) or Yours faithfully,</w:t>
            </w:r>
          </w:p>
        </w:tc>
        <w:tc>
          <w:tcPr>
            <w:tcW w:type="dxa" w:w="3685"/>
          </w:tcPr>
          <w:p>
            <w:r>
              <w:rPr>
                <w:sz w:val="20"/>
              </w:rPr>
              <w:t>Principal, teacher, senior officials in India</w:t>
            </w:r>
          </w:p>
        </w:tc>
      </w:tr>
      <w:tr>
        <w:tc>
          <w:tcPr>
            <w:tcW w:type="dxa" w:w="3118"/>
          </w:tcPr>
          <w:p>
            <w:r>
              <w:rPr>
                <w:sz w:val="20"/>
              </w:rPr>
              <w:t>Dear Mr. Gupta / Dear Ms. Kaur</w:t>
            </w:r>
          </w:p>
        </w:tc>
        <w:tc>
          <w:tcPr>
            <w:tcW w:type="dxa" w:w="2835"/>
          </w:tcPr>
          <w:p>
            <w:r>
              <w:rPr>
                <w:sz w:val="20"/>
              </w:rPr>
              <w:t>Yours sincerely,</w:t>
            </w:r>
          </w:p>
        </w:tc>
        <w:tc>
          <w:tcPr>
            <w:tcW w:type="dxa" w:w="3685"/>
          </w:tcPr>
          <w:p>
            <w:r>
              <w:rPr>
                <w:sz w:val="20"/>
              </w:rPr>
              <w:t>A person whose name you know</w:t>
            </w:r>
          </w:p>
        </w:tc>
      </w:tr>
      <w:tr>
        <w:tc>
          <w:tcPr>
            <w:tcW w:type="dxa" w:w="3118"/>
          </w:tcPr>
          <w:p>
            <w:r>
              <w:rPr>
                <w:sz w:val="20"/>
              </w:rPr>
              <w:t>Dear Rahul</w:t>
            </w:r>
          </w:p>
        </w:tc>
        <w:tc>
          <w:tcPr>
            <w:tcW w:type="dxa" w:w="2835"/>
          </w:tcPr>
          <w:p>
            <w:r>
              <w:rPr>
                <w:sz w:val="20"/>
              </w:rPr>
              <w:t>Yours sincerely, / With warm regards,</w:t>
            </w:r>
          </w:p>
        </w:tc>
        <w:tc>
          <w:tcPr>
            <w:tcW w:type="dxa" w:w="3685"/>
          </w:tcPr>
          <w:p>
            <w:r>
              <w:rPr>
                <w:sz w:val="20"/>
              </w:rPr>
              <w:t>Employer to employee, letters to people you know</w:t>
            </w:r>
          </w:p>
        </w:tc>
      </w:tr>
    </w:tbl>
    <w:p>
      <w:pPr>
        <w:spacing w:after="40"/>
      </w:pPr>
    </w:p>
    <w:p>
      <w:pPr>
        <w:spacing w:after="80"/>
      </w:pPr>
      <w:r>
        <w:rPr>
          <w:b/>
          <w:color w:val="2563EB"/>
          <w:sz w:val="26"/>
        </w:rPr>
        <w:t>Getting the tone right</w:t>
      </w:r>
    </w:p>
    <w:p>
      <w:pPr>
        <w:pStyle w:val="ListBullet"/>
        <w:spacing w:after="40"/>
      </w:pPr>
      <w:r>
        <w:rPr>
          <w:b w:val="0"/>
          <w:sz w:val="21"/>
        </w:rPr>
        <w:t>Formal: plain and respectful. "I request you to look into the matter and take the necessary action at the earliest."</w:t>
      </w:r>
    </w:p>
    <w:p>
      <w:pPr>
        <w:pStyle w:val="ListBullet"/>
        <w:spacing w:after="40"/>
      </w:pPr>
      <w:r>
        <w:rPr>
          <w:b w:val="0"/>
          <w:sz w:val="21"/>
        </w:rPr>
        <w:t>Polite and warm: adds thanks and understanding. "I would be grateful if you could look into this at your earliest convenience. Thank you for your help."</w:t>
      </w:r>
    </w:p>
    <w:p>
      <w:pPr>
        <w:pStyle w:val="ListBullet"/>
        <w:spacing w:after="40"/>
      </w:pPr>
      <w:r>
        <w:rPr>
          <w:b w:val="0"/>
          <w:sz w:val="21"/>
        </w:rPr>
        <w:t>Firm: states a deadline and the next step, without rudeness. "If the matter is not resolved within 15 days, I will be compelled to take it up with the higher authorities."</w:t>
      </w:r>
    </w:p>
    <w:p>
      <w:pPr>
        <w:pStyle w:val="ListBullet"/>
        <w:spacing w:after="40"/>
      </w:pPr>
      <w:r>
        <w:rPr>
          <w:b w:val="0"/>
          <w:sz w:val="21"/>
        </w:rPr>
        <w:t>Never threaten, insult or exaggerate. Facts, dates and numbers make a letter strong; adjectives do not.</w:t>
      </w:r>
    </w:p>
    <w:p>
      <w:pPr>
        <w:spacing w:after="80"/>
      </w:pPr>
      <w:r>
        <w:rPr>
          <w:b/>
          <w:color w:val="2563EB"/>
          <w:sz w:val="26"/>
        </w:rPr>
        <w:t>Before you sign: 10 common mistakes</w:t>
      </w:r>
    </w:p>
    <w:p>
      <w:pPr>
        <w:pStyle w:val="ListBullet"/>
        <w:spacing w:after="40"/>
      </w:pPr>
      <w:r>
        <w:rPr>
          <w:b w:val="0"/>
          <w:sz w:val="21"/>
        </w:rPr>
        <w:t>No date, or two different date styles in one letter.</w:t>
      </w:r>
    </w:p>
    <w:p>
      <w:pPr>
        <w:pStyle w:val="ListBullet"/>
        <w:spacing w:after="40"/>
      </w:pPr>
      <w:r>
        <w:rPr>
          <w:b w:val="0"/>
          <w:sz w:val="21"/>
        </w:rPr>
        <w:t>A vague subject such as "Application" or "Request".</w:t>
      </w:r>
    </w:p>
    <w:p>
      <w:pPr>
        <w:pStyle w:val="ListBullet"/>
        <w:spacing w:after="40"/>
      </w:pPr>
      <w:r>
        <w:rPr>
          <w:b w:val="0"/>
          <w:sz w:val="21"/>
        </w:rPr>
        <w:t>"Dear Sir" with "Yours sincerely" (use "Yours faithfully").</w:t>
      </w:r>
    </w:p>
    <w:p>
      <w:pPr>
        <w:pStyle w:val="ListBullet"/>
        <w:spacing w:after="40"/>
      </w:pPr>
      <w:r>
        <w:rPr>
          <w:b w:val="0"/>
          <w:sz w:val="21"/>
        </w:rPr>
        <w:t>Account, roll, invoice or consumer number missing, so the office cannot find your record.</w:t>
      </w:r>
    </w:p>
    <w:p>
      <w:pPr>
        <w:pStyle w:val="ListBullet"/>
        <w:spacing w:after="40"/>
      </w:pPr>
      <w:r>
        <w:rPr>
          <w:b w:val="0"/>
          <w:sz w:val="21"/>
        </w:rPr>
        <w:t>Asking for two unrelated things in one letter.</w:t>
      </w:r>
    </w:p>
    <w:p>
      <w:pPr>
        <w:pStyle w:val="ListBullet"/>
        <w:spacing w:after="40"/>
      </w:pPr>
      <w:r>
        <w:rPr>
          <w:b w:val="0"/>
          <w:sz w:val="21"/>
        </w:rPr>
        <w:t>Long paragraphs that hide the actual request.</w:t>
      </w:r>
    </w:p>
    <w:p>
      <w:pPr>
        <w:pStyle w:val="ListBullet"/>
        <w:spacing w:after="40"/>
      </w:pPr>
      <w:r>
        <w:rPr>
          <w:b w:val="0"/>
          <w:sz w:val="21"/>
        </w:rPr>
        <w:t>Text speak and short forms (pls, thx, u).</w:t>
      </w:r>
    </w:p>
    <w:p>
      <w:pPr>
        <w:pStyle w:val="ListBullet"/>
        <w:spacing w:after="40"/>
      </w:pPr>
      <w:r>
        <w:rPr>
          <w:b w:val="0"/>
          <w:sz w:val="21"/>
        </w:rPr>
        <w:t>Enclosures promised in the letter but not attached.</w:t>
      </w:r>
    </w:p>
    <w:p>
      <w:pPr>
        <w:pStyle w:val="ListBullet"/>
        <w:spacing w:after="40"/>
      </w:pPr>
      <w:r>
        <w:rPr>
          <w:b w:val="0"/>
          <w:sz w:val="21"/>
        </w:rPr>
        <w:t>No signature above the name, or no phone number to contact you.</w:t>
      </w:r>
    </w:p>
    <w:p>
      <w:pPr>
        <w:pStyle w:val="ListBullet"/>
        <w:spacing w:after="40"/>
      </w:pPr>
      <w:r>
        <w:rPr>
          <w:b w:val="0"/>
          <w:sz w:val="21"/>
        </w:rPr>
        <w:t>No copy kept, and no "received" stamp or signature on your copy.</w:t>
      </w:r>
    </w:p>
    <w:p>
      <w:pPr>
        <w:spacing w:after="80"/>
      </w:pPr>
    </w:p>
    <w:p>
      <w:pPr>
        <w:spacing w:after="80"/>
      </w:pPr>
      <w:r>
        <w:rPr>
          <w:b/>
          <w:color w:val="2563EB"/>
          <w:sz w:val="26"/>
        </w:rPr>
        <w:t>In this file</w:t>
      </w:r>
    </w:p>
    <w:tbl>
      <w:tblPr>
        <w:tblStyle w:val="TableGrid"/>
        <w:tblW w:type="auto" w:w="0"/>
        <w:tblLook w:firstColumn="1" w:firstRow="1" w:lastColumn="0" w:lastRow="0" w:noHBand="0" w:noVBand="1" w:val="04A0"/>
      </w:tblPr>
      <w:tblGrid>
        <w:gridCol w:w="4819"/>
        <w:gridCol w:w="4819"/>
      </w:tblGrid>
      <w:tr>
        <w:tc>
          <w:tcPr>
            <w:tcW w:type="dxa" w:w="680"/>
          </w:tcPr>
          <w:p>
            <w:r>
              <w:rPr>
                <w:sz w:val="20"/>
              </w:rPr>
              <w:t>1</w:t>
            </w:r>
          </w:p>
        </w:tc>
        <w:tc>
          <w:tcPr>
            <w:tcW w:type="dxa" w:w="8787"/>
          </w:tcPr>
          <w:p>
            <w:r/>
            <w:r>
              <w:rPr>
                <w:b w:val="0"/>
                <w:sz w:val="20"/>
              </w:rPr>
              <w:t>Sick leave application (student)</w:t>
            </w:r>
          </w:p>
        </w:tc>
      </w:tr>
      <w:tr>
        <w:tc>
          <w:tcPr>
            <w:tcW w:type="dxa" w:w="680"/>
          </w:tcPr>
          <w:p>
            <w:r>
              <w:rPr>
                <w:sz w:val="20"/>
              </w:rPr>
              <w:t>2</w:t>
            </w:r>
          </w:p>
        </w:tc>
        <w:tc>
          <w:tcPr>
            <w:tcW w:type="dxa" w:w="8787"/>
          </w:tcPr>
          <w:p>
            <w:r/>
            <w:r>
              <w:rPr>
                <w:b w:val="0"/>
                <w:sz w:val="20"/>
              </w:rPr>
              <w:t>Leave application by a parent</w:t>
            </w:r>
          </w:p>
        </w:tc>
      </w:tr>
      <w:tr>
        <w:tc>
          <w:tcPr>
            <w:tcW w:type="dxa" w:w="680"/>
          </w:tcPr>
          <w:p>
            <w:r>
              <w:rPr>
                <w:sz w:val="20"/>
              </w:rPr>
              <w:t>3</w:t>
            </w:r>
          </w:p>
        </w:tc>
        <w:tc>
          <w:tcPr>
            <w:tcW w:type="dxa" w:w="8787"/>
          </w:tcPr>
          <w:p>
            <w:r/>
            <w:r>
              <w:rPr>
                <w:b w:val="0"/>
                <w:sz w:val="20"/>
              </w:rPr>
              <w:t>Fee concession (fee maafi) application</w:t>
            </w:r>
          </w:p>
        </w:tc>
      </w:tr>
      <w:tr>
        <w:tc>
          <w:tcPr>
            <w:tcW w:type="dxa" w:w="680"/>
          </w:tcPr>
          <w:p>
            <w:r>
              <w:rPr>
                <w:sz w:val="20"/>
              </w:rPr>
              <w:t>4</w:t>
            </w:r>
          </w:p>
        </w:tc>
        <w:tc>
          <w:tcPr>
            <w:tcW w:type="dxa" w:w="8787"/>
          </w:tcPr>
          <w:p>
            <w:r/>
            <w:r>
              <w:rPr>
                <w:b w:val="0"/>
                <w:sz w:val="20"/>
              </w:rPr>
              <w:t>Transfer certificate (TC) application</w:t>
            </w:r>
          </w:p>
        </w:tc>
      </w:tr>
      <w:tr>
        <w:tc>
          <w:tcPr>
            <w:tcW w:type="dxa" w:w="680"/>
          </w:tcPr>
          <w:p>
            <w:r>
              <w:rPr>
                <w:sz w:val="20"/>
              </w:rPr>
              <w:t>5</w:t>
            </w:r>
          </w:p>
        </w:tc>
        <w:tc>
          <w:tcPr>
            <w:tcW w:type="dxa" w:w="8787"/>
          </w:tcPr>
          <w:p>
            <w:r/>
            <w:r>
              <w:rPr>
                <w:b w:val="0"/>
                <w:sz w:val="20"/>
              </w:rPr>
              <w:t>Bonafide certificate request</w:t>
            </w:r>
          </w:p>
        </w:tc>
      </w:tr>
      <w:tr>
        <w:tc>
          <w:tcPr>
            <w:tcW w:type="dxa" w:w="680"/>
          </w:tcPr>
          <w:p>
            <w:r>
              <w:rPr>
                <w:sz w:val="20"/>
              </w:rPr>
              <w:t>6</w:t>
            </w:r>
          </w:p>
        </w:tc>
        <w:tc>
          <w:tcPr>
            <w:tcW w:type="dxa" w:w="8787"/>
          </w:tcPr>
          <w:p>
            <w:r/>
            <w:r>
              <w:rPr>
                <w:b w:val="0"/>
                <w:sz w:val="20"/>
              </w:rPr>
              <w:t>Job application (cover letter)</w:t>
            </w:r>
          </w:p>
        </w:tc>
      </w:tr>
      <w:tr>
        <w:tc>
          <w:tcPr>
            <w:tcW w:type="dxa" w:w="680"/>
          </w:tcPr>
          <w:p>
            <w:r>
              <w:rPr>
                <w:sz w:val="20"/>
              </w:rPr>
              <w:t>7</w:t>
            </w:r>
          </w:p>
        </w:tc>
        <w:tc>
          <w:tcPr>
            <w:tcW w:type="dxa" w:w="8787"/>
          </w:tcPr>
          <w:p>
            <w:r/>
            <w:r>
              <w:rPr>
                <w:b w:val="0"/>
                <w:sz w:val="20"/>
              </w:rPr>
              <w:t>Leave application (office)</w:t>
            </w:r>
          </w:p>
        </w:tc>
      </w:tr>
      <w:tr>
        <w:tc>
          <w:tcPr>
            <w:tcW w:type="dxa" w:w="680"/>
          </w:tcPr>
          <w:p>
            <w:r>
              <w:rPr>
                <w:sz w:val="20"/>
              </w:rPr>
              <w:t>8</w:t>
            </w:r>
          </w:p>
        </w:tc>
        <w:tc>
          <w:tcPr>
            <w:tcW w:type="dxa" w:w="8787"/>
          </w:tcPr>
          <w:p>
            <w:r/>
            <w:r>
              <w:rPr>
                <w:b w:val="0"/>
                <w:sz w:val="20"/>
              </w:rPr>
              <w:t>Sick leave application (office)</w:t>
            </w:r>
          </w:p>
        </w:tc>
      </w:tr>
      <w:tr>
        <w:tc>
          <w:tcPr>
            <w:tcW w:type="dxa" w:w="680"/>
          </w:tcPr>
          <w:p>
            <w:r>
              <w:rPr>
                <w:sz w:val="20"/>
              </w:rPr>
              <w:t>9</w:t>
            </w:r>
          </w:p>
        </w:tc>
        <w:tc>
          <w:tcPr>
            <w:tcW w:type="dxa" w:w="8787"/>
          </w:tcPr>
          <w:p>
            <w:r/>
            <w:r>
              <w:rPr>
                <w:b w:val="0"/>
                <w:sz w:val="20"/>
              </w:rPr>
              <w:t>Resignation letter</w:t>
            </w:r>
          </w:p>
        </w:tc>
      </w:tr>
      <w:tr>
        <w:tc>
          <w:tcPr>
            <w:tcW w:type="dxa" w:w="680"/>
          </w:tcPr>
          <w:p>
            <w:r>
              <w:rPr>
                <w:sz w:val="20"/>
              </w:rPr>
              <w:t>10</w:t>
            </w:r>
          </w:p>
        </w:tc>
        <w:tc>
          <w:tcPr>
            <w:tcW w:type="dxa" w:w="8787"/>
          </w:tcPr>
          <w:p>
            <w:r/>
            <w:r>
              <w:rPr>
                <w:b w:val="0"/>
                <w:sz w:val="20"/>
              </w:rPr>
              <w:t>Salary certificate request</w:t>
            </w:r>
          </w:p>
        </w:tc>
      </w:tr>
      <w:tr>
        <w:tc>
          <w:tcPr>
            <w:tcW w:type="dxa" w:w="680"/>
          </w:tcPr>
          <w:p>
            <w:r>
              <w:rPr>
                <w:sz w:val="20"/>
              </w:rPr>
              <w:t>11</w:t>
            </w:r>
          </w:p>
        </w:tc>
        <w:tc>
          <w:tcPr>
            <w:tcW w:type="dxa" w:w="8787"/>
          </w:tcPr>
          <w:p>
            <w:r/>
            <w:r>
              <w:rPr>
                <w:b w:val="0"/>
                <w:sz w:val="20"/>
              </w:rPr>
              <w:t>Bank account closure</w:t>
            </w:r>
          </w:p>
        </w:tc>
      </w:tr>
      <w:tr>
        <w:tc>
          <w:tcPr>
            <w:tcW w:type="dxa" w:w="680"/>
          </w:tcPr>
          <w:p>
            <w:r>
              <w:rPr>
                <w:sz w:val="20"/>
              </w:rPr>
              <w:t>12</w:t>
            </w:r>
          </w:p>
        </w:tc>
        <w:tc>
          <w:tcPr>
            <w:tcW w:type="dxa" w:w="8787"/>
          </w:tcPr>
          <w:p>
            <w:r/>
            <w:r>
              <w:rPr>
                <w:b w:val="0"/>
                <w:sz w:val="20"/>
              </w:rPr>
              <w:t>Change of address in bank account</w:t>
            </w:r>
          </w:p>
        </w:tc>
      </w:tr>
      <w:tr>
        <w:tc>
          <w:tcPr>
            <w:tcW w:type="dxa" w:w="680"/>
          </w:tcPr>
          <w:p>
            <w:r>
              <w:rPr>
                <w:sz w:val="20"/>
              </w:rPr>
              <w:t>13</w:t>
            </w:r>
          </w:p>
        </w:tc>
        <w:tc>
          <w:tcPr>
            <w:tcW w:type="dxa" w:w="8787"/>
          </w:tcPr>
          <w:p>
            <w:r/>
            <w:r>
              <w:rPr>
                <w:b w:val="0"/>
                <w:sz w:val="20"/>
              </w:rPr>
              <w:t>Bank statement request</w:t>
            </w:r>
          </w:p>
        </w:tc>
      </w:tr>
      <w:tr>
        <w:tc>
          <w:tcPr>
            <w:tcW w:type="dxa" w:w="680"/>
          </w:tcPr>
          <w:p>
            <w:r>
              <w:rPr>
                <w:sz w:val="20"/>
              </w:rPr>
              <w:t>14</w:t>
            </w:r>
          </w:p>
        </w:tc>
        <w:tc>
          <w:tcPr>
            <w:tcW w:type="dxa" w:w="8787"/>
          </w:tcPr>
          <w:p>
            <w:r/>
            <w:r>
              <w:rPr>
                <w:b w:val="0"/>
                <w:sz w:val="20"/>
              </w:rPr>
              <w:t>Loan application</w:t>
            </w:r>
          </w:p>
        </w:tc>
      </w:tr>
      <w:tr>
        <w:tc>
          <w:tcPr>
            <w:tcW w:type="dxa" w:w="680"/>
          </w:tcPr>
          <w:p>
            <w:r>
              <w:rPr>
                <w:sz w:val="20"/>
              </w:rPr>
              <w:t>15</w:t>
            </w:r>
          </w:p>
        </w:tc>
        <w:tc>
          <w:tcPr>
            <w:tcW w:type="dxa" w:w="8787"/>
          </w:tcPr>
          <w:p>
            <w:r/>
            <w:r>
              <w:rPr>
                <w:b w:val="0"/>
                <w:sz w:val="20"/>
              </w:rPr>
              <w:t>Complaint about garbage and blocked drains</w:t>
            </w:r>
          </w:p>
        </w:tc>
      </w:tr>
      <w:tr>
        <w:tc>
          <w:tcPr>
            <w:tcW w:type="dxa" w:w="680"/>
          </w:tcPr>
          <w:p>
            <w:r>
              <w:rPr>
                <w:sz w:val="20"/>
              </w:rPr>
              <w:t>16</w:t>
            </w:r>
          </w:p>
        </w:tc>
        <w:tc>
          <w:tcPr>
            <w:tcW w:type="dxa" w:w="8787"/>
          </w:tcPr>
          <w:p>
            <w:r/>
            <w:r>
              <w:rPr>
                <w:b w:val="0"/>
                <w:sz w:val="20"/>
              </w:rPr>
              <w:t>RTI application (Right to Information)</w:t>
            </w:r>
          </w:p>
        </w:tc>
      </w:tr>
      <w:tr>
        <w:tc>
          <w:tcPr>
            <w:tcW w:type="dxa" w:w="680"/>
          </w:tcPr>
          <w:p>
            <w:r>
              <w:rPr>
                <w:sz w:val="20"/>
              </w:rPr>
              <w:t>17</w:t>
            </w:r>
          </w:p>
        </w:tc>
        <w:tc>
          <w:tcPr>
            <w:tcW w:type="dxa" w:w="8787"/>
          </w:tcPr>
          <w:p>
            <w:r/>
            <w:r>
              <w:rPr>
                <w:b w:val="0"/>
                <w:sz w:val="20"/>
              </w:rPr>
              <w:t>Theft complaint to police (FIR request)</w:t>
            </w:r>
          </w:p>
        </w:tc>
      </w:tr>
      <w:tr>
        <w:tc>
          <w:tcPr>
            <w:tcW w:type="dxa" w:w="680"/>
          </w:tcPr>
          <w:p>
            <w:r>
              <w:rPr>
                <w:sz w:val="20"/>
              </w:rPr>
              <w:t>18</w:t>
            </w:r>
          </w:p>
        </w:tc>
        <w:tc>
          <w:tcPr>
            <w:tcW w:type="dxa" w:w="8787"/>
          </w:tcPr>
          <w:p>
            <w:r/>
            <w:r>
              <w:rPr>
                <w:b w:val="0"/>
                <w:sz w:val="20"/>
              </w:rPr>
              <w:t>Authority letter (authorise someone)</w:t>
            </w:r>
          </w:p>
        </w:tc>
      </w:tr>
      <w:tr>
        <w:tc>
          <w:tcPr>
            <w:tcW w:type="dxa" w:w="680"/>
          </w:tcPr>
          <w:p>
            <w:r>
              <w:rPr>
                <w:sz w:val="20"/>
              </w:rPr>
              <w:t>19</w:t>
            </w:r>
          </w:p>
        </w:tc>
        <w:tc>
          <w:tcPr>
            <w:tcW w:type="dxa" w:w="8787"/>
          </w:tcPr>
          <w:p>
            <w:r/>
            <w:r>
              <w:rPr>
                <w:b w:val="0"/>
                <w:sz w:val="20"/>
              </w:rPr>
              <w:t>Complaint to housing society / RWA</w:t>
            </w:r>
          </w:p>
        </w:tc>
      </w:tr>
      <w:tr>
        <w:tc>
          <w:tcPr>
            <w:tcW w:type="dxa" w:w="680"/>
          </w:tcPr>
          <w:p>
            <w:r>
              <w:rPr>
                <w:sz w:val="20"/>
              </w:rPr>
              <w:t>20</w:t>
            </w:r>
          </w:p>
        </w:tc>
        <w:tc>
          <w:tcPr>
            <w:tcW w:type="dxa" w:w="8787"/>
          </w:tcPr>
          <w:p>
            <w:r/>
            <w:r>
              <w:rPr>
                <w:b w:val="0"/>
                <w:sz w:val="20"/>
              </w:rPr>
              <w:t>Payment reminder to a customer</w:t>
            </w:r>
          </w:p>
        </w:tc>
      </w:tr>
    </w:tbl>
    <w:p>
      <w:pPr>
        <w:spacing w:after="80"/>
      </w:pPr>
    </w:p>
    <w:p>
      <w:r>
        <w:br w:type="page"/>
      </w:r>
    </w:p>
    <w:p>
      <w:pPr>
        <w:spacing w:after="40"/>
      </w:pPr>
      <w:r>
        <w:rPr>
          <w:b/>
          <w:color w:val="2563EB"/>
          <w:sz w:val="28"/>
        </w:rPr>
        <w:t>1. Sick leave application (student)</w:t>
      </w:r>
    </w:p>
    <w:p>
      <w:pPr>
        <w:spacing w:after="200"/>
      </w:pPr>
      <w:r>
        <w:rPr>
          <w:b w:val="0"/>
          <w:color w:val="55607A"/>
          <w:sz w:val="18"/>
        </w:rPr>
        <w:t>Fill in: Class / course and section, Roll number, From date, To date, Illness</w:t>
      </w:r>
    </w:p>
    <w:p>
      <w:pPr>
        <w:spacing w:after="160"/>
      </w:pPr>
      <w:r>
        <w:rPr>
          <w:b w:val="0"/>
        </w:rPr>
        <w:t xml:space="preserve">Date: </w:t>
      </w:r>
      <w:r>
        <w:rPr>
          <w:b w:val="0"/>
          <w:highlight w:val="yellow"/>
        </w:rPr>
        <w:t>[DD-MM-YYYY]</w:t>
      </w:r>
    </w:p>
    <w:p>
      <w:pPr>
        <w:spacing w:after="160"/>
      </w:pPr>
      <w:r>
        <w:rPr>
          <w:b w:val="0"/>
        </w:rPr>
        <w:t>To,</w:t>
      </w:r>
      <w:r>
        <w:br/>
      </w:r>
      <w:r>
        <w:rPr>
          <w:b w:val="0"/>
        </w:rPr>
        <w:t>The Principal</w:t>
      </w:r>
      <w:r>
        <w:br/>
      </w:r>
      <w:r>
        <w:rPr>
          <w:b w:val="0"/>
          <w:highlight w:val="yellow"/>
        </w:rPr>
        <w:t>[School name]</w:t>
      </w:r>
      <w:r>
        <w:br/>
      </w:r>
      <w:r>
        <w:rPr>
          <w:b w:val="0"/>
          <w:highlight w:val="yellow"/>
        </w:rPr>
        <w:t>[City]</w:t>
      </w:r>
    </w:p>
    <w:p>
      <w:pPr>
        <w:spacing w:after="160"/>
      </w:pPr>
      <w:r>
        <w:rPr>
          <w:b/>
        </w:rPr>
        <w:t xml:space="preserve">Subject: Application for sick leave from </w:t>
      </w:r>
      <w:r>
        <w:rPr>
          <w:b/>
          <w:highlight w:val="yellow"/>
        </w:rPr>
        <w:t>[From date]</w:t>
      </w:r>
      <w:r>
        <w:rPr>
          <w:b/>
        </w:rPr>
        <w:t xml:space="preserve"> to </w:t>
      </w:r>
      <w:r>
        <w:rPr>
          <w:b/>
          <w:highlight w:val="yellow"/>
        </w:rPr>
        <w:t>[To date]</w:t>
      </w:r>
    </w:p>
    <w:p>
      <w:pPr>
        <w:spacing w:after="160"/>
      </w:pPr>
      <w:r>
        <w:rPr>
          <w:b w:val="0"/>
        </w:rPr>
        <w:t>Respected Sir/Madam,</w:t>
      </w:r>
    </w:p>
    <w:p>
      <w:pPr>
        <w:spacing w:after="160"/>
      </w:pPr>
      <w:r>
        <w:rPr>
          <w:b w:val="0"/>
        </w:rPr>
        <w:t xml:space="preserve">With due respect, I beg to state that I am a student of Class </w:t>
      </w:r>
      <w:r>
        <w:rPr>
          <w:b w:val="0"/>
          <w:highlight w:val="yellow"/>
        </w:rPr>
        <w:t>[Class / course and section]</w:t>
      </w:r>
      <w:r>
        <w:rPr>
          <w:b w:val="0"/>
        </w:rPr>
        <w:t xml:space="preserve"> of your school. Since </w:t>
      </w:r>
      <w:r>
        <w:rPr>
          <w:b w:val="0"/>
          <w:highlight w:val="yellow"/>
        </w:rPr>
        <w:t>[From date]</w:t>
      </w:r>
      <w:r>
        <w:rPr>
          <w:b w:val="0"/>
        </w:rPr>
        <w:t xml:space="preserve">, I have been suffering from </w:t>
      </w:r>
      <w:r>
        <w:rPr>
          <w:b w:val="0"/>
          <w:highlight w:val="yellow"/>
        </w:rPr>
        <w:t>[Illness]</w:t>
      </w:r>
      <w:r>
        <w:rPr>
          <w:b w:val="0"/>
        </w:rPr>
        <w:t>, and the doctor has advised me complete rest.</w:t>
      </w:r>
    </w:p>
    <w:p>
      <w:pPr>
        <w:spacing w:after="160"/>
      </w:pPr>
      <w:r>
        <w:rPr>
          <w:b w:val="0"/>
        </w:rPr>
        <w:t xml:space="preserve">Therefore, I am unable to attend school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Kindly grant me leave for this period.</w:t>
      </w:r>
    </w:p>
    <w:p>
      <w:pPr>
        <w:spacing w:after="160"/>
      </w:pPr>
      <w:r>
        <w:rPr>
          <w:b w:val="0"/>
        </w:rPr>
        <w:t>I have attached the medical certificate from my doctor. I will complete all the classwork and homework that I miss.</w:t>
      </w:r>
    </w:p>
    <w:p>
      <w:pPr>
        <w:spacing w:after="160"/>
      </w:pPr>
      <w:r>
        <w:rPr>
          <w:b w:val="0"/>
        </w:rPr>
        <w:t>I shall be thankful for your kind consideration.</w:t>
      </w:r>
    </w:p>
    <w:p>
      <w:pPr>
        <w:spacing w:after="160"/>
      </w:pPr>
      <w:r>
        <w:rPr>
          <w:b w:val="0"/>
        </w:rPr>
        <w:t>Thanking you,</w:t>
      </w:r>
    </w:p>
    <w:p>
      <w:pPr>
        <w:spacing w:after="160"/>
      </w:pPr>
      <w:r>
        <w:rPr>
          <w:b w:val="0"/>
        </w:rPr>
        <w:t>Yours obediently,</w:t>
      </w:r>
      <w:r>
        <w:br/>
      </w:r>
      <w:r>
        <w:br/>
      </w:r>
      <w:r>
        <w:br/>
      </w:r>
      <w:r>
        <w:rPr>
          <w:b w:val="0"/>
          <w:highlight w:val="yellow"/>
        </w:rPr>
        <w:t>[Your full name]</w:t>
      </w:r>
      <w:r>
        <w:br/>
      </w:r>
      <w:r>
        <w:rPr>
          <w:b w:val="0"/>
        </w:rPr>
        <w:t xml:space="preserve">Class: </w:t>
      </w:r>
      <w:r>
        <w:rPr>
          <w:b w:val="0"/>
          <w:highlight w:val="yellow"/>
        </w:rPr>
        <w:t>[ ]</w:t>
      </w:r>
      <w:r>
        <w:br/>
      </w:r>
      <w:r>
        <w:rPr>
          <w:b w:val="0"/>
        </w:rPr>
        <w:t xml:space="preserve">Roll No.: </w:t>
      </w:r>
      <w:r>
        <w:rPr>
          <w:b w:val="0"/>
          <w:highlight w:val="yellow"/>
        </w:rPr>
        <w:t>[ ]</w:t>
      </w:r>
    </w:p>
    <w:p>
      <w:pPr>
        <w:spacing w:after="80"/>
      </w:pPr>
      <w:r>
        <w:rPr>
          <w:b w:val="0"/>
          <w:sz w:val="19"/>
        </w:rPr>
        <w:t>Enclosures:</w:t>
      </w:r>
      <w:r>
        <w:br/>
      </w:r>
      <w:r>
        <w:rPr>
          <w:b w:val="0"/>
          <w:sz w:val="19"/>
        </w:rPr>
        <w:t>1. Medical certificate</w:t>
      </w:r>
    </w:p>
    <w:p>
      <w:r>
        <w:br w:type="page"/>
      </w:r>
    </w:p>
    <w:p>
      <w:pPr>
        <w:spacing w:after="40"/>
      </w:pPr>
      <w:r>
        <w:rPr>
          <w:b/>
          <w:color w:val="2563EB"/>
          <w:sz w:val="28"/>
        </w:rPr>
        <w:t>2. Leave application by a parent</w:t>
      </w:r>
    </w:p>
    <w:p>
      <w:pPr>
        <w:spacing w:after="200"/>
      </w:pPr>
      <w:r>
        <w:rPr>
          <w:b w:val="0"/>
          <w:color w:val="55607A"/>
          <w:sz w:val="18"/>
        </w:rPr>
        <w:t>Fill in: Child's name, Class / course and section, Roll number, From date, To date, Reason</w:t>
      </w:r>
    </w:p>
    <w:p>
      <w:pPr>
        <w:spacing w:after="160"/>
      </w:pPr>
      <w:r>
        <w:rPr>
          <w:b w:val="0"/>
        </w:rPr>
        <w:t xml:space="preserve">Date: </w:t>
      </w:r>
      <w:r>
        <w:rPr>
          <w:b w:val="0"/>
          <w:highlight w:val="yellow"/>
        </w:rPr>
        <w:t>[DD-MM-YYYY]</w:t>
      </w:r>
    </w:p>
    <w:p>
      <w:pPr>
        <w:spacing w:after="160"/>
      </w:pPr>
      <w:r>
        <w:rPr>
          <w:b w:val="0"/>
        </w:rPr>
        <w:t>To,</w:t>
      </w:r>
      <w:r>
        <w:br/>
      </w:r>
      <w:r>
        <w:rPr>
          <w:b w:val="0"/>
        </w:rPr>
        <w:t>The Principal</w:t>
      </w:r>
      <w:r>
        <w:br/>
      </w:r>
      <w:r>
        <w:rPr>
          <w:b w:val="0"/>
          <w:highlight w:val="yellow"/>
        </w:rPr>
        <w:t>[School name]</w:t>
      </w:r>
      <w:r>
        <w:br/>
      </w:r>
      <w:r>
        <w:rPr>
          <w:b w:val="0"/>
          <w:highlight w:val="yellow"/>
        </w:rPr>
        <w:t>[City]</w:t>
      </w:r>
    </w:p>
    <w:p>
      <w:pPr>
        <w:spacing w:after="160"/>
      </w:pPr>
      <w:r>
        <w:rPr>
          <w:b/>
        </w:rPr>
        <w:t xml:space="preserve">Subject: Leave application for </w:t>
      </w:r>
      <w:r>
        <w:rPr>
          <w:b/>
          <w:highlight w:val="yellow"/>
        </w:rPr>
        <w:t>[Child's name]</w:t>
      </w:r>
      <w:r>
        <w:rPr>
          <w:b/>
        </w:rPr>
        <w:t xml:space="preserve">, Class </w:t>
      </w:r>
      <w:r>
        <w:rPr>
          <w:b/>
          <w:highlight w:val="yellow"/>
        </w:rPr>
        <w:t>[Class / course and section]</w:t>
      </w:r>
    </w:p>
    <w:p>
      <w:pPr>
        <w:spacing w:after="160"/>
      </w:pPr>
      <w:r>
        <w:rPr>
          <w:b w:val="0"/>
        </w:rPr>
        <w:t>Respected Sir/Madam,</w:t>
      </w:r>
    </w:p>
    <w:p>
      <w:pPr>
        <w:spacing w:after="160"/>
      </w:pPr>
      <w:r>
        <w:rPr>
          <w:b w:val="0"/>
        </w:rPr>
        <w:t xml:space="preserve">With due respect, I am writing to inform you that my son/daughter </w:t>
      </w:r>
      <w:r>
        <w:rPr>
          <w:b w:val="0"/>
          <w:highlight w:val="yellow"/>
        </w:rPr>
        <w:t>[Child's name]</w:t>
      </w:r>
      <w:r>
        <w:rPr>
          <w:b w:val="0"/>
        </w:rPr>
        <w:t xml:space="preserve">, a student of Class </w:t>
      </w:r>
      <w:r>
        <w:rPr>
          <w:b w:val="0"/>
          <w:highlight w:val="yellow"/>
        </w:rPr>
        <w:t>[Class / course and section]</w:t>
      </w:r>
      <w:r>
        <w:rPr>
          <w:b w:val="0"/>
        </w:rPr>
        <w:t xml:space="preserve"> (Roll No. </w:t>
      </w:r>
      <w:r>
        <w:rPr>
          <w:b w:val="0"/>
          <w:highlight w:val="yellow"/>
        </w:rPr>
        <w:t>[Roll number]</w:t>
      </w:r>
      <w:r>
        <w:rPr>
          <w:b w:val="0"/>
        </w:rPr>
        <w:t xml:space="preserve">), will not be able to attend school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xml:space="preserve">) because </w:t>
      </w:r>
      <w:r>
        <w:rPr>
          <w:b w:val="0"/>
          <w:highlight w:val="yellow"/>
        </w:rPr>
        <w:t>[Reason]</w:t>
      </w:r>
      <w:r>
        <w:rPr>
          <w:b w:val="0"/>
        </w:rPr>
        <w:t>.</w:t>
      </w:r>
    </w:p>
    <w:p>
      <w:pPr>
        <w:spacing w:after="160"/>
      </w:pPr>
      <w:r>
        <w:rPr>
          <w:b w:val="0"/>
        </w:rPr>
        <w:t>Kindly grant him/her leave for these days.</w:t>
      </w:r>
    </w:p>
    <w:p>
      <w:pPr>
        <w:spacing w:after="160"/>
      </w:pPr>
      <w:r>
        <w:rPr>
          <w:b w:val="0"/>
        </w:rPr>
        <w:t>I will make sure that he/she completes the classwork and homework missed during this period.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Parent of </w:t>
      </w:r>
      <w:r>
        <w:rPr>
          <w:b w:val="0"/>
          <w:highlight w:val="yellow"/>
        </w:rPr>
        <w:t>[Child's name]</w:t>
      </w:r>
      <w:r>
        <w:rPr>
          <w:b w:val="0"/>
        </w:rPr>
        <w:t xml:space="preserve">, Class </w:t>
      </w:r>
      <w:r>
        <w:rPr>
          <w:b w:val="0"/>
          <w:highlight w:val="yellow"/>
        </w:rPr>
        <w:t>[ ]</w:t>
      </w:r>
      <w:r>
        <w:br/>
      </w:r>
      <w:r>
        <w:rPr>
          <w:b w:val="0"/>
        </w:rPr>
        <w:t xml:space="preserve">Mobile: </w:t>
      </w:r>
      <w:r>
        <w:rPr>
          <w:b w:val="0"/>
          <w:highlight w:val="yellow"/>
        </w:rPr>
        <w:t>[ ]</w:t>
      </w:r>
    </w:p>
    <w:p>
      <w:r>
        <w:br w:type="page"/>
      </w:r>
    </w:p>
    <w:p>
      <w:pPr>
        <w:spacing w:after="40"/>
      </w:pPr>
      <w:r>
        <w:rPr>
          <w:b/>
          <w:color w:val="2563EB"/>
          <w:sz w:val="28"/>
        </w:rPr>
        <w:t>3. Fee concession (fee maafi) application</w:t>
      </w:r>
    </w:p>
    <w:p>
      <w:pPr>
        <w:spacing w:after="200"/>
      </w:pPr>
      <w:r>
        <w:rPr>
          <w:b w:val="0"/>
          <w:color w:val="55607A"/>
          <w:sz w:val="18"/>
        </w:rPr>
        <w:t>Fill in: Class / course and section, Roll number, Earning member, Their occupation, Monthly income, Concession wanted, Marks in last exam</w:t>
      </w:r>
    </w:p>
    <w:p>
      <w:pPr>
        <w:spacing w:after="160"/>
      </w:pPr>
      <w:r>
        <w:rPr>
          <w:b w:val="0"/>
        </w:rPr>
        <w:t xml:space="preserve">Date: </w:t>
      </w:r>
      <w:r>
        <w:rPr>
          <w:b w:val="0"/>
          <w:highlight w:val="yellow"/>
        </w:rPr>
        <w:t>[DD-MM-YYYY]</w:t>
      </w:r>
    </w:p>
    <w:p>
      <w:pPr>
        <w:spacing w:after="160"/>
      </w:pPr>
      <w:r>
        <w:rPr>
          <w:b w:val="0"/>
        </w:rPr>
        <w:t>To,</w:t>
      </w:r>
      <w:r>
        <w:br/>
      </w:r>
      <w:r>
        <w:rPr>
          <w:b w:val="0"/>
        </w:rPr>
        <w:t>The Principal</w:t>
      </w:r>
      <w:r>
        <w:br/>
      </w:r>
      <w:r>
        <w:rPr>
          <w:b w:val="0"/>
          <w:highlight w:val="yellow"/>
        </w:rPr>
        <w:t>[School name]</w:t>
      </w:r>
      <w:r>
        <w:br/>
      </w:r>
      <w:r>
        <w:rPr>
          <w:b w:val="0"/>
          <w:highlight w:val="yellow"/>
        </w:rPr>
        <w:t>[City]</w:t>
      </w:r>
    </w:p>
    <w:p>
      <w:pPr>
        <w:spacing w:after="160"/>
      </w:pPr>
      <w:r>
        <w:rPr>
          <w:b/>
        </w:rPr>
        <w:t xml:space="preserve">Subject: Request for </w:t>
      </w:r>
      <w:r>
        <w:rPr>
          <w:b/>
          <w:highlight w:val="yellow"/>
        </w:rPr>
        <w:t>[full / half]</w:t>
      </w:r>
      <w:r>
        <w:rPr>
          <w:b/>
        </w:rPr>
        <w:t xml:space="preserve"> fee concession</w:t>
      </w:r>
    </w:p>
    <w:p>
      <w:pPr>
        <w:spacing w:after="160"/>
      </w:pPr>
      <w:r>
        <w:rPr>
          <w:b w:val="0"/>
        </w:rPr>
        <w:t>Respected Sir/Madam,</w:t>
      </w:r>
    </w:p>
    <w:p>
      <w:pPr>
        <w:spacing w:after="160"/>
      </w:pPr>
      <w:r>
        <w:rPr>
          <w:b w:val="0"/>
        </w:rPr>
        <w:t xml:space="preserve">With due respect, I am a student of Class </w:t>
      </w:r>
      <w:r>
        <w:rPr>
          <w:b w:val="0"/>
          <w:highlight w:val="yellow"/>
        </w:rPr>
        <w:t>[Class / course and section]</w:t>
      </w:r>
      <w:r>
        <w:rPr>
          <w:b w:val="0"/>
        </w:rPr>
        <w:t xml:space="preserve"> in your school. </w:t>
      </w:r>
      <w:r>
        <w:rPr>
          <w:b w:val="0"/>
          <w:highlight w:val="yellow"/>
        </w:rPr>
        <w:t>[Earning member]</w:t>
      </w:r>
      <w:r>
        <w:rPr>
          <w:b w:val="0"/>
        </w:rPr>
        <w:t xml:space="preserve"> works as </w:t>
      </w:r>
      <w:r>
        <w:rPr>
          <w:b w:val="0"/>
          <w:highlight w:val="yellow"/>
        </w:rPr>
        <w:t>[Their occupation]</w:t>
      </w:r>
      <w:r>
        <w:rPr>
          <w:b w:val="0"/>
        </w:rPr>
        <w:t xml:space="preserve">, and our family's total monthly income is only ₹ </w:t>
      </w:r>
      <w:r>
        <w:rPr>
          <w:b w:val="0"/>
          <w:highlight w:val="yellow"/>
        </w:rPr>
        <w:t>[Monthly income]</w:t>
      </w:r>
      <w:r>
        <w:rPr>
          <w:b w:val="0"/>
        </w:rPr>
        <w:t>. With this income it has become very difficult to pay my school fee along with the other needs of the family.</w:t>
      </w:r>
    </w:p>
    <w:p>
      <w:pPr>
        <w:spacing w:after="160"/>
      </w:pPr>
      <w:r>
        <w:rPr>
          <w:b w:val="0"/>
        </w:rPr>
        <w:t xml:space="preserve">I have always worked hard at my studies and scored </w:t>
      </w:r>
      <w:r>
        <w:rPr>
          <w:b w:val="0"/>
          <w:highlight w:val="yellow"/>
        </w:rPr>
        <w:t>[Marks in last exam]</w:t>
      </w:r>
      <w:r>
        <w:rPr>
          <w:b w:val="0"/>
        </w:rPr>
        <w:t xml:space="preserve"> in my last examination. I wish to continue my studies in this school without a break. I therefore request you to kindly grant me </w:t>
      </w:r>
      <w:r>
        <w:rPr>
          <w:b w:val="0"/>
          <w:highlight w:val="yellow"/>
        </w:rPr>
        <w:t>[full / half]</w:t>
      </w:r>
      <w:r>
        <w:rPr>
          <w:b w:val="0"/>
        </w:rPr>
        <w:t xml:space="preserve"> fee concession for the current session.</w:t>
      </w:r>
    </w:p>
    <w:p>
      <w:pPr>
        <w:spacing w:after="160"/>
      </w:pPr>
      <w:r>
        <w:rPr>
          <w:b w:val="0"/>
        </w:rPr>
        <w:t>A copy of our income certificate is attached for your reference. I assure you that I will keep up my good results and conduct.</w:t>
      </w:r>
    </w:p>
    <w:p>
      <w:pPr>
        <w:spacing w:after="160"/>
      </w:pPr>
      <w:r>
        <w:rPr>
          <w:b w:val="0"/>
        </w:rPr>
        <w:t>I shall be thankful for your kind consideration.</w:t>
      </w:r>
    </w:p>
    <w:p>
      <w:pPr>
        <w:spacing w:after="160"/>
      </w:pPr>
      <w:r>
        <w:rPr>
          <w:b w:val="0"/>
        </w:rPr>
        <w:t>Thanking you,</w:t>
      </w:r>
    </w:p>
    <w:p>
      <w:pPr>
        <w:spacing w:after="160"/>
      </w:pPr>
      <w:r>
        <w:rPr>
          <w:b w:val="0"/>
        </w:rPr>
        <w:t>Yours obediently,</w:t>
      </w:r>
      <w:r>
        <w:br/>
      </w:r>
      <w:r>
        <w:br/>
      </w:r>
      <w:r>
        <w:br/>
      </w:r>
      <w:r>
        <w:rPr>
          <w:b w:val="0"/>
          <w:highlight w:val="yellow"/>
        </w:rPr>
        <w:t>[Your full name]</w:t>
      </w:r>
      <w:r>
        <w:br/>
      </w:r>
      <w:r>
        <w:rPr>
          <w:b w:val="0"/>
        </w:rPr>
        <w:t xml:space="preserve">Class: </w:t>
      </w:r>
      <w:r>
        <w:rPr>
          <w:b w:val="0"/>
          <w:highlight w:val="yellow"/>
        </w:rPr>
        <w:t>[ ]</w:t>
      </w:r>
      <w:r>
        <w:br/>
      </w:r>
      <w:r>
        <w:rPr>
          <w:b w:val="0"/>
        </w:rPr>
        <w:t xml:space="preserve">Roll No.: </w:t>
      </w:r>
      <w:r>
        <w:rPr>
          <w:b w:val="0"/>
          <w:highlight w:val="yellow"/>
        </w:rPr>
        <w:t>[ ]</w:t>
      </w:r>
    </w:p>
    <w:p>
      <w:pPr>
        <w:spacing w:after="80"/>
      </w:pPr>
      <w:r>
        <w:rPr>
          <w:b w:val="0"/>
          <w:sz w:val="19"/>
        </w:rPr>
        <w:t>Enclosures:</w:t>
      </w:r>
      <w:r>
        <w:br/>
      </w:r>
      <w:r>
        <w:rPr>
          <w:b w:val="0"/>
          <w:sz w:val="19"/>
        </w:rPr>
        <w:t>1. Income certificate</w:t>
      </w:r>
    </w:p>
    <w:p>
      <w:r>
        <w:br w:type="page"/>
      </w:r>
    </w:p>
    <w:p>
      <w:pPr>
        <w:spacing w:after="40"/>
      </w:pPr>
      <w:r>
        <w:rPr>
          <w:b/>
          <w:color w:val="2563EB"/>
          <w:sz w:val="28"/>
        </w:rPr>
        <w:t>4. Transfer certificate (TC) application</w:t>
      </w:r>
    </w:p>
    <w:p>
      <w:pPr>
        <w:spacing w:after="200"/>
      </w:pPr>
      <w:r>
        <w:rPr>
          <w:b w:val="0"/>
          <w:color w:val="55607A"/>
          <w:sz w:val="18"/>
        </w:rPr>
        <w:t>Fill in: Class / course and section, Roll number, Studying here since, Reason</w:t>
      </w:r>
    </w:p>
    <w:p>
      <w:pPr>
        <w:spacing w:after="160"/>
      </w:pPr>
      <w:r>
        <w:rPr>
          <w:b w:val="0"/>
        </w:rPr>
        <w:t xml:space="preserve">Date: </w:t>
      </w:r>
      <w:r>
        <w:rPr>
          <w:b w:val="0"/>
          <w:highlight w:val="yellow"/>
        </w:rPr>
        <w:t>[DD-MM-YYYY]</w:t>
      </w:r>
    </w:p>
    <w:p>
      <w:pPr>
        <w:spacing w:after="160"/>
      </w:pPr>
      <w:r>
        <w:rPr>
          <w:b w:val="0"/>
        </w:rPr>
        <w:t>To,</w:t>
      </w:r>
      <w:r>
        <w:br/>
      </w:r>
      <w:r>
        <w:rPr>
          <w:b w:val="0"/>
        </w:rPr>
        <w:t>The Principal</w:t>
      </w:r>
      <w:r>
        <w:br/>
      </w:r>
      <w:r>
        <w:rPr>
          <w:b w:val="0"/>
          <w:highlight w:val="yellow"/>
        </w:rPr>
        <w:t>[School name]</w:t>
      </w:r>
      <w:r>
        <w:br/>
      </w:r>
      <w:r>
        <w:rPr>
          <w:b w:val="0"/>
          <w:highlight w:val="yellow"/>
        </w:rPr>
        <w:t>[City]</w:t>
      </w:r>
    </w:p>
    <w:p>
      <w:pPr>
        <w:spacing w:after="160"/>
      </w:pPr>
      <w:r>
        <w:rPr>
          <w:b/>
        </w:rPr>
        <w:t>Subject: Application for Transfer Certificate (TC)</w:t>
      </w:r>
    </w:p>
    <w:p>
      <w:pPr>
        <w:spacing w:after="160"/>
      </w:pPr>
      <w:r>
        <w:rPr>
          <w:b w:val="0"/>
        </w:rPr>
        <w:t>Respected Sir/Madam,</w:t>
      </w:r>
    </w:p>
    <w:p>
      <w:pPr>
        <w:spacing w:after="160"/>
      </w:pPr>
      <w:r>
        <w:rPr>
          <w:b w:val="0"/>
        </w:rPr>
        <w:t xml:space="preserve">Respectfully, I beg to state that I have been studying in your school since </w:t>
      </w:r>
      <w:r>
        <w:rPr>
          <w:b w:val="0"/>
          <w:highlight w:val="yellow"/>
        </w:rPr>
        <w:t>[Studying here since]</w:t>
      </w:r>
      <w:r>
        <w:rPr>
          <w:b w:val="0"/>
        </w:rPr>
        <w:t xml:space="preserve"> and am at present a student of Class </w:t>
      </w:r>
      <w:r>
        <w:rPr>
          <w:b w:val="0"/>
          <w:highlight w:val="yellow"/>
        </w:rPr>
        <w:t>[Class / course and section]</w:t>
      </w:r>
      <w:r>
        <w:rPr>
          <w:b w:val="0"/>
        </w:rPr>
        <w:t xml:space="preserve">. As </w:t>
      </w:r>
      <w:r>
        <w:rPr>
          <w:b w:val="0"/>
          <w:highlight w:val="yellow"/>
        </w:rPr>
        <w:t>[Reason]</w:t>
      </w:r>
      <w:r>
        <w:rPr>
          <w:b w:val="0"/>
        </w:rPr>
        <w:t>, I have to leave this school and take admission in another school.</w:t>
      </w:r>
    </w:p>
    <w:p>
      <w:pPr>
        <w:spacing w:after="160"/>
      </w:pPr>
      <w:r>
        <w:rPr>
          <w:b w:val="0"/>
        </w:rPr>
        <w:t>Kindly issue my Transfer Certificate at the earliest so that I can complete my new admission in time.</w:t>
      </w:r>
    </w:p>
    <w:p>
      <w:pPr>
        <w:spacing w:after="160"/>
      </w:pPr>
      <w:r>
        <w:rPr>
          <w:b w:val="0"/>
        </w:rPr>
        <w:t>I have paid all my fees and returned the library books and identity card. I also request you to issue my character certificate along with the TC.</w:t>
      </w:r>
    </w:p>
    <w:p>
      <w:pPr>
        <w:spacing w:after="160"/>
      </w:pPr>
      <w:r>
        <w:rPr>
          <w:b w:val="0"/>
        </w:rPr>
        <w:t>I shall be thankful for your kind consideration.</w:t>
      </w:r>
    </w:p>
    <w:p>
      <w:pPr>
        <w:spacing w:after="160"/>
      </w:pPr>
      <w:r>
        <w:rPr>
          <w:b w:val="0"/>
        </w:rPr>
        <w:t>Thanking you,</w:t>
      </w:r>
    </w:p>
    <w:p>
      <w:pPr>
        <w:spacing w:after="160"/>
      </w:pPr>
      <w:r>
        <w:rPr>
          <w:b w:val="0"/>
        </w:rPr>
        <w:t>Yours obediently,</w:t>
      </w:r>
      <w:r>
        <w:br/>
      </w:r>
      <w:r>
        <w:br/>
      </w:r>
      <w:r>
        <w:br/>
      </w:r>
      <w:r>
        <w:rPr>
          <w:b w:val="0"/>
          <w:highlight w:val="yellow"/>
        </w:rPr>
        <w:t>[Your full name]</w:t>
      </w:r>
      <w:r>
        <w:br/>
      </w:r>
      <w:r>
        <w:rPr>
          <w:b w:val="0"/>
        </w:rPr>
        <w:t xml:space="preserve">Class: </w:t>
      </w:r>
      <w:r>
        <w:rPr>
          <w:b w:val="0"/>
          <w:highlight w:val="yellow"/>
        </w:rPr>
        <w:t>[ ]</w:t>
      </w:r>
      <w:r>
        <w:br/>
      </w:r>
      <w:r>
        <w:rPr>
          <w:b w:val="0"/>
        </w:rPr>
        <w:t xml:space="preserve">Roll No.: </w:t>
      </w:r>
      <w:r>
        <w:rPr>
          <w:b w:val="0"/>
          <w:highlight w:val="yellow"/>
        </w:rPr>
        <w:t>[ ]</w:t>
      </w:r>
    </w:p>
    <w:p>
      <w:r>
        <w:br w:type="page"/>
      </w:r>
    </w:p>
    <w:p>
      <w:pPr>
        <w:spacing w:after="40"/>
      </w:pPr>
      <w:r>
        <w:rPr>
          <w:b/>
          <w:color w:val="2563EB"/>
          <w:sz w:val="28"/>
        </w:rPr>
        <w:t>5. Bonafide certificate request</w:t>
      </w:r>
    </w:p>
    <w:p>
      <w:pPr>
        <w:spacing w:after="200"/>
      </w:pPr>
      <w:r>
        <w:rPr>
          <w:b w:val="0"/>
          <w:color w:val="55607A"/>
          <w:sz w:val="18"/>
        </w:rPr>
        <w:t>Fill in: Class / course and section, Roll number, Session, Needed for, Needed by</w:t>
      </w:r>
    </w:p>
    <w:p>
      <w:pPr>
        <w:spacing w:after="160"/>
      </w:pPr>
      <w:r>
        <w:rPr>
          <w:b w:val="0"/>
        </w:rPr>
        <w:t xml:space="preserve">Date: </w:t>
      </w:r>
      <w:r>
        <w:rPr>
          <w:b w:val="0"/>
          <w:highlight w:val="yellow"/>
        </w:rPr>
        <w:t>[DD-MM-YYYY]</w:t>
      </w:r>
    </w:p>
    <w:p>
      <w:pPr>
        <w:spacing w:after="160"/>
      </w:pPr>
      <w:r>
        <w:rPr>
          <w:b w:val="0"/>
        </w:rPr>
        <w:t>To,</w:t>
      </w:r>
      <w:r>
        <w:br/>
      </w:r>
      <w:r>
        <w:rPr>
          <w:b w:val="0"/>
        </w:rPr>
        <w:t>The Principal</w:t>
      </w:r>
      <w:r>
        <w:br/>
      </w:r>
      <w:r>
        <w:rPr>
          <w:b w:val="0"/>
          <w:highlight w:val="yellow"/>
        </w:rPr>
        <w:t>[School / college name]</w:t>
      </w:r>
      <w:r>
        <w:br/>
      </w:r>
      <w:r>
        <w:rPr>
          <w:b w:val="0"/>
          <w:highlight w:val="yellow"/>
        </w:rPr>
        <w:t>[City]</w:t>
      </w:r>
    </w:p>
    <w:p>
      <w:pPr>
        <w:spacing w:after="160"/>
      </w:pPr>
      <w:r>
        <w:rPr>
          <w:b/>
        </w:rPr>
        <w:t>Subject: Request for a bonafide certificate</w:t>
      </w:r>
    </w:p>
    <w:p>
      <w:pPr>
        <w:spacing w:after="160"/>
      </w:pPr>
      <w:r>
        <w:rPr>
          <w:b w:val="0"/>
        </w:rPr>
        <w:t>Respected Sir/Madam,</w:t>
      </w:r>
    </w:p>
    <w:p>
      <w:pPr>
        <w:spacing w:after="160"/>
      </w:pPr>
      <w:r>
        <w:rPr>
          <w:b w:val="0"/>
        </w:rPr>
        <w:t xml:space="preserve">Respectfully, I am a regular student of Class </w:t>
      </w:r>
      <w:r>
        <w:rPr>
          <w:b w:val="0"/>
          <w:highlight w:val="yellow"/>
        </w:rPr>
        <w:t>[Class / course and section]</w:t>
      </w:r>
      <w:r>
        <w:rPr>
          <w:b w:val="0"/>
        </w:rPr>
        <w:t xml:space="preserve"> (Roll No. </w:t>
      </w:r>
      <w:r>
        <w:rPr>
          <w:b w:val="0"/>
          <w:highlight w:val="yellow"/>
        </w:rPr>
        <w:t>[Roll number]</w:t>
      </w:r>
      <w:r>
        <w:rPr>
          <w:b w:val="0"/>
        </w:rPr>
        <w:t xml:space="preserve">) in your institution for the session </w:t>
      </w:r>
      <w:r>
        <w:rPr>
          <w:b w:val="0"/>
          <w:highlight w:val="yellow"/>
        </w:rPr>
        <w:t>[Session]</w:t>
      </w:r>
      <w:r>
        <w:rPr>
          <w:b w:val="0"/>
        </w:rPr>
        <w:t xml:space="preserve">. I need a bonafide certificate for </w:t>
      </w:r>
      <w:r>
        <w:rPr>
          <w:b w:val="0"/>
          <w:highlight w:val="yellow"/>
        </w:rPr>
        <w:t>[Needed for]</w:t>
      </w:r>
      <w:r>
        <w:rPr>
          <w:b w:val="0"/>
        </w:rPr>
        <w:t>.</w:t>
      </w:r>
    </w:p>
    <w:p>
      <w:pPr>
        <w:spacing w:after="160"/>
      </w:pPr>
      <w:r>
        <w:rPr>
          <w:b w:val="0"/>
        </w:rPr>
        <w:t xml:space="preserve">Kindly issue the certificate at the earliest, as it has to be submitted by </w:t>
      </w:r>
      <w:r>
        <w:rPr>
          <w:b w:val="0"/>
          <w:highlight w:val="yellow"/>
        </w:rPr>
        <w:t>[Needed by]</w:t>
      </w:r>
      <w:r>
        <w:rPr>
          <w:b w:val="0"/>
        </w:rPr>
        <w:t>.</w:t>
      </w:r>
    </w:p>
    <w:p>
      <w:pPr>
        <w:spacing w:after="160"/>
      </w:pPr>
      <w:r>
        <w:rPr>
          <w:b w:val="0"/>
        </w:rPr>
        <w:t>I shall be thankful for your kind consideration.</w:t>
      </w:r>
    </w:p>
    <w:p>
      <w:pPr>
        <w:spacing w:after="160"/>
      </w:pPr>
      <w:r>
        <w:rPr>
          <w:b w:val="0"/>
        </w:rPr>
        <w:t>Thanking you,</w:t>
      </w:r>
    </w:p>
    <w:p>
      <w:pPr>
        <w:spacing w:after="160"/>
      </w:pPr>
      <w:r>
        <w:rPr>
          <w:b w:val="0"/>
        </w:rPr>
        <w:t>Yours obediently,</w:t>
      </w:r>
      <w:r>
        <w:br/>
      </w:r>
      <w:r>
        <w:br/>
      </w:r>
      <w:r>
        <w:br/>
      </w:r>
      <w:r>
        <w:rPr>
          <w:b w:val="0"/>
          <w:highlight w:val="yellow"/>
        </w:rPr>
        <w:t>[Your full name]</w:t>
      </w:r>
      <w:r>
        <w:br/>
      </w:r>
      <w:r>
        <w:rPr>
          <w:b w:val="0"/>
        </w:rPr>
        <w:t xml:space="preserve">Class: </w:t>
      </w:r>
      <w:r>
        <w:rPr>
          <w:b w:val="0"/>
          <w:highlight w:val="yellow"/>
        </w:rPr>
        <w:t>[ ]</w:t>
      </w:r>
      <w:r>
        <w:br/>
      </w:r>
      <w:r>
        <w:rPr>
          <w:b w:val="0"/>
        </w:rPr>
        <w:t xml:space="preserve">Roll No.: </w:t>
      </w:r>
      <w:r>
        <w:rPr>
          <w:b w:val="0"/>
          <w:highlight w:val="yellow"/>
        </w:rPr>
        <w:t>[ ]</w:t>
      </w:r>
    </w:p>
    <w:p>
      <w:r>
        <w:br w:type="page"/>
      </w:r>
    </w:p>
    <w:p>
      <w:pPr>
        <w:spacing w:after="40"/>
      </w:pPr>
      <w:r>
        <w:rPr>
          <w:b/>
          <w:color w:val="2563EB"/>
          <w:sz w:val="28"/>
        </w:rPr>
        <w:t>6. Job application (cover letter)</w:t>
      </w:r>
    </w:p>
    <w:p>
      <w:pPr>
        <w:spacing w:after="200"/>
      </w:pPr>
      <w:r>
        <w:rPr>
          <w:b w:val="0"/>
          <w:color w:val="55607A"/>
          <w:sz w:val="18"/>
        </w:rPr>
        <w:t>Fill in: Post / position, Where you saw the vacancy, Your qualification, Experience, Key skills</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 xml:space="preserve">Subject: Application for the post of </w:t>
      </w:r>
      <w:r>
        <w:rPr>
          <w:b/>
          <w:highlight w:val="yellow"/>
        </w:rPr>
        <w:t>[Post / position]</w:t>
      </w:r>
    </w:p>
    <w:p>
      <w:pPr>
        <w:spacing w:after="160"/>
      </w:pPr>
      <w:r>
        <w:rPr>
          <w:b w:val="0"/>
        </w:rPr>
        <w:t>Dear Sir/Madam,</w:t>
      </w:r>
    </w:p>
    <w:p>
      <w:pPr>
        <w:spacing w:after="160"/>
      </w:pPr>
      <w:r>
        <w:rPr>
          <w:b w:val="0"/>
        </w:rPr>
        <w:t xml:space="preserve">I am writing to apply for the post of </w:t>
      </w:r>
      <w:r>
        <w:rPr>
          <w:b w:val="0"/>
          <w:highlight w:val="yellow"/>
        </w:rPr>
        <w:t>[Post / position]</w:t>
      </w:r>
      <w:r>
        <w:rPr>
          <w:b w:val="0"/>
        </w:rPr>
        <w:t xml:space="preserve"> advertised in </w:t>
      </w:r>
      <w:r>
        <w:rPr>
          <w:b w:val="0"/>
          <w:highlight w:val="yellow"/>
        </w:rPr>
        <w:t>[Where you saw the vacancy]</w:t>
      </w:r>
      <w:r>
        <w:rPr>
          <w:b w:val="0"/>
        </w:rPr>
        <w:t xml:space="preserve">. I hold </w:t>
      </w:r>
      <w:r>
        <w:rPr>
          <w:b w:val="0"/>
          <w:highlight w:val="yellow"/>
        </w:rPr>
        <w:t>[Your qualification]</w:t>
      </w:r>
      <w:r>
        <w:rPr>
          <w:b w:val="0"/>
        </w:rPr>
        <w:t xml:space="preserve"> and have </w:t>
      </w:r>
      <w:r>
        <w:rPr>
          <w:b w:val="0"/>
          <w:highlight w:val="yellow"/>
        </w:rPr>
        <w:t>[Experience]</w:t>
      </w:r>
      <w:r>
        <w:rPr>
          <w:b w:val="0"/>
        </w:rPr>
        <w:t xml:space="preserve"> of experience.</w:t>
      </w:r>
    </w:p>
    <w:p>
      <w:pPr>
        <w:spacing w:after="160"/>
      </w:pPr>
      <w:r>
        <w:rPr>
          <w:b w:val="0"/>
        </w:rPr>
        <w:t xml:space="preserve">My key skills include </w:t>
      </w:r>
      <w:r>
        <w:rPr>
          <w:b w:val="0"/>
          <w:highlight w:val="yellow"/>
        </w:rPr>
        <w:t>[Key skills]</w:t>
      </w:r>
      <w:r>
        <w:rPr>
          <w:b w:val="0"/>
        </w:rPr>
        <w:t>. I am hardworking, quick to learn and comfortable working in a team, and I am confident that I can contribute to your organisation from the first day.</w:t>
      </w:r>
    </w:p>
    <w:p>
      <w:pPr>
        <w:spacing w:after="160"/>
      </w:pPr>
      <w:r>
        <w:rPr>
          <w:b w:val="0"/>
        </w:rPr>
        <w:t>I have attached my résumé for your consideration and would welcome the opportunity to meet you for an interview at your convenience.</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pPr>
        <w:spacing w:after="80"/>
      </w:pPr>
      <w:r>
        <w:rPr>
          <w:b w:val="0"/>
          <w:sz w:val="19"/>
        </w:rPr>
        <w:t>Enclosures:</w:t>
      </w:r>
      <w:r>
        <w:br/>
      </w:r>
      <w:r>
        <w:rPr>
          <w:b w:val="0"/>
          <w:sz w:val="19"/>
        </w:rPr>
        <w:t>1. Résumé</w:t>
      </w:r>
      <w:r>
        <w:br/>
      </w:r>
      <w:r>
        <w:rPr>
          <w:b w:val="0"/>
          <w:sz w:val="19"/>
        </w:rPr>
        <w:t>2. Copies of certificates</w:t>
      </w:r>
    </w:p>
    <w:p>
      <w:r>
        <w:br w:type="page"/>
      </w:r>
    </w:p>
    <w:p>
      <w:pPr>
        <w:spacing w:after="40"/>
      </w:pPr>
      <w:r>
        <w:rPr>
          <w:b/>
          <w:color w:val="2563EB"/>
          <w:sz w:val="28"/>
        </w:rPr>
        <w:t>7. Leave application (office)</w:t>
      </w:r>
    </w:p>
    <w:p>
      <w:pPr>
        <w:spacing w:after="200"/>
      </w:pPr>
      <w:r>
        <w:rPr>
          <w:b w:val="0"/>
          <w:color w:val="55607A"/>
          <w:sz w:val="18"/>
        </w:rPr>
        <w:t>Fill in: From date, To date, Reason, Colleague who will handle your work</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Leave application from </w:t>
      </w:r>
      <w:r>
        <w:rPr>
          <w:b/>
          <w:highlight w:val="yellow"/>
        </w:rPr>
        <w:t>[From date]</w:t>
      </w:r>
      <w:r>
        <w:rPr>
          <w:b/>
        </w:rPr>
        <w:t xml:space="preserve"> to </w:t>
      </w:r>
      <w:r>
        <w:rPr>
          <w:b/>
          <w:highlight w:val="yellow"/>
        </w:rPr>
        <w:t>[To date]</w:t>
      </w:r>
    </w:p>
    <w:p>
      <w:pPr>
        <w:spacing w:after="160"/>
      </w:pPr>
      <w:r>
        <w:rPr>
          <w:b w:val="0"/>
        </w:rPr>
        <w:t>Dear Sir/Madam,</w:t>
      </w:r>
    </w:p>
    <w:p>
      <w:pPr>
        <w:spacing w:after="160"/>
      </w:pPr>
      <w:r>
        <w:rPr>
          <w:b w:val="0"/>
        </w:rPr>
        <w:t xml:space="preserve">I would like to request leave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 xml:space="preserve">) because </w:t>
      </w:r>
      <w:r>
        <w:rPr>
          <w:b w:val="0"/>
          <w:highlight w:val="yellow"/>
        </w:rPr>
        <w:t>[Reason]</w:t>
      </w:r>
      <w:r>
        <w:rPr>
          <w:b w:val="0"/>
        </w:rPr>
        <w:t>.</w:t>
      </w:r>
    </w:p>
    <w:p>
      <w:pPr>
        <w:spacing w:after="160"/>
      </w:pPr>
      <w:r>
        <w:rPr>
          <w:b w:val="0"/>
        </w:rPr>
        <w:t xml:space="preserve">I will complete my urgent work before going on leave, and </w:t>
      </w:r>
      <w:r>
        <w:rPr>
          <w:b w:val="0"/>
          <w:highlight w:val="yellow"/>
        </w:rPr>
        <w:t>[Colleague who will handle your work]</w:t>
      </w:r>
      <w:r>
        <w:rPr>
          <w:b w:val="0"/>
        </w:rPr>
        <w:t xml:space="preserve"> will take care of my duties in my absence.</w:t>
      </w:r>
    </w:p>
    <w:p>
      <w:pPr>
        <w:spacing w:after="160"/>
      </w:pPr>
      <w:r>
        <w:rPr>
          <w:b w:val="0"/>
        </w:rPr>
        <w:t xml:space="preserve">I will be available on my mobile, </w:t>
      </w:r>
      <w:r>
        <w:rPr>
          <w:b w:val="0"/>
          <w:highlight w:val="yellow"/>
        </w:rPr>
        <w:t>[Mobile number]</w:t>
      </w:r>
      <w:r>
        <w:rPr>
          <w:b w:val="0"/>
        </w:rPr>
        <w:t>, for anything urgent.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8. Sick leave application (office)</w:t>
      </w:r>
    </w:p>
    <w:p>
      <w:pPr>
        <w:spacing w:after="200"/>
      </w:pPr>
      <w:r>
        <w:rPr>
          <w:b w:val="0"/>
          <w:color w:val="55607A"/>
          <w:sz w:val="18"/>
        </w:rPr>
        <w:t>Fill in: Illness, From date, To date</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Subject: Sick leave application</w:t>
      </w:r>
    </w:p>
    <w:p>
      <w:pPr>
        <w:spacing w:after="160"/>
      </w:pPr>
      <w:r>
        <w:rPr>
          <w:b w:val="0"/>
        </w:rPr>
        <w:t>Dear Sir/Madam,</w:t>
      </w:r>
    </w:p>
    <w:p>
      <w:pPr>
        <w:spacing w:after="160"/>
      </w:pPr>
      <w:r>
        <w:rPr>
          <w:b w:val="0"/>
        </w:rPr>
        <w:t xml:space="preserve">I am unwell with </w:t>
      </w:r>
      <w:r>
        <w:rPr>
          <w:b w:val="0"/>
          <w:highlight w:val="yellow"/>
        </w:rPr>
        <w:t>[Illness]</w:t>
      </w:r>
      <w:r>
        <w:rPr>
          <w:b w:val="0"/>
        </w:rPr>
        <w:t xml:space="preserve">, and the doctor has advised me to rest. I am therefore unable to come to the office from </w:t>
      </w:r>
      <w:r>
        <w:rPr>
          <w:b w:val="0"/>
          <w:highlight w:val="yellow"/>
        </w:rPr>
        <w:t>[From date]</w:t>
      </w:r>
      <w:r>
        <w:rPr>
          <w:b w:val="0"/>
        </w:rPr>
        <w:t xml:space="preserve"> to </w:t>
      </w:r>
      <w:r>
        <w:rPr>
          <w:b w:val="0"/>
          <w:highlight w:val="yellow"/>
        </w:rPr>
        <w:t>[To date]</w:t>
      </w:r>
      <w:r>
        <w:rPr>
          <w:b w:val="0"/>
        </w:rPr>
        <w:t xml:space="preserve"> (</w:t>
      </w:r>
      <w:r>
        <w:rPr>
          <w:b w:val="0"/>
          <w:highlight w:val="yellow"/>
        </w:rPr>
        <w:t>[number of days]</w:t>
      </w:r>
      <w:r>
        <w:rPr>
          <w:b w:val="0"/>
        </w:rPr>
        <w:t>).</w:t>
      </w:r>
    </w:p>
    <w:p>
      <w:pPr>
        <w:spacing w:after="160"/>
      </w:pPr>
      <w:r>
        <w:rPr>
          <w:b w:val="0"/>
        </w:rPr>
        <w:t>Kindly grant me sick leave for this period. I will resume work as soon as I recover.</w:t>
      </w:r>
    </w:p>
    <w:p>
      <w:pPr>
        <w:spacing w:after="160"/>
      </w:pPr>
      <w:r>
        <w:rPr>
          <w:b w:val="0"/>
        </w:rPr>
        <w:t>I will submit the medical certificate when I rejoin.</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9. Resignation letter</w:t>
      </w:r>
    </w:p>
    <w:p>
      <w:pPr>
        <w:spacing w:after="200"/>
      </w:pPr>
      <w:r>
        <w:rPr>
          <w:b w:val="0"/>
          <w:color w:val="55607A"/>
          <w:sz w:val="18"/>
        </w:rPr>
        <w:t>Fill in: Notice period, Last working day, Reason</w:t>
      </w:r>
    </w:p>
    <w:p>
      <w:pPr>
        <w:spacing w:after="160"/>
      </w:pPr>
      <w:r>
        <w:rPr>
          <w:b w:val="0"/>
        </w:rPr>
        <w:t xml:space="preserve">Date: </w:t>
      </w:r>
      <w:r>
        <w:rPr>
          <w:b w:val="0"/>
          <w:highlight w:val="yellow"/>
        </w:rPr>
        <w:t>[DD-MM-YYYY]</w:t>
      </w:r>
    </w:p>
    <w:p>
      <w:pPr>
        <w:spacing w:after="160"/>
      </w:pPr>
      <w:r>
        <w:rPr>
          <w:b w:val="0"/>
        </w:rPr>
        <w:t>To,</w:t>
      </w:r>
      <w:r>
        <w:br/>
      </w:r>
      <w:r>
        <w:rPr>
          <w:b w:val="0"/>
        </w:rPr>
        <w:t>The Manager</w:t>
      </w:r>
      <w:r>
        <w:br/>
      </w:r>
      <w:r>
        <w:rPr>
          <w:b w:val="0"/>
          <w:highlight w:val="yellow"/>
        </w:rPr>
        <w:t>[Company name]</w:t>
      </w:r>
      <w:r>
        <w:br/>
      </w:r>
      <w:r>
        <w:rPr>
          <w:b w:val="0"/>
          <w:highlight w:val="yellow"/>
        </w:rPr>
        <w:t>[City]</w:t>
      </w:r>
    </w:p>
    <w:p>
      <w:pPr>
        <w:spacing w:after="160"/>
      </w:pPr>
      <w:r>
        <w:rPr>
          <w:b/>
        </w:rPr>
        <w:t xml:space="preserve">Subject: Resignation from the post of </w:t>
      </w:r>
      <w:r>
        <w:rPr>
          <w:b/>
          <w:highlight w:val="yellow"/>
        </w:rPr>
        <w:t>[Your designation]</w:t>
      </w:r>
    </w:p>
    <w:p>
      <w:pPr>
        <w:spacing w:after="160"/>
      </w:pPr>
      <w:r>
        <w:rPr>
          <w:b w:val="0"/>
        </w:rPr>
        <w:t>Dear Sir/Madam,</w:t>
      </w:r>
    </w:p>
    <w:p>
      <w:pPr>
        <w:spacing w:after="160"/>
      </w:pPr>
      <w:r>
        <w:rPr>
          <w:b w:val="0"/>
        </w:rPr>
        <w:t xml:space="preserve">Please accept this letter as formal notice of my resignation from the post of </w:t>
      </w:r>
      <w:r>
        <w:rPr>
          <w:b w:val="0"/>
          <w:highlight w:val="yellow"/>
        </w:rPr>
        <w:t>[Your designation]</w:t>
      </w:r>
      <w:r>
        <w:rPr>
          <w:b w:val="0"/>
        </w:rPr>
        <w:t xml:space="preserve"> in the </w:t>
      </w:r>
      <w:r>
        <w:rPr>
          <w:b w:val="0"/>
          <w:highlight w:val="yellow"/>
        </w:rPr>
        <w:t>[Department]</w:t>
      </w:r>
      <w:r>
        <w:rPr>
          <w:b w:val="0"/>
        </w:rPr>
        <w:t xml:space="preserve"> department. As per my </w:t>
      </w:r>
      <w:r>
        <w:rPr>
          <w:b w:val="0"/>
          <w:highlight w:val="yellow"/>
        </w:rPr>
        <w:t>[Notice period]</w:t>
      </w:r>
      <w:r>
        <w:rPr>
          <w:b w:val="0"/>
        </w:rPr>
        <w:t xml:space="preserve"> notice period, my last working day will be </w:t>
      </w:r>
      <w:r>
        <w:rPr>
          <w:b w:val="0"/>
          <w:highlight w:val="yellow"/>
        </w:rPr>
        <w:t>[Last working day]</w:t>
      </w:r>
      <w:r>
        <w:rPr>
          <w:b w:val="0"/>
        </w:rPr>
        <w:t>.</w:t>
      </w:r>
    </w:p>
    <w:p>
      <w:pPr>
        <w:spacing w:after="160"/>
      </w:pPr>
      <w:r>
        <w:rPr>
          <w:b w:val="0"/>
        </w:rPr>
        <w:t xml:space="preserve">I have decided to move on because </w:t>
      </w:r>
      <w:r>
        <w:rPr>
          <w:b w:val="0"/>
          <w:highlight w:val="yellow"/>
        </w:rPr>
        <w:t>[Reason]</w:t>
      </w:r>
      <w:r>
        <w:rPr>
          <w:b w:val="0"/>
        </w:rPr>
        <w:t>. I am grateful for the opportunities and support I have received here, and I have learnt a great deal from you and the team.</w:t>
      </w:r>
    </w:p>
    <w:p>
      <w:pPr>
        <w:spacing w:after="160"/>
      </w:pPr>
      <w:r>
        <w:rPr>
          <w:b w:val="0"/>
        </w:rPr>
        <w:t>I will complete a proper handover of my work and documents before my last day. Kindly arrange my full and final settlement and relieving letter.</w:t>
      </w:r>
    </w:p>
    <w:p>
      <w:pPr>
        <w:spacing w:after="160"/>
      </w:pPr>
      <w:r>
        <w:rPr>
          <w:b w:val="0"/>
        </w:rPr>
        <w:t>Kindly accept my resignation.</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10. Salary certificate request</w:t>
      </w:r>
    </w:p>
    <w:p>
      <w:pPr>
        <w:spacing w:after="200"/>
      </w:pPr>
      <w:r>
        <w:rPr>
          <w:b w:val="0"/>
          <w:color w:val="55607A"/>
          <w:sz w:val="18"/>
        </w:rPr>
        <w:t>Fill in: Needed for, Also ask for payslips of last … months</w:t>
      </w:r>
    </w:p>
    <w:p>
      <w:pPr>
        <w:spacing w:after="160"/>
      </w:pPr>
      <w:r>
        <w:rPr>
          <w:b w:val="0"/>
        </w:rPr>
        <w:t xml:space="preserve">Date: </w:t>
      </w:r>
      <w:r>
        <w:rPr>
          <w:b w:val="0"/>
          <w:highlight w:val="yellow"/>
        </w:rPr>
        <w:t>[DD-MM-YYYY]</w:t>
      </w:r>
    </w:p>
    <w:p>
      <w:pPr>
        <w:spacing w:after="160"/>
      </w:pPr>
      <w:r>
        <w:rPr>
          <w:b w:val="0"/>
        </w:rPr>
        <w:t>To,</w:t>
      </w:r>
      <w:r>
        <w:br/>
      </w:r>
      <w:r>
        <w:rPr>
          <w:b w:val="0"/>
        </w:rPr>
        <w:t>The HR Manager</w:t>
      </w:r>
      <w:r>
        <w:br/>
      </w:r>
      <w:r>
        <w:rPr>
          <w:b w:val="0"/>
          <w:highlight w:val="yellow"/>
        </w:rPr>
        <w:t>[Company name]</w:t>
      </w:r>
      <w:r>
        <w:br/>
      </w:r>
      <w:r>
        <w:rPr>
          <w:b w:val="0"/>
          <w:highlight w:val="yellow"/>
        </w:rPr>
        <w:t>[City]</w:t>
      </w:r>
    </w:p>
    <w:p>
      <w:pPr>
        <w:spacing w:after="160"/>
      </w:pPr>
      <w:r>
        <w:rPr>
          <w:b/>
        </w:rPr>
        <w:t>Subject: Request for a salary certificate</w:t>
      </w:r>
    </w:p>
    <w:p>
      <w:pPr>
        <w:spacing w:after="160"/>
      </w:pPr>
      <w:r>
        <w:rPr>
          <w:b w:val="0"/>
        </w:rPr>
        <w:t>Dear Sir/Madam,</w:t>
      </w:r>
    </w:p>
    <w:p>
      <w:pPr>
        <w:spacing w:after="160"/>
      </w:pPr>
      <w:r>
        <w:rPr>
          <w:b w:val="0"/>
        </w:rPr>
        <w:t xml:space="preserve">I need a salary certificate for </w:t>
      </w:r>
      <w:r>
        <w:rPr>
          <w:b w:val="0"/>
          <w:highlight w:val="yellow"/>
        </w:rPr>
        <w:t>[Needed for]</w:t>
      </w:r>
      <w:r>
        <w:rPr>
          <w:b w:val="0"/>
        </w:rPr>
        <w:t xml:space="preserve">. Kindly issue a certificate showing my designation, date of joining and present monthly salary, along with my salary slips for the last </w:t>
      </w:r>
      <w:r>
        <w:rPr>
          <w:b w:val="0"/>
          <w:highlight w:val="yellow"/>
        </w:rPr>
        <w:t>[Also ask for payslips of last … months]</w:t>
      </w:r>
      <w:r>
        <w:rPr>
          <w:b w:val="0"/>
        </w:rPr>
        <w:t xml:space="preserve"> months.</w:t>
      </w:r>
    </w:p>
    <w:p>
      <w:pPr>
        <w:spacing w:after="160"/>
      </w:pPr>
      <w:r>
        <w:rPr>
          <w:b w:val="0"/>
        </w:rPr>
        <w:t>The papers have to be submitted soon, so I request you to issue it within this week if possible.</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designation]</w:t>
      </w:r>
      <w:r>
        <w:br/>
      </w:r>
      <w:r>
        <w:rPr>
          <w:b w:val="0"/>
        </w:rPr>
        <w:t xml:space="preserve">Department: </w:t>
      </w:r>
      <w:r>
        <w:rPr>
          <w:b w:val="0"/>
          <w:highlight w:val="yellow"/>
        </w:rPr>
        <w:t>[ ]</w:t>
      </w:r>
      <w:r>
        <w:br/>
      </w:r>
      <w:r>
        <w:rPr>
          <w:b w:val="0"/>
        </w:rPr>
        <w:t xml:space="preserve">Employee ID: </w:t>
      </w:r>
      <w:r>
        <w:rPr>
          <w:b w:val="0"/>
          <w:highlight w:val="yellow"/>
        </w:rPr>
        <w:t>[ ]</w:t>
      </w:r>
    </w:p>
    <w:p>
      <w:r>
        <w:br w:type="page"/>
      </w:r>
    </w:p>
    <w:p>
      <w:pPr>
        <w:spacing w:after="40"/>
      </w:pPr>
      <w:r>
        <w:rPr>
          <w:b/>
          <w:color w:val="2563EB"/>
          <w:sz w:val="28"/>
        </w:rPr>
        <w:t>11. Bank account closure</w:t>
      </w:r>
    </w:p>
    <w:p>
      <w:pPr>
        <w:spacing w:after="200"/>
      </w:pPr>
      <w:r>
        <w:rPr>
          <w:b w:val="0"/>
          <w:color w:val="55607A"/>
          <w:sz w:val="18"/>
        </w:rPr>
        <w:t>Fill in: Account number, Account type, Reason, Move the balance to account no.</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to close my </w:t>
      </w:r>
      <w:r>
        <w:rPr>
          <w:b/>
          <w:highlight w:val="yellow"/>
        </w:rPr>
        <w:t>[savings / current]</w:t>
      </w:r>
      <w:r>
        <w:rPr>
          <w:b/>
        </w:rPr>
        <w:t xml:space="preserve"> account No. </w:t>
      </w:r>
      <w:r>
        <w:rPr>
          <w:b/>
          <w:highlight w:val="yellow"/>
        </w:rPr>
        <w:t>[Account number]</w:t>
      </w:r>
    </w:p>
    <w:p>
      <w:pPr>
        <w:spacing w:after="160"/>
      </w:pPr>
      <w:r>
        <w:rPr>
          <w:b w:val="0"/>
        </w:rPr>
        <w:t>Dear Sir/Madam,</w:t>
      </w:r>
    </w:p>
    <w:p>
      <w:pPr>
        <w:spacing w:after="160"/>
      </w:pPr>
      <w:r>
        <w:rPr>
          <w:b w:val="0"/>
        </w:rPr>
        <w:t xml:space="preserve">I hold a </w:t>
      </w:r>
      <w:r>
        <w:rPr>
          <w:b w:val="0"/>
          <w:highlight w:val="yellow"/>
        </w:rPr>
        <w:t>[savings / current]</w:t>
      </w:r>
      <w:r>
        <w:rPr>
          <w:b w:val="0"/>
        </w:rPr>
        <w:t xml:space="preserve"> account, No. </w:t>
      </w:r>
      <w:r>
        <w:rPr>
          <w:b w:val="0"/>
          <w:highlight w:val="yellow"/>
        </w:rPr>
        <w:t>[Account number]</w:t>
      </w:r>
      <w:r>
        <w:rPr>
          <w:b w:val="0"/>
        </w:rPr>
        <w:t xml:space="preserve">, at your branch. I wish to close this account as </w:t>
      </w:r>
      <w:r>
        <w:rPr>
          <w:b w:val="0"/>
          <w:highlight w:val="yellow"/>
        </w:rPr>
        <w:t>[Reason]</w:t>
      </w:r>
      <w:r>
        <w:rPr>
          <w:b w:val="0"/>
        </w:rPr>
        <w:t>.</w:t>
      </w:r>
    </w:p>
    <w:p>
      <w:pPr>
        <w:spacing w:after="160"/>
      </w:pPr>
      <w:r>
        <w:rPr>
          <w:b w:val="0"/>
        </w:rPr>
        <w:t xml:space="preserve">Kindly close the account and pay me the remaining balance by transfer to my account No. </w:t>
      </w:r>
      <w:r>
        <w:rPr>
          <w:b w:val="0"/>
          <w:highlight w:val="yellow"/>
        </w:rPr>
        <w:t>[Move the balance to account no.]</w:t>
      </w:r>
      <w:r>
        <w:rPr>
          <w:b w:val="0"/>
        </w:rPr>
        <w:t>. I am returning the unused cheque leaves and my debit card with this letter.</w:t>
      </w:r>
    </w:p>
    <w:p>
      <w:pPr>
        <w:spacing w:after="160"/>
      </w:pPr>
      <w:r>
        <w:rPr>
          <w:b w:val="0"/>
        </w:rPr>
        <w:t>A self-attested copy of my identity proof is attached.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Unused cheque leaves</w:t>
      </w:r>
      <w:r>
        <w:br/>
      </w:r>
      <w:r>
        <w:rPr>
          <w:b w:val="0"/>
          <w:sz w:val="19"/>
        </w:rPr>
        <w:t>2. Debit card</w:t>
      </w:r>
      <w:r>
        <w:br/>
      </w:r>
      <w:r>
        <w:rPr>
          <w:b w:val="0"/>
          <w:sz w:val="19"/>
        </w:rPr>
        <w:t>3. Copy of ID proof</w:t>
      </w:r>
    </w:p>
    <w:p>
      <w:r>
        <w:br w:type="page"/>
      </w:r>
    </w:p>
    <w:p>
      <w:pPr>
        <w:spacing w:after="40"/>
      </w:pPr>
      <w:r>
        <w:rPr>
          <w:b/>
          <w:color w:val="2563EB"/>
          <w:sz w:val="28"/>
        </w:rPr>
        <w:t>12. Change of address in bank account</w:t>
      </w:r>
    </w:p>
    <w:p>
      <w:pPr>
        <w:spacing w:after="200"/>
      </w:pPr>
      <w:r>
        <w:rPr>
          <w:b w:val="0"/>
          <w:color w:val="55607A"/>
          <w:sz w:val="18"/>
        </w:rPr>
        <w:t>Fill in: Account number, New address</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Change of address in account No. </w:t>
      </w:r>
      <w:r>
        <w:rPr>
          <w:b/>
          <w:highlight w:val="yellow"/>
        </w:rPr>
        <w:t>[Account number]</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have moved house, and my new address is:</w:t>
      </w:r>
      <w:r>
        <w:br/>
      </w:r>
      <w:r>
        <w:rPr>
          <w:b w:val="0"/>
          <w:highlight w:val="yellow"/>
        </w:rPr>
        <w:t>[New address]</w:t>
      </w:r>
    </w:p>
    <w:p>
      <w:pPr>
        <w:spacing w:after="160"/>
      </w:pPr>
      <w:r>
        <w:rPr>
          <w:b w:val="0"/>
        </w:rPr>
        <w:t>Kindly update this address in your records for all letters, statements and cards. A self-attested copy of my new address proof is attached.</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Mobile: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Address proof (self-attested)</w:t>
      </w:r>
    </w:p>
    <w:p>
      <w:r>
        <w:br w:type="page"/>
      </w:r>
    </w:p>
    <w:p>
      <w:pPr>
        <w:spacing w:after="40"/>
      </w:pPr>
      <w:r>
        <w:rPr>
          <w:b/>
          <w:color w:val="2563EB"/>
          <w:sz w:val="28"/>
        </w:rPr>
        <w:t>13. Bank statement request</w:t>
      </w:r>
    </w:p>
    <w:p>
      <w:pPr>
        <w:spacing w:after="200"/>
      </w:pPr>
      <w:r>
        <w:rPr>
          <w:b w:val="0"/>
          <w:color w:val="55607A"/>
          <w:sz w:val="18"/>
        </w:rPr>
        <w:t>Fill in: Account number, From date, To date, Needed for</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Request for account statement from </w:t>
      </w:r>
      <w:r>
        <w:rPr>
          <w:b/>
          <w:highlight w:val="yellow"/>
        </w:rPr>
        <w:t>[From date]</w:t>
      </w:r>
      <w:r>
        <w:rPr>
          <w:b/>
        </w:rPr>
        <w:t xml:space="preserve"> to </w:t>
      </w:r>
      <w:r>
        <w:rPr>
          <w:b/>
          <w:highlight w:val="yellow"/>
        </w:rPr>
        <w:t>[To date]</w:t>
      </w:r>
    </w:p>
    <w:p>
      <w:pPr>
        <w:spacing w:after="160"/>
      </w:pPr>
      <w:r>
        <w:rPr>
          <w:b w:val="0"/>
        </w:rPr>
        <w:t>Dear Sir/Madam,</w:t>
      </w:r>
    </w:p>
    <w:p>
      <w:pPr>
        <w:spacing w:after="160"/>
      </w:pPr>
      <w:r>
        <w:rPr>
          <w:b w:val="0"/>
        </w:rPr>
        <w:t xml:space="preserve">I hold account No. </w:t>
      </w:r>
      <w:r>
        <w:rPr>
          <w:b w:val="0"/>
          <w:highlight w:val="yellow"/>
        </w:rPr>
        <w:t>[Account number]</w:t>
      </w:r>
      <w:r>
        <w:rPr>
          <w:b w:val="0"/>
        </w:rPr>
        <w:t xml:space="preserve"> at your branch. I need a statement of this account for the period </w:t>
      </w:r>
      <w:r>
        <w:rPr>
          <w:b w:val="0"/>
          <w:highlight w:val="yellow"/>
        </w:rPr>
        <w:t>[From date]</w:t>
      </w:r>
      <w:r>
        <w:rPr>
          <w:b w:val="0"/>
        </w:rPr>
        <w:t xml:space="preserve"> to </w:t>
      </w:r>
      <w:r>
        <w:rPr>
          <w:b w:val="0"/>
          <w:highlight w:val="yellow"/>
        </w:rPr>
        <w:t>[To date]</w:t>
      </w:r>
      <w:r>
        <w:rPr>
          <w:b w:val="0"/>
        </w:rPr>
        <w:t xml:space="preserve"> for </w:t>
      </w:r>
      <w:r>
        <w:rPr>
          <w:b w:val="0"/>
          <w:highlight w:val="yellow"/>
        </w:rPr>
        <w:t>[Needed for]</w:t>
      </w:r>
      <w:r>
        <w:rPr>
          <w:b w:val="0"/>
        </w:rPr>
        <w:t>.</w:t>
      </w:r>
    </w:p>
    <w:p>
      <w:pPr>
        <w:spacing w:after="160"/>
      </w:pPr>
      <w:r>
        <w:rPr>
          <w:b w:val="0"/>
        </w:rPr>
        <w:t>Kindly issue the statement duly signed and stamped by the branch. You may debit any applicable charges from my account.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A/c No.: </w:t>
      </w:r>
      <w:r>
        <w:rPr>
          <w:b w:val="0"/>
          <w:highlight w:val="yellow"/>
        </w:rPr>
        <w:t>[ ]</w:t>
      </w:r>
    </w:p>
    <w:p>
      <w:r>
        <w:br w:type="page"/>
      </w:r>
    </w:p>
    <w:p>
      <w:pPr>
        <w:spacing w:after="40"/>
      </w:pPr>
      <w:r>
        <w:rPr>
          <w:b/>
          <w:color w:val="2563EB"/>
          <w:sz w:val="28"/>
        </w:rPr>
        <w:t>14. Loan application</w:t>
      </w:r>
    </w:p>
    <w:p>
      <w:pPr>
        <w:spacing w:after="200"/>
      </w:pPr>
      <w:r>
        <w:rPr>
          <w:b w:val="0"/>
          <w:color w:val="55607A"/>
          <w:sz w:val="18"/>
        </w:rPr>
        <w:t>Fill in: Loan type, Amount, Repay in how many months, What the loan is for, Your work, Monthly income, Your account number here</w:t>
      </w:r>
    </w:p>
    <w:p>
      <w:pPr>
        <w:spacing w:after="160"/>
      </w:pPr>
      <w:r>
        <w:rPr>
          <w:b w:val="0"/>
        </w:rPr>
        <w:t xml:space="preserve">Date: </w:t>
      </w:r>
      <w:r>
        <w:rPr>
          <w:b w:val="0"/>
          <w:highlight w:val="yellow"/>
        </w:rPr>
        <w:t>[DD-MM-YYYY]</w:t>
      </w:r>
    </w:p>
    <w:p>
      <w:pPr>
        <w:spacing w:after="160"/>
      </w:pPr>
      <w:r>
        <w:rPr>
          <w:b w:val="0"/>
        </w:rPr>
        <w:t>To,</w:t>
      </w:r>
      <w:r>
        <w:br/>
      </w:r>
      <w:r>
        <w:rPr>
          <w:b w:val="0"/>
        </w:rPr>
        <w:t>The Branch Manager</w:t>
      </w:r>
      <w:r>
        <w:br/>
      </w:r>
      <w:r>
        <w:rPr>
          <w:b w:val="0"/>
          <w:highlight w:val="yellow"/>
        </w:rPr>
        <w:t>[Bank name]</w:t>
      </w:r>
      <w:r>
        <w:br/>
      </w:r>
      <w:r>
        <w:rPr>
          <w:b w:val="0"/>
          <w:highlight w:val="yellow"/>
        </w:rPr>
        <w:t>[City]</w:t>
      </w:r>
    </w:p>
    <w:p>
      <w:pPr>
        <w:spacing w:after="160"/>
      </w:pPr>
      <w:r>
        <w:rPr>
          <w:b/>
        </w:rPr>
        <w:t xml:space="preserve">Subject: Application for a </w:t>
      </w:r>
      <w:r>
        <w:rPr>
          <w:b/>
          <w:highlight w:val="yellow"/>
        </w:rPr>
        <w:t>[personal / home / education / vehicle / business / gold]</w:t>
      </w:r>
      <w:r>
        <w:rPr>
          <w:b/>
        </w:rPr>
        <w:t xml:space="preserve"> loan of ₹ </w:t>
      </w:r>
      <w:r>
        <w:rPr>
          <w:b/>
          <w:highlight w:val="yellow"/>
        </w:rPr>
        <w:t>[Amount]</w:t>
      </w:r>
    </w:p>
    <w:p>
      <w:pPr>
        <w:spacing w:after="160"/>
      </w:pPr>
      <w:r>
        <w:rPr>
          <w:b w:val="0"/>
        </w:rPr>
        <w:t>Dear Sir/Madam,</w:t>
      </w:r>
    </w:p>
    <w:p>
      <w:pPr>
        <w:spacing w:after="160"/>
      </w:pPr>
      <w:r>
        <w:rPr>
          <w:b w:val="0"/>
        </w:rPr>
        <w:t xml:space="preserve">I wish to apply for a </w:t>
      </w:r>
      <w:r>
        <w:rPr>
          <w:b w:val="0"/>
          <w:highlight w:val="yellow"/>
        </w:rPr>
        <w:t>[personal / home / education / vehicle / business / gold]</w:t>
      </w:r>
      <w:r>
        <w:rPr>
          <w:b w:val="0"/>
        </w:rPr>
        <w:t xml:space="preserve"> loan of ₹ </w:t>
      </w:r>
      <w:r>
        <w:rPr>
          <w:b w:val="0"/>
          <w:highlight w:val="yellow"/>
        </w:rPr>
        <w:t>[Amount]</w:t>
      </w:r>
      <w:r>
        <w:rPr>
          <w:b w:val="0"/>
        </w:rPr>
        <w:t xml:space="preserve"> (</w:t>
      </w:r>
      <w:r>
        <w:rPr>
          <w:b w:val="0"/>
          <w:highlight w:val="yellow"/>
        </w:rPr>
        <w:t>[amount in words]</w:t>
      </w:r>
      <w:r>
        <w:rPr>
          <w:b w:val="0"/>
        </w:rPr>
        <w:t xml:space="preserve">) for </w:t>
      </w:r>
      <w:r>
        <w:rPr>
          <w:b w:val="0"/>
          <w:highlight w:val="yellow"/>
        </w:rPr>
        <w:t>[What the loan is for]</w:t>
      </w:r>
      <w:r>
        <w:rPr>
          <w:b w:val="0"/>
        </w:rPr>
        <w:t xml:space="preserve">, to be repaid in </w:t>
      </w:r>
      <w:r>
        <w:rPr>
          <w:b w:val="0"/>
          <w:highlight w:val="yellow"/>
        </w:rPr>
        <w:t>[Repay in how many months]</w:t>
      </w:r>
      <w:r>
        <w:rPr>
          <w:b w:val="0"/>
        </w:rPr>
        <w:t xml:space="preserve"> monthly instalments.</w:t>
      </w:r>
    </w:p>
    <w:p>
      <w:pPr>
        <w:spacing w:after="160"/>
      </w:pPr>
      <w:r>
        <w:rPr>
          <w:b w:val="0"/>
        </w:rPr>
        <w:t xml:space="preserve">I work as </w:t>
      </w:r>
      <w:r>
        <w:rPr>
          <w:b w:val="0"/>
          <w:highlight w:val="yellow"/>
        </w:rPr>
        <w:t>[Your work]</w:t>
      </w:r>
      <w:r>
        <w:rPr>
          <w:b w:val="0"/>
        </w:rPr>
        <w:t xml:space="preserve"> with a monthly income of ₹ </w:t>
      </w:r>
      <w:r>
        <w:rPr>
          <w:b w:val="0"/>
          <w:highlight w:val="yellow"/>
        </w:rPr>
        <w:t>[Monthly income]</w:t>
      </w:r>
      <w:r>
        <w:rPr>
          <w:b w:val="0"/>
        </w:rPr>
        <w:t xml:space="preserve">, and I hold account No. </w:t>
      </w:r>
      <w:r>
        <w:rPr>
          <w:b w:val="0"/>
          <w:highlight w:val="yellow"/>
        </w:rPr>
        <w:t>[Your account number here]</w:t>
      </w:r>
      <w:r>
        <w:rPr>
          <w:b w:val="0"/>
        </w:rPr>
        <w:t xml:space="preserve"> at your branch. My income is regular and I have a good repayment record.</w:t>
      </w:r>
    </w:p>
    <w:p>
      <w:pPr>
        <w:spacing w:after="160"/>
      </w:pPr>
      <w:r>
        <w:rPr>
          <w:b w:val="0"/>
        </w:rPr>
        <w:t>Kindly let me know the interest rate, processing charges and documents required, and process my application at the earliest.</w:t>
      </w:r>
    </w:p>
    <w:p>
      <w:pPr>
        <w:spacing w:after="160"/>
      </w:pPr>
      <w:r>
        <w:rPr>
          <w:b w:val="0"/>
        </w:rPr>
        <w:t>I shall be thankful for your kind consideration.</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r>
        <w:br/>
      </w:r>
      <w:r>
        <w:rPr>
          <w:b w:val="0"/>
        </w:rPr>
        <w:t xml:space="preserve">A/c No.: </w:t>
      </w:r>
      <w:r>
        <w:rPr>
          <w:b w:val="0"/>
          <w:highlight w:val="yellow"/>
        </w:rPr>
        <w:t>[ ]</w:t>
      </w:r>
    </w:p>
    <w:p>
      <w:pPr>
        <w:spacing w:after="80"/>
      </w:pPr>
      <w:r>
        <w:rPr>
          <w:b w:val="0"/>
          <w:sz w:val="19"/>
        </w:rPr>
        <w:t>Enclosures:</w:t>
      </w:r>
      <w:r>
        <w:br/>
      </w:r>
      <w:r>
        <w:rPr>
          <w:b w:val="0"/>
          <w:sz w:val="19"/>
        </w:rPr>
        <w:t>1. Identity and address proof</w:t>
      </w:r>
      <w:r>
        <w:br/>
      </w:r>
      <w:r>
        <w:rPr>
          <w:b w:val="0"/>
          <w:sz w:val="19"/>
        </w:rPr>
        <w:t>2. Salary slips / income proof for the last 3 months</w:t>
      </w:r>
      <w:r>
        <w:br/>
      </w:r>
      <w:r>
        <w:rPr>
          <w:b w:val="0"/>
          <w:sz w:val="19"/>
        </w:rPr>
        <w:t>3. Bank statement for the last 6 months</w:t>
      </w:r>
    </w:p>
    <w:p>
      <w:r>
        <w:br w:type="page"/>
      </w:r>
    </w:p>
    <w:p>
      <w:pPr>
        <w:spacing w:after="40"/>
      </w:pPr>
      <w:r>
        <w:rPr>
          <w:b/>
          <w:color w:val="2563EB"/>
          <w:sz w:val="28"/>
        </w:rPr>
        <w:t>15. Complaint about garbage and blocked drains</w:t>
      </w:r>
    </w:p>
    <w:p>
      <w:pPr>
        <w:spacing w:after="200"/>
      </w:pPr>
      <w:r>
        <w:rPr>
          <w:b w:val="0"/>
          <w:color w:val="55607A"/>
          <w:sz w:val="18"/>
        </w:rPr>
        <w:t>Fill in: Locality / ward, For how long, More details</w:t>
      </w:r>
    </w:p>
    <w:p>
      <w:pPr>
        <w:spacing w:after="160"/>
      </w:pPr>
      <w:r>
        <w:rPr>
          <w:b w:val="0"/>
        </w:rPr>
        <w:t xml:space="preserve">Date: </w:t>
      </w:r>
      <w:r>
        <w:rPr>
          <w:b w:val="0"/>
          <w:highlight w:val="yellow"/>
        </w:rPr>
        <w:t>[DD-MM-YYYY]</w:t>
      </w:r>
    </w:p>
    <w:p>
      <w:pPr>
        <w:spacing w:after="160"/>
      </w:pPr>
      <w:r>
        <w:rPr>
          <w:b w:val="0"/>
        </w:rPr>
        <w:t>To,</w:t>
      </w:r>
      <w:r>
        <w:br/>
      </w:r>
      <w:r>
        <w:rPr>
          <w:b w:val="0"/>
        </w:rPr>
        <w:t>The Municipal Commissioner</w:t>
      </w:r>
      <w:r>
        <w:br/>
      </w:r>
      <w:r>
        <w:rPr>
          <w:b w:val="0"/>
          <w:highlight w:val="yellow"/>
        </w:rPr>
        <w:t>[Municipal Corporation / Council]</w:t>
      </w:r>
      <w:r>
        <w:br/>
      </w:r>
      <w:r>
        <w:rPr>
          <w:b w:val="0"/>
          <w:highlight w:val="yellow"/>
        </w:rPr>
        <w:t>[City]</w:t>
      </w:r>
    </w:p>
    <w:p>
      <w:pPr>
        <w:spacing w:after="160"/>
      </w:pPr>
      <w:r>
        <w:rPr>
          <w:b/>
        </w:rPr>
        <w:t xml:space="preserve">Subject: Complaint about garbage and blocked drains in </w:t>
      </w:r>
      <w:r>
        <w:rPr>
          <w:b/>
          <w:highlight w:val="yellow"/>
        </w:rPr>
        <w:t>[Locality / ward]</w:t>
      </w:r>
    </w:p>
    <w:p>
      <w:pPr>
        <w:spacing w:after="160"/>
      </w:pPr>
      <w:r>
        <w:rPr>
          <w:b w:val="0"/>
        </w:rPr>
        <w:t>Dear Sir/Madam,</w:t>
      </w:r>
    </w:p>
    <w:p>
      <w:pPr>
        <w:spacing w:after="160"/>
      </w:pPr>
      <w:r>
        <w:rPr>
          <w:b w:val="0"/>
        </w:rPr>
        <w:t xml:space="preserve">I am a resident of </w:t>
      </w:r>
      <w:r>
        <w:rPr>
          <w:b w:val="0"/>
          <w:highlight w:val="yellow"/>
        </w:rPr>
        <w:t>[Locality / ward]</w:t>
      </w:r>
      <w:r>
        <w:rPr>
          <w:b w:val="0"/>
        </w:rPr>
        <w:t xml:space="preserve">, and I wish to bring to your notice the poor state of sanitation in our locality. Garbage is not being collected regularly for the last </w:t>
      </w:r>
      <w:r>
        <w:rPr>
          <w:b w:val="0"/>
          <w:highlight w:val="yellow"/>
        </w:rPr>
        <w:t>[For how long]</w:t>
      </w:r>
      <w:r>
        <w:rPr>
          <w:b w:val="0"/>
        </w:rPr>
        <w:t>, and the drains are blocked.</w:t>
      </w:r>
    </w:p>
    <w:p>
      <w:pPr>
        <w:spacing w:after="160"/>
      </w:pPr>
      <w:r>
        <w:rPr>
          <w:b w:val="0"/>
          <w:highlight w:val="yellow"/>
        </w:rPr>
        <w:t>[More details]</w:t>
      </w:r>
      <w:r>
        <w:rPr>
          <w:b w:val="0"/>
        </w:rPr>
        <w:t xml:space="preserve"> The heaps of waste and dirty water are breeding mosquitoes and flies, and there is a real risk of disease, especially for children and elderly people.</w:t>
      </w:r>
    </w:p>
    <w:p>
      <w:pPr>
        <w:spacing w:after="160"/>
      </w:pPr>
      <w:r>
        <w:rPr>
          <w:b w:val="0"/>
        </w:rPr>
        <w:t>I request you to arrange regular garbage collection, cleaning of the drains and spraying of insecticide in the area.</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16. RTI application (Right to Information)</w:t>
      </w:r>
    </w:p>
    <w:p>
      <w:pPr>
        <w:spacing w:after="200"/>
      </w:pPr>
      <w:r>
        <w:rPr>
          <w:b w:val="0"/>
          <w:color w:val="55607A"/>
          <w:sz w:val="18"/>
        </w:rPr>
        <w:t>Fill in: Information wanted, Period, How the ₹10 fee was paid</w:t>
      </w:r>
    </w:p>
    <w:p>
      <w:pPr>
        <w:spacing w:after="160"/>
      </w:pPr>
      <w:r>
        <w:rPr>
          <w:b w:val="0"/>
        </w:rPr>
        <w:t xml:space="preserve">Date: </w:t>
      </w:r>
      <w:r>
        <w:rPr>
          <w:b w:val="0"/>
          <w:highlight w:val="yellow"/>
        </w:rPr>
        <w:t>[DD-MM-YYYY]</w:t>
      </w:r>
    </w:p>
    <w:p>
      <w:pPr>
        <w:spacing w:after="160"/>
      </w:pPr>
      <w:r>
        <w:rPr>
          <w:b w:val="0"/>
        </w:rPr>
        <w:t>To,</w:t>
      </w:r>
      <w:r>
        <w:br/>
      </w:r>
      <w:r>
        <w:rPr>
          <w:b w:val="0"/>
        </w:rPr>
        <w:t>The Public Information Officer</w:t>
      </w:r>
      <w:r>
        <w:br/>
      </w:r>
      <w:r>
        <w:rPr>
          <w:b w:val="0"/>
          <w:highlight w:val="yellow"/>
        </w:rPr>
        <w:t>[Name of department / office]</w:t>
      </w:r>
      <w:r>
        <w:br/>
      </w:r>
      <w:r>
        <w:rPr>
          <w:b w:val="0"/>
          <w:highlight w:val="yellow"/>
        </w:rPr>
        <w:t>[City]</w:t>
      </w:r>
    </w:p>
    <w:p>
      <w:pPr>
        <w:spacing w:after="160"/>
      </w:pPr>
      <w:r>
        <w:rPr>
          <w:b/>
        </w:rPr>
        <w:t>Subject: Application under Section 6(1) of the Right to Information Act, 2005</w:t>
      </w:r>
    </w:p>
    <w:p>
      <w:pPr>
        <w:spacing w:after="160"/>
      </w:pPr>
      <w:r>
        <w:rPr>
          <w:b w:val="0"/>
        </w:rPr>
        <w:t>Dear Sir/Madam,</w:t>
      </w:r>
    </w:p>
    <w:p>
      <w:pPr>
        <w:spacing w:after="160"/>
      </w:pPr>
      <w:r>
        <w:rPr>
          <w:b w:val="0"/>
        </w:rPr>
        <w:t xml:space="preserve">I request the following information under the Right to Information Act, 2005, for the period </w:t>
      </w:r>
      <w:r>
        <w:rPr>
          <w:b w:val="0"/>
          <w:highlight w:val="yellow"/>
        </w:rPr>
        <w:t>[Period]</w:t>
      </w:r>
      <w:r>
        <w:rPr>
          <w:b w:val="0"/>
        </w:rPr>
        <w:t>:</w:t>
      </w:r>
      <w:r>
        <w:br/>
      </w:r>
      <w:r>
        <w:rPr>
          <w:b w:val="0"/>
        </w:rPr>
        <w:t xml:space="preserve">1. </w:t>
      </w:r>
      <w:r>
        <w:rPr>
          <w:b w:val="0"/>
          <w:highlight w:val="yellow"/>
        </w:rPr>
        <w:t>[Information wanted]</w:t>
      </w:r>
      <w:r>
        <w:br/>
      </w:r>
      <w:r>
        <w:rPr>
          <w:b w:val="0"/>
        </w:rPr>
        <w:t xml:space="preserve">2. </w:t>
      </w:r>
      <w:r>
        <w:rPr>
          <w:b w:val="0"/>
          <w:highlight w:val="yellow"/>
        </w:rPr>
        <w:t>[ ]</w:t>
      </w:r>
      <w:r>
        <w:br/>
      </w:r>
      <w:r>
        <w:rPr>
          <w:b w:val="0"/>
        </w:rPr>
        <w:t xml:space="preserve">3. </w:t>
      </w:r>
      <w:r>
        <w:rPr>
          <w:b w:val="0"/>
          <w:highlight w:val="yellow"/>
        </w:rPr>
        <w:t>[ ]</w:t>
      </w:r>
    </w:p>
    <w:p>
      <w:pPr>
        <w:spacing w:after="160"/>
      </w:pPr>
      <w:r>
        <w:rPr>
          <w:b w:val="0"/>
        </w:rPr>
        <w:t xml:space="preserve">I have paid the application fee of ₹10 by </w:t>
      </w:r>
      <w:r>
        <w:rPr>
          <w:b w:val="0"/>
          <w:highlight w:val="yellow"/>
        </w:rPr>
        <w:t>[How the ₹10 fee was paid]</w:t>
      </w:r>
      <w:r>
        <w:rPr>
          <w:b w:val="0"/>
        </w:rPr>
        <w:t>.</w:t>
      </w:r>
    </w:p>
    <w:p>
      <w:pPr>
        <w:spacing w:after="160"/>
      </w:pPr>
      <w:r>
        <w:rPr>
          <w:b w:val="0"/>
        </w:rPr>
        <w:t>If any part of this information is held by another public authority, kindly transfer this application to it under Section 6(3) of the Act and inform me. Please send the information to my address given below.</w:t>
      </w:r>
    </w:p>
    <w:p>
      <w:pPr>
        <w:spacing w:after="160"/>
      </w:pPr>
      <w:r>
        <w:rPr>
          <w:b w:val="0"/>
        </w:rPr>
        <w:t>Kindly provide certified copies of the documents asked for; I will pay the copying charges.</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17. Theft complaint to police (FIR request)</w:t>
      </w:r>
    </w:p>
    <w:p>
      <w:pPr>
        <w:spacing w:after="200"/>
      </w:pPr>
      <w:r>
        <w:rPr>
          <w:b w:val="0"/>
          <w:color w:val="55607A"/>
          <w:sz w:val="18"/>
        </w:rPr>
        <w:t>Fill in: What was stolen / lost, Approximate value, Date of theft, Time, Where it happened, More details</w:t>
      </w:r>
    </w:p>
    <w:p>
      <w:pPr>
        <w:spacing w:after="160"/>
      </w:pPr>
      <w:r>
        <w:rPr>
          <w:b w:val="0"/>
        </w:rPr>
        <w:t xml:space="preserve">Date: </w:t>
      </w:r>
      <w:r>
        <w:rPr>
          <w:b w:val="0"/>
          <w:highlight w:val="yellow"/>
        </w:rPr>
        <w:t>[DD-MM-YYYY]</w:t>
      </w:r>
    </w:p>
    <w:p>
      <w:pPr>
        <w:spacing w:after="160"/>
      </w:pPr>
      <w:r>
        <w:rPr>
          <w:b w:val="0"/>
        </w:rPr>
        <w:t>To,</w:t>
      </w:r>
      <w:r>
        <w:br/>
      </w:r>
      <w:r>
        <w:rPr>
          <w:b w:val="0"/>
        </w:rPr>
        <w:t>The Station House Officer (SHO)</w:t>
      </w:r>
      <w:r>
        <w:br/>
      </w:r>
      <w:r>
        <w:rPr>
          <w:b w:val="0"/>
          <w:highlight w:val="yellow"/>
        </w:rPr>
        <w:t>[Police station name]</w:t>
      </w:r>
      <w:r>
        <w:br/>
      </w:r>
      <w:r>
        <w:rPr>
          <w:b w:val="0"/>
          <w:highlight w:val="yellow"/>
        </w:rPr>
        <w:t>[City]</w:t>
      </w:r>
    </w:p>
    <w:p>
      <w:pPr>
        <w:spacing w:after="160"/>
      </w:pPr>
      <w:r>
        <w:rPr>
          <w:b/>
        </w:rPr>
        <w:t xml:space="preserve">Subject: Request to register an FIR for theft of my </w:t>
      </w:r>
      <w:r>
        <w:rPr>
          <w:b/>
          <w:highlight w:val="yellow"/>
        </w:rPr>
        <w:t>[What was stolen / lost]</w:t>
      </w:r>
    </w:p>
    <w:p>
      <w:pPr>
        <w:spacing w:after="160"/>
      </w:pPr>
      <w:r>
        <w:rPr>
          <w:b w:val="0"/>
        </w:rPr>
        <w:t>Dear Sir/Madam,</w:t>
      </w:r>
    </w:p>
    <w:p>
      <w:pPr>
        <w:spacing w:after="160"/>
      </w:pPr>
      <w:r>
        <w:rPr>
          <w:b w:val="0"/>
        </w:rPr>
        <w:t xml:space="preserve">I wish to report the theft of my </w:t>
      </w:r>
      <w:r>
        <w:rPr>
          <w:b w:val="0"/>
          <w:highlight w:val="yellow"/>
        </w:rPr>
        <w:t>[What was stolen / lost]</w:t>
      </w:r>
      <w:r>
        <w:rPr>
          <w:b w:val="0"/>
        </w:rPr>
        <w:t xml:space="preserve">, worth about ₹ </w:t>
      </w:r>
      <w:r>
        <w:rPr>
          <w:b w:val="0"/>
          <w:highlight w:val="yellow"/>
        </w:rPr>
        <w:t>[Approximate value]</w:t>
      </w:r>
      <w:r>
        <w:rPr>
          <w:b w:val="0"/>
        </w:rPr>
        <w:t xml:space="preserve">, on </w:t>
      </w:r>
      <w:r>
        <w:rPr>
          <w:b w:val="0"/>
          <w:highlight w:val="yellow"/>
        </w:rPr>
        <w:t>[Date of theft]</w:t>
      </w:r>
      <w:r>
        <w:rPr>
          <w:b w:val="0"/>
        </w:rPr>
        <w:t xml:space="preserve"> at about </w:t>
      </w:r>
      <w:r>
        <w:rPr>
          <w:b w:val="0"/>
          <w:highlight w:val="yellow"/>
        </w:rPr>
        <w:t>[Time]</w:t>
      </w:r>
      <w:r>
        <w:rPr>
          <w:b w:val="0"/>
        </w:rPr>
        <w:t xml:space="preserve"> </w:t>
      </w:r>
      <w:r>
        <w:rPr>
          <w:b w:val="0"/>
          <w:highlight w:val="yellow"/>
        </w:rPr>
        <w:t>[Where it happened]</w:t>
      </w:r>
      <w:r>
        <w:rPr>
          <w:b w:val="0"/>
        </w:rPr>
        <w:t>.</w:t>
      </w:r>
    </w:p>
    <w:p>
      <w:pPr>
        <w:spacing w:after="160"/>
      </w:pPr>
      <w:r>
        <w:rPr>
          <w:b w:val="0"/>
          <w:highlight w:val="yellow"/>
        </w:rPr>
        <w:t>[More details]</w:t>
      </w:r>
      <w:r>
        <w:rPr>
          <w:b w:val="0"/>
        </w:rPr>
        <w:t xml:space="preserve"> I searched the area and asked people nearby, but could not find it.</w:t>
      </w:r>
    </w:p>
    <w:p>
      <w:pPr>
        <w:spacing w:after="160"/>
      </w:pPr>
      <w:r>
        <w:rPr>
          <w:b w:val="0"/>
        </w:rPr>
        <w:t>I request you to register an FIR, investigate the matter and help me recover my property. Kindly give me a copy of the FIR, which I need for insurance and other formalities.</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18. Authority letter (authorise someone)</w:t>
      </w:r>
    </w:p>
    <w:p>
      <w:pPr>
        <w:spacing w:after="200"/>
      </w:pPr>
      <w:r>
        <w:rPr>
          <w:b w:val="0"/>
          <w:color w:val="55607A"/>
          <w:sz w:val="18"/>
        </w:rPr>
        <w:t>Fill in: Person's name, Their relation to you, Their ID proof, What they will do for you, On date</w:t>
      </w:r>
    </w:p>
    <w:p>
      <w:pPr>
        <w:spacing w:after="160"/>
      </w:pPr>
      <w:r>
        <w:rPr>
          <w:b w:val="0"/>
        </w:rPr>
        <w:t xml:space="preserve">Date: </w:t>
      </w:r>
      <w:r>
        <w:rPr>
          <w:b w:val="0"/>
          <w:highlight w:val="yellow"/>
        </w:rPr>
        <w:t>[DD-MM-YYYY]</w:t>
      </w:r>
    </w:p>
    <w:p>
      <w:pPr>
        <w:spacing w:after="160"/>
      </w:pPr>
      <w:r>
        <w:rPr>
          <w:b w:val="0"/>
        </w:rPr>
        <w:t>To,</w:t>
      </w:r>
      <w:r>
        <w:br/>
      </w:r>
      <w:r>
        <w:rPr>
          <w:b w:val="0"/>
        </w:rPr>
        <w:t>The Branch Manager / Officer-in-charge</w:t>
      </w:r>
      <w:r>
        <w:br/>
      </w:r>
      <w:r>
        <w:rPr>
          <w:b w:val="0"/>
          <w:highlight w:val="yellow"/>
        </w:rPr>
        <w:t>[Office / bank name]</w:t>
      </w:r>
      <w:r>
        <w:br/>
      </w:r>
      <w:r>
        <w:rPr>
          <w:b w:val="0"/>
          <w:highlight w:val="yellow"/>
        </w:rPr>
        <w:t>[City]</w:t>
      </w:r>
    </w:p>
    <w:p>
      <w:pPr>
        <w:spacing w:after="160"/>
      </w:pPr>
      <w:r>
        <w:rPr>
          <w:b/>
        </w:rPr>
        <w:t xml:space="preserve">Subject: Authority letter in favour of </w:t>
      </w:r>
      <w:r>
        <w:rPr>
          <w:b/>
          <w:highlight w:val="yellow"/>
        </w:rPr>
        <w:t>[Person's name]</w:t>
      </w:r>
    </w:p>
    <w:p>
      <w:pPr>
        <w:spacing w:after="160"/>
      </w:pPr>
      <w:r>
        <w:rPr>
          <w:b w:val="0"/>
        </w:rPr>
        <w:t>Dear Sir/Madam,</w:t>
      </w:r>
    </w:p>
    <w:p>
      <w:pPr>
        <w:spacing w:after="160"/>
      </w:pPr>
      <w:r>
        <w:rPr>
          <w:b w:val="0"/>
        </w:rPr>
        <w:t xml:space="preserve">I, </w:t>
      </w:r>
      <w:r>
        <w:rPr>
          <w:b w:val="0"/>
          <w:highlight w:val="yellow"/>
        </w:rPr>
        <w:t>[Your full name]</w:t>
      </w:r>
      <w:r>
        <w:rPr>
          <w:b w:val="0"/>
        </w:rPr>
        <w:t xml:space="preserve">, hereby authorise Mr./Ms. </w:t>
      </w:r>
      <w:r>
        <w:rPr>
          <w:b w:val="0"/>
          <w:highlight w:val="yellow"/>
        </w:rPr>
        <w:t>[Person's name]</w:t>
      </w:r>
      <w:r>
        <w:rPr>
          <w:b w:val="0"/>
        </w:rPr>
        <w:t xml:space="preserve">, my </w:t>
      </w:r>
      <w:r>
        <w:rPr>
          <w:b w:val="0"/>
          <w:highlight w:val="yellow"/>
        </w:rPr>
        <w:t>[Their relation to you]</w:t>
      </w:r>
      <w:r>
        <w:rPr>
          <w:b w:val="0"/>
        </w:rPr>
        <w:t xml:space="preserve">, to </w:t>
      </w:r>
      <w:r>
        <w:rPr>
          <w:b w:val="0"/>
          <w:highlight w:val="yellow"/>
        </w:rPr>
        <w:t>[What they will do for you]</w:t>
      </w:r>
      <w:r>
        <w:rPr>
          <w:b w:val="0"/>
        </w:rPr>
        <w:t xml:space="preserve"> on my behalf on </w:t>
      </w:r>
      <w:r>
        <w:rPr>
          <w:b w:val="0"/>
          <w:highlight w:val="yellow"/>
        </w:rPr>
        <w:t>[On date]</w:t>
      </w:r>
      <w:r>
        <w:rPr>
          <w:b w:val="0"/>
        </w:rPr>
        <w:t>, as I am unable to come in person.</w:t>
      </w:r>
    </w:p>
    <w:p>
      <w:pPr>
        <w:spacing w:after="160"/>
      </w:pPr>
      <w:r>
        <w:rPr>
          <w:b w:val="0"/>
        </w:rPr>
        <w:t xml:space="preserve">His/Her identity proof is </w:t>
      </w:r>
      <w:r>
        <w:rPr>
          <w:b w:val="0"/>
          <w:highlight w:val="yellow"/>
        </w:rPr>
        <w:t>[Their ID proof]</w:t>
      </w:r>
      <w:r>
        <w:rPr>
          <w:b w:val="0"/>
        </w:rPr>
        <w:t>. Kindly allow him/her to complete this work. His/Her signature is given below for verification.</w:t>
      </w:r>
    </w:p>
    <w:p>
      <w:pPr>
        <w:spacing w:after="160"/>
      </w:pPr>
      <w:r>
        <w:rPr>
          <w:b w:val="0"/>
        </w:rPr>
        <w:t>Self-attested copies of my identity proof and his/her identity proof are attached.</w:t>
      </w:r>
    </w:p>
    <w:p>
      <w:pPr>
        <w:spacing w:after="160"/>
      </w:pPr>
      <w:r>
        <w:rPr>
          <w:b w:val="0"/>
        </w:rPr>
        <w:t>Signature of the authorised person: ____________________</w:t>
      </w:r>
    </w:p>
    <w:p>
      <w:pPr>
        <w:spacing w:after="160"/>
      </w:pPr>
      <w:r>
        <w:rPr>
          <w:b w:val="0"/>
        </w:rPr>
        <w:t>Yours faithfully,</w:t>
      </w:r>
      <w:r>
        <w:br/>
      </w:r>
      <w:r>
        <w:br/>
      </w:r>
      <w:r>
        <w:br/>
      </w:r>
      <w:r>
        <w:rPr>
          <w:b w:val="0"/>
          <w:highlight w:val="yellow"/>
        </w:rPr>
        <w:t>[Your full name]</w:t>
      </w:r>
      <w:r>
        <w:br/>
      </w:r>
      <w:r>
        <w:rPr>
          <w:b w:val="0"/>
          <w:highlight w:val="yellow"/>
        </w:rPr>
        <w:t>[Your address]</w:t>
      </w:r>
      <w:r>
        <w:br/>
      </w:r>
      <w:r>
        <w:rPr>
          <w:b w:val="0"/>
        </w:rPr>
        <w:t xml:space="preserve">Mobile: </w:t>
      </w:r>
      <w:r>
        <w:rPr>
          <w:b w:val="0"/>
          <w:highlight w:val="yellow"/>
        </w:rPr>
        <w:t>[ ]</w:t>
      </w:r>
      <w:r>
        <w:br/>
      </w:r>
      <w:r>
        <w:rPr>
          <w:b w:val="0"/>
        </w:rPr>
        <w:t xml:space="preserve">Email: </w:t>
      </w:r>
      <w:r>
        <w:rPr>
          <w:b w:val="0"/>
          <w:highlight w:val="yellow"/>
        </w:rPr>
        <w:t>[ ]</w:t>
      </w:r>
    </w:p>
    <w:p>
      <w:r>
        <w:br w:type="page"/>
      </w:r>
    </w:p>
    <w:p>
      <w:pPr>
        <w:spacing w:after="40"/>
      </w:pPr>
      <w:r>
        <w:rPr>
          <w:b/>
          <w:color w:val="2563EB"/>
          <w:sz w:val="28"/>
        </w:rPr>
        <w:t>19. Complaint to housing society / RWA</w:t>
      </w:r>
    </w:p>
    <w:p>
      <w:pPr>
        <w:spacing w:after="200"/>
      </w:pPr>
      <w:r>
        <w:rPr>
          <w:b w:val="0"/>
          <w:color w:val="55607A"/>
          <w:sz w:val="18"/>
        </w:rPr>
        <w:t>Fill in: Flat / house number, The problem, For how long</w:t>
      </w:r>
    </w:p>
    <w:p>
      <w:pPr>
        <w:spacing w:after="160"/>
      </w:pPr>
      <w:r>
        <w:rPr>
          <w:b w:val="0"/>
        </w:rPr>
        <w:t xml:space="preserve">Date: </w:t>
      </w:r>
      <w:r>
        <w:rPr>
          <w:b w:val="0"/>
          <w:highlight w:val="yellow"/>
        </w:rPr>
        <w:t>[DD-MM-YYYY]</w:t>
      </w:r>
    </w:p>
    <w:p>
      <w:pPr>
        <w:spacing w:after="160"/>
      </w:pPr>
      <w:r>
        <w:rPr>
          <w:b w:val="0"/>
        </w:rPr>
        <w:t>To,</w:t>
      </w:r>
      <w:r>
        <w:br/>
      </w:r>
      <w:r>
        <w:rPr>
          <w:b w:val="0"/>
        </w:rPr>
        <w:t>The Secretary</w:t>
      </w:r>
      <w:r>
        <w:br/>
      </w:r>
      <w:r>
        <w:rPr>
          <w:b w:val="0"/>
          <w:highlight w:val="yellow"/>
        </w:rPr>
        <w:t>[Society / RWA name]</w:t>
      </w:r>
      <w:r>
        <w:br/>
      </w:r>
      <w:r>
        <w:rPr>
          <w:b w:val="0"/>
          <w:highlight w:val="yellow"/>
        </w:rPr>
        <w:t>[City]</w:t>
      </w:r>
    </w:p>
    <w:p>
      <w:pPr>
        <w:spacing w:after="160"/>
      </w:pPr>
      <w:r>
        <w:rPr>
          <w:b/>
        </w:rPr>
        <w:t xml:space="preserve">Subject: Complaint regarding </w:t>
      </w:r>
      <w:r>
        <w:rPr>
          <w:b/>
          <w:highlight w:val="yellow"/>
        </w:rPr>
        <w:t>[The problem]</w:t>
      </w:r>
    </w:p>
    <w:p>
      <w:pPr>
        <w:spacing w:after="160"/>
      </w:pPr>
      <w:r>
        <w:rPr>
          <w:b w:val="0"/>
        </w:rPr>
        <w:t>Dear Sir/Madam,</w:t>
      </w:r>
    </w:p>
    <w:p>
      <w:pPr>
        <w:spacing w:after="160"/>
      </w:pPr>
      <w:r>
        <w:rPr>
          <w:b w:val="0"/>
        </w:rPr>
        <w:t xml:space="preserve">I live in Flat </w:t>
      </w:r>
      <w:r>
        <w:rPr>
          <w:b w:val="0"/>
          <w:highlight w:val="yellow"/>
        </w:rPr>
        <w:t>[Flat / house number]</w:t>
      </w:r>
      <w:r>
        <w:rPr>
          <w:b w:val="0"/>
        </w:rPr>
        <w:t xml:space="preserve"> and wish to bring to the committee's notice the problem of </w:t>
      </w:r>
      <w:r>
        <w:rPr>
          <w:b w:val="0"/>
          <w:highlight w:val="yellow"/>
        </w:rPr>
        <w:t>[The problem]</w:t>
      </w:r>
      <w:r>
        <w:rPr>
          <w:b w:val="0"/>
        </w:rPr>
        <w:t xml:space="preserve">, which has continued for </w:t>
      </w:r>
      <w:r>
        <w:rPr>
          <w:b w:val="0"/>
          <w:highlight w:val="yellow"/>
        </w:rPr>
        <w:t>[For how long]</w:t>
      </w:r>
      <w:r>
        <w:rPr>
          <w:b w:val="0"/>
        </w:rPr>
        <w:t>.</w:t>
      </w:r>
    </w:p>
    <w:p>
      <w:pPr>
        <w:spacing w:after="160"/>
      </w:pPr>
      <w:r>
        <w:rPr>
          <w:b w:val="0"/>
        </w:rPr>
        <w:t>Several residents are facing the same difficulty, and it is affecting our peace and safety. I request the committee to look into it, discuss it at the next meeting if needed, and take suitable action.</w:t>
      </w:r>
    </w:p>
    <w:p>
      <w:pPr>
        <w:spacing w:after="160"/>
      </w:pPr>
      <w:r>
        <w:rPr>
          <w:b w:val="0"/>
        </w:rPr>
        <w:t>I request you to look into the matter and take the necessary action at the earliest.</w:t>
      </w:r>
    </w:p>
    <w:p>
      <w:pPr>
        <w:spacing w:after="160"/>
      </w:pPr>
      <w:r>
        <w:rPr>
          <w:b w:val="0"/>
        </w:rPr>
        <w:t>Thanking you,</w:t>
      </w:r>
    </w:p>
    <w:p>
      <w:pPr>
        <w:spacing w:after="160"/>
      </w:pPr>
      <w:r>
        <w:rPr>
          <w:b w:val="0"/>
        </w:rPr>
        <w:t>Yours faithfully,</w:t>
      </w:r>
      <w:r>
        <w:br/>
      </w:r>
      <w:r>
        <w:br/>
      </w:r>
      <w:r>
        <w:br/>
      </w:r>
      <w:r>
        <w:rPr>
          <w:b w:val="0"/>
          <w:highlight w:val="yellow"/>
        </w:rPr>
        <w:t>[Your full name]</w:t>
      </w:r>
      <w:r>
        <w:br/>
      </w:r>
      <w:r>
        <w:rPr>
          <w:b w:val="0"/>
        </w:rPr>
        <w:t xml:space="preserve">Flat: </w:t>
      </w:r>
      <w:r>
        <w:rPr>
          <w:b w:val="0"/>
          <w:highlight w:val="yellow"/>
        </w:rPr>
        <w:t>[ ]</w:t>
      </w:r>
      <w:r>
        <w:br/>
      </w:r>
      <w:r>
        <w:rPr>
          <w:b w:val="0"/>
        </w:rPr>
        <w:t xml:space="preserve">Mobile: </w:t>
      </w:r>
      <w:r>
        <w:rPr>
          <w:b w:val="0"/>
          <w:highlight w:val="yellow"/>
        </w:rPr>
        <w:t>[ ]</w:t>
      </w:r>
    </w:p>
    <w:p>
      <w:r>
        <w:br w:type="page"/>
      </w:r>
    </w:p>
    <w:p>
      <w:pPr>
        <w:spacing w:after="40"/>
      </w:pPr>
      <w:r>
        <w:rPr>
          <w:b/>
          <w:color w:val="2563EB"/>
          <w:sz w:val="28"/>
        </w:rPr>
        <w:t>20. Payment reminder to a customer</w:t>
      </w:r>
    </w:p>
    <w:p>
      <w:pPr>
        <w:spacing w:after="200"/>
      </w:pPr>
      <w:r>
        <w:rPr>
          <w:b w:val="0"/>
          <w:color w:val="55607A"/>
          <w:sz w:val="18"/>
        </w:rPr>
        <w:t>Fill in: Invoice number, Invoice date, Amount due, Due date, Pay by, Your bank details</w:t>
      </w:r>
    </w:p>
    <w:p>
      <w:pPr>
        <w:spacing w:after="0"/>
        <w:jc w:val="center"/>
      </w:pPr>
      <w:r>
        <w:rPr>
          <w:b/>
          <w:color w:val="2563EB"/>
          <w:sz w:val="32"/>
          <w:highlight w:val="yellow"/>
        </w:rPr>
        <w:t>[Business / organisation name]</w:t>
      </w:r>
    </w:p>
    <w:p>
      <w:pPr>
        <w:spacing w:after="200"/>
        <w:jc w:val="center"/>
        <w:pBdr>
          <w:bottom w:val="single" w:sz="10" w:space="1" w:color="2563EB"/>
        </w:pBdr>
      </w:pPr>
      <w:r>
        <w:rPr>
          <w:b w:val="0"/>
          <w:sz w:val="18"/>
          <w:highlight w:val="yellow"/>
        </w:rPr>
        <w:t>[Address]</w:t>
      </w:r>
      <w:r>
        <w:rPr>
          <w:b w:val="0"/>
          <w:sz w:val="18"/>
        </w:rPr>
        <w:t xml:space="preserve"> · Phone </w:t>
      </w:r>
      <w:r>
        <w:rPr>
          <w:b w:val="0"/>
          <w:sz w:val="18"/>
          <w:highlight w:val="yellow"/>
        </w:rPr>
        <w:t>[ ]</w:t>
      </w:r>
      <w:r>
        <w:rPr>
          <w:b w:val="0"/>
          <w:sz w:val="18"/>
        </w:rPr>
        <w:t xml:space="preserve"> · </w:t>
      </w:r>
      <w:r>
        <w:rPr>
          <w:b w:val="0"/>
          <w:sz w:val="18"/>
          <w:highlight w:val="yellow"/>
        </w:rPr>
        <w:t>[Email]</w:t>
      </w:r>
    </w:p>
    <w:p>
      <w:pPr>
        <w:spacing w:after="160"/>
      </w:pPr>
      <w:r>
        <w:rPr>
          <w:b w:val="0"/>
        </w:rPr>
        <w:t xml:space="preserve">Ref: </w:t>
      </w:r>
      <w:r>
        <w:rPr>
          <w:b w:val="0"/>
          <w:highlight w:val="yellow"/>
        </w:rPr>
        <w:t>[ ]</w:t>
      </w:r>
      <w:r>
        <w:br/>
      </w:r>
      <w:r>
        <w:rPr>
          <w:b w:val="0"/>
        </w:rPr>
        <w:t xml:space="preserve">Date: </w:t>
      </w:r>
      <w:r>
        <w:rPr>
          <w:b w:val="0"/>
          <w:highlight w:val="yellow"/>
        </w:rPr>
        <w:t>[DD-MM-YYYY]</w:t>
      </w:r>
    </w:p>
    <w:p>
      <w:pPr>
        <w:spacing w:after="160"/>
      </w:pPr>
      <w:r>
        <w:rPr>
          <w:b w:val="0"/>
        </w:rPr>
        <w:t>To,</w:t>
      </w:r>
      <w:r>
        <w:br/>
      </w:r>
      <w:r>
        <w:rPr>
          <w:b w:val="0"/>
        </w:rPr>
        <w:t>The Accounts Manager</w:t>
      </w:r>
      <w:r>
        <w:br/>
      </w:r>
      <w:r>
        <w:rPr>
          <w:b w:val="0"/>
          <w:highlight w:val="yellow"/>
        </w:rPr>
        <w:t>[Customer company name]</w:t>
      </w:r>
      <w:r>
        <w:br/>
      </w:r>
      <w:r>
        <w:rPr>
          <w:b w:val="0"/>
          <w:highlight w:val="yellow"/>
        </w:rPr>
        <w:t>[City]</w:t>
      </w:r>
    </w:p>
    <w:p>
      <w:pPr>
        <w:spacing w:after="160"/>
      </w:pPr>
      <w:r>
        <w:rPr>
          <w:b/>
        </w:rPr>
        <w:t xml:space="preserve">Subject: Payment reminder: invoice No. </w:t>
      </w:r>
      <w:r>
        <w:rPr>
          <w:b/>
          <w:highlight w:val="yellow"/>
        </w:rPr>
        <w:t>[Invoice number]</w:t>
      </w:r>
    </w:p>
    <w:p>
      <w:pPr>
        <w:spacing w:after="160"/>
      </w:pPr>
      <w:r>
        <w:rPr>
          <w:b w:val="0"/>
        </w:rPr>
        <w:t>Dear Sir/Madam,</w:t>
      </w:r>
    </w:p>
    <w:p>
      <w:pPr>
        <w:spacing w:after="160"/>
      </w:pPr>
      <w:r>
        <w:rPr>
          <w:b w:val="0"/>
        </w:rPr>
        <w:t xml:space="preserve">This is to remind you that payment of ₹ </w:t>
      </w:r>
      <w:r>
        <w:rPr>
          <w:b w:val="0"/>
          <w:highlight w:val="yellow"/>
        </w:rPr>
        <w:t>[Amount due]</w:t>
      </w:r>
      <w:r>
        <w:rPr>
          <w:b w:val="0"/>
        </w:rPr>
        <w:t xml:space="preserve"> against our invoice No. </w:t>
      </w:r>
      <w:r>
        <w:rPr>
          <w:b w:val="0"/>
          <w:highlight w:val="yellow"/>
        </w:rPr>
        <w:t>[Invoice number]</w:t>
      </w:r>
      <w:r>
        <w:rPr>
          <w:b w:val="0"/>
        </w:rPr>
        <w:t xml:space="preserve"> dated </w:t>
      </w:r>
      <w:r>
        <w:rPr>
          <w:b w:val="0"/>
          <w:highlight w:val="yellow"/>
        </w:rPr>
        <w:t>[Invoice date]</w:t>
      </w:r>
      <w:r>
        <w:rPr>
          <w:b w:val="0"/>
        </w:rPr>
        <w:t xml:space="preserve"> was due on </w:t>
      </w:r>
      <w:r>
        <w:rPr>
          <w:b w:val="0"/>
          <w:highlight w:val="yellow"/>
        </w:rPr>
        <w:t>[Due date]</w:t>
      </w:r>
      <w:r>
        <w:rPr>
          <w:b w:val="0"/>
        </w:rPr>
        <w:t xml:space="preserve"> and has not been received so far.</w:t>
      </w:r>
    </w:p>
    <w:p>
      <w:pPr>
        <w:spacing w:after="160"/>
      </w:pPr>
      <w:r>
        <w:rPr>
          <w:b w:val="0"/>
        </w:rPr>
        <w:t xml:space="preserve">Kindly arrange the payment by </w:t>
      </w:r>
      <w:r>
        <w:rPr>
          <w:b w:val="0"/>
          <w:highlight w:val="yellow"/>
        </w:rPr>
        <w:t>[Pay by]</w:t>
      </w:r>
      <w:r>
        <w:rPr>
          <w:b w:val="0"/>
        </w:rPr>
        <w:t xml:space="preserve"> to our bank account: </w:t>
      </w:r>
      <w:r>
        <w:rPr>
          <w:b w:val="0"/>
          <w:highlight w:val="yellow"/>
        </w:rPr>
        <w:t>[Your bank details]</w:t>
      </w:r>
      <w:r>
        <w:rPr>
          <w:b w:val="0"/>
        </w:rPr>
        <w:t>.</w:t>
      </w:r>
    </w:p>
    <w:p>
      <w:pPr>
        <w:spacing w:after="160"/>
      </w:pPr>
      <w:r>
        <w:rPr>
          <w:b w:val="0"/>
        </w:rPr>
        <w:t>If you have already made the payment, please ignore this letter and share the payment details for our records.</w:t>
      </w:r>
    </w:p>
    <w:p>
      <w:pPr>
        <w:spacing w:after="160"/>
      </w:pPr>
      <w:r>
        <w:rPr>
          <w:b w:val="0"/>
        </w:rPr>
        <w:t>Yours faithfully,</w:t>
      </w:r>
      <w:r>
        <w:br/>
      </w:r>
      <w:r>
        <w:rPr>
          <w:b w:val="0"/>
        </w:rPr>
        <w:t xml:space="preserve">For </w:t>
      </w:r>
      <w:r>
        <w:rPr>
          <w:b w:val="0"/>
          <w:highlight w:val="yellow"/>
        </w:rPr>
        <w:t>[Business / organisation name]</w:t>
      </w:r>
      <w:r>
        <w:br/>
      </w:r>
      <w:r>
        <w:br/>
      </w:r>
      <w:r>
        <w:br/>
      </w:r>
      <w:r>
        <w:rPr>
          <w:b w:val="0"/>
          <w:highlight w:val="yellow"/>
        </w:rPr>
        <w:t>[Your full name]</w:t>
      </w:r>
      <w:r>
        <w:br/>
      </w:r>
      <w:r>
        <w:rPr>
          <w:b w:val="0"/>
          <w:highlight w:val="yellow"/>
        </w:rPr>
        <w:t>[Your designation]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Letter Format Guide + 20 Templates (Word)</dc:title>
  <dc:subject>Free Word guide to formal letter writing: the 9 parts of a letter, Indian vs UK vs US layout, salutations and closings, plus the 20 most-used letter templates to fill in.</dc:subject>
  <dc:creator>Nivesh Sahayak</dc:creator>
  <cp:keywords>Toolkit by GroupChatOn</cp:keywords>
  <dc:description>From Toolkit by GroupChatOn (https://toolkit.groupchaton.com/letters/letters-format-guide-word/). Designed &amp; Developed by: Nivesh Sahayak (https://www.niveshsahayak.in/)</dc:description>
  <cp:lastModifiedBy>Nivesh Sahayak</cp:lastModifiedBy>
  <cp:revision>1</cp:revision>
  <dcterms:created xsi:type="dcterms:W3CDTF">2026-11-02T23:51:57Z</dcterms:created>
  <dcterms:modified xsi:type="dcterms:W3CDTF">2026-11-02T23:51:57Z</dcterms:modified>
  <cp:category/>
</cp:coreProperties>
</file>