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2563EB"/>
          <w:sz w:val="36"/>
        </w:rPr>
        <w:t>MINUTES OF MEETING</w:t>
      </w:r>
    </w:p>
    <w:p>
      <w:pPr>
        <w:spacing w:after="160"/>
      </w:pPr>
      <w:r>
        <w:rPr>
          <w:b/>
          <w:i w:val="0"/>
          <w:sz w:val="26"/>
        </w:rPr>
        <w:t>[Meeting title]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Date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Time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[from – to]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Venue / link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Called by / chair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Minutes by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Next meeting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[DD-MM-YYYY]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2563EB"/>
        </w:rPr>
        <w:t>Attendees</w:t>
      </w:r>
    </w:p>
    <w:p>
      <w:pPr>
        <w:spacing w:after="80"/>
      </w:pPr>
      <w:r>
        <w:rPr>
          <w:b w:val="0"/>
          <w:i w:val="0"/>
        </w:rPr>
        <w:t>[Name (role)], [Name (role)], [Name (role)]</w:t>
      </w:r>
    </w:p>
    <w:p>
      <w:pPr>
        <w:spacing w:after="80"/>
      </w:pPr>
      <w:r>
        <w:rPr>
          <w:b/>
          <w:i w:val="0"/>
          <w:color w:val="2563EB"/>
        </w:rPr>
        <w:t>Apologies (absent)</w:t>
      </w:r>
    </w:p>
    <w:p>
      <w:pPr>
        <w:spacing w:after="160"/>
      </w:pPr>
      <w:r>
        <w:rPr>
          <w:b w:val="0"/>
          <w:i w:val="0"/>
        </w:rPr>
        <w:t>[Name], [Name]</w:t>
      </w:r>
    </w:p>
    <w:p>
      <w:pPr>
        <w:spacing w:after="80"/>
      </w:pPr>
      <w:r>
        <w:rPr>
          <w:b/>
          <w:i w:val="0"/>
          <w:color w:val="2563EB"/>
        </w:rPr>
        <w:t>Agenda, discussion and decisions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6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Agenda item</w:t>
            </w:r>
          </w:p>
        </w:tc>
        <w:tc>
          <w:tcPr>
            <w:tcW w:type="dxa" w:w="3969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Discussion (key points)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Decision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Review of previous action items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[Agenda item]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[Agenda item]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3969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3969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2563EB"/>
        </w:rPr>
        <w:t>Action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56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45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Action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Due date</w:t>
            </w:r>
          </w:p>
        </w:tc>
        <w:tc>
          <w:tcPr>
            <w:tcW w:type="dxa" w:w="113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[What exactly will be done]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[One person]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Open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45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45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45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45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45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2563EB"/>
        </w:rPr>
        <w:t>Any other business</w:t>
      </w:r>
    </w:p>
    <w:p>
      <w:pPr>
        <w:spacing w:after="280"/>
      </w:pPr>
      <w:r>
        <w:rPr>
          <w:b w:val="0"/>
          <w:i w:val="0"/>
        </w:rPr>
        <w:t>[ ]</w:t>
      </w:r>
    </w:p>
    <w:p>
      <w:pPr>
        <w:spacing w:after="80"/>
      </w:pPr>
      <w:r>
        <w:rPr>
          <w:b w:val="0"/>
          <w:i w:val="0"/>
        </w:rPr>
        <w:t>Minutes approved by: ____________________     Date: ____________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4A3B8"/>
        <w:sz w:val="14"/>
      </w:rPr>
      <w:t>Template: Toolkit by GroupChatOn · toolkit.groupchaton.com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Nivesh Sahayak</Company>
  <LinksUpToDate>false</LinksUpToDate>
  <CharactersWithSpaces>0</CharactersWithSpaces>
  <SharedDoc>false</SharedDoc>
  <HyperlinkBase>https://www.niveshsahayak.in/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(Word)</dc:title>
  <dc:subject>Free minutes of meeting (MOM) template for Word: meeting details, attendees, agenda, discussion and decisions, and an action items table with owner and due date.</dc:subject>
  <dc:creator>Nivesh Sahayak</dc:creator>
  <cp:keywords>Toolkit by GroupChatOn</cp:keywords>
  <dc:description>From Toolkit by GroupChatOn (https://toolkit.groupchaton.com/general-office/meeting-minutes-word/). Designed &amp; Developed by: Nivesh Sahayak (https://www.niveshsahayak.in/)</dc:description>
  <cp:lastModifiedBy>Nivesh Sahayak</cp:lastModifiedBy>
  <cp:revision>1</cp:revision>
  <dcterms:created xsi:type="dcterms:W3CDTF">2026-11-02T23:51:44Z</dcterms:created>
  <dcterms:modified xsi:type="dcterms:W3CDTF">2026-11-02T23:51:44Z</dcterms:modified>
  <cp:category/>
</cp:coreProperties>
</file>