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color w:val="2563EB"/>
          <w:sz w:val="40"/>
        </w:rPr>
        <w:t>[Company Name]</w:t>
      </w:r>
    </w:p>
    <w:p>
      <w:pPr>
        <w:spacing w:after="0"/>
        <w:jc w:val="center"/>
      </w:pPr>
      <w:r>
        <w:rPr>
          <w:b w:val="0"/>
          <w:i w:val="0"/>
          <w:sz w:val="18"/>
        </w:rPr>
        <w:t>[Registered address] · [Phone] · [email] · [website]</w:t>
      </w:r>
    </w:p>
    <w:p>
      <w:pPr>
        <w:spacing w:after="160"/>
        <w:pBdr>
          <w:bottom w:val="single" w:sz="12" w:space="1" w:color="2563EB"/>
        </w:pBdr>
      </w:pPr>
    </w:p>
    <w:p>
      <w:pPr>
        <w:spacing w:after="80"/>
      </w:pPr>
      <w:r>
        <w:rPr>
          <w:b w:val="0"/>
          <w:i w:val="0"/>
        </w:rPr>
        <w:t>Ref: [HR/OL/2026/001]</w:t>
      </w:r>
    </w:p>
    <w:p>
      <w:pPr>
        <w:spacing w:after="200"/>
      </w:pPr>
      <w:r>
        <w:rPr>
          <w:b w:val="0"/>
          <w:i w:val="0"/>
        </w:rPr>
        <w:t>Date: [DD-MM-YYYY]</w:t>
      </w:r>
    </w:p>
    <w:p>
      <w:pPr>
        <w:spacing w:after="0"/>
      </w:pPr>
      <w:r>
        <w:rPr>
          <w:b/>
          <w:i w:val="0"/>
        </w:rPr>
        <w:t>[Candidate full name]</w:t>
      </w:r>
    </w:p>
    <w:p>
      <w:pPr>
        <w:spacing w:after="200"/>
      </w:pPr>
      <w:r>
        <w:rPr>
          <w:b w:val="0"/>
          <w:i w:val="0"/>
        </w:rPr>
        <w:t>[Address]</w:t>
      </w:r>
    </w:p>
    <w:p>
      <w:pPr>
        <w:spacing w:after="160"/>
      </w:pPr>
      <w:r>
        <w:rPr>
          <w:b/>
          <w:i w:val="0"/>
        </w:rPr>
        <w:t>Subject: Offer of employment for the position of [Designation]</w:t>
      </w:r>
    </w:p>
    <w:p>
      <w:pPr>
        <w:spacing w:after="80"/>
      </w:pPr>
      <w:r>
        <w:rPr>
          <w:b w:val="0"/>
          <w:i w:val="0"/>
        </w:rPr>
        <w:t>Dear [Candidate first name],</w:t>
      </w:r>
    </w:p>
    <w:p>
      <w:pPr>
        <w:spacing w:after="160"/>
      </w:pPr>
      <w:r>
        <w:rPr>
          <w:b w:val="0"/>
          <w:i w:val="0"/>
        </w:rPr>
        <w:t>We are pleased to offer you the position of [Designation] in our [Department] department at [Company Name], on the terms below. We were impressed by your experience and believe you will be a valuable member of our team.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E8F0FE"/>
          </w:tcPr>
          <w:p>
            <w:r>
              <w:rPr>
                <w:b/>
                <w:sz w:val="20"/>
              </w:rPr>
              <w:t>Designation</w:t>
            </w:r>
          </w:p>
        </w:tc>
        <w:tc>
          <w:tcPr>
            <w:tcW w:type="dxa" w:w="481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4819"/>
            <w:shd w:val="clear" w:color="auto" w:fill="E8F0FE"/>
          </w:tcPr>
          <w:p>
            <w:r>
              <w:rPr>
                <w:b/>
                <w:sz w:val="20"/>
              </w:rPr>
              <w:t>Department</w:t>
            </w:r>
          </w:p>
        </w:tc>
        <w:tc>
          <w:tcPr>
            <w:tcW w:type="dxa" w:w="481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4819"/>
            <w:shd w:val="clear" w:color="auto" w:fill="E8F0FE"/>
          </w:tcPr>
          <w:p>
            <w:r>
              <w:rPr>
                <w:b/>
                <w:sz w:val="20"/>
              </w:rPr>
              <w:t>Reporting to</w:t>
            </w:r>
          </w:p>
        </w:tc>
        <w:tc>
          <w:tcPr>
            <w:tcW w:type="dxa" w:w="4819"/>
            <w:shd w:val="clear" w:color="auto" w:fill="FFF7D6"/>
          </w:tcPr>
          <w:p>
            <w:r>
              <w:rPr>
                <w:sz w:val="20"/>
              </w:rPr>
              <w:t>[Manager name, designation]</w:t>
            </w:r>
          </w:p>
        </w:tc>
      </w:tr>
      <w:tr>
        <w:tc>
          <w:tcPr>
            <w:tcW w:type="dxa" w:w="4819"/>
            <w:shd w:val="clear" w:color="auto" w:fill="E8F0FE"/>
          </w:tcPr>
          <w:p>
            <w:r>
              <w:rPr>
                <w:b/>
                <w:sz w:val="20"/>
              </w:rPr>
              <w:t>Place of work</w:t>
            </w:r>
          </w:p>
        </w:tc>
        <w:tc>
          <w:tcPr>
            <w:tcW w:type="dxa" w:w="4819"/>
            <w:shd w:val="clear" w:color="auto" w:fill="FFF7D6"/>
          </w:tcPr>
          <w:p>
            <w:r>
              <w:rPr>
                <w:sz w:val="20"/>
              </w:rPr>
              <w:t>[City / office]</w:t>
            </w:r>
          </w:p>
        </w:tc>
      </w:tr>
      <w:tr>
        <w:tc>
          <w:tcPr>
            <w:tcW w:type="dxa" w:w="4819"/>
            <w:shd w:val="clear" w:color="auto" w:fill="E8F0FE"/>
          </w:tcPr>
          <w:p>
            <w:r>
              <w:rPr>
                <w:b/>
                <w:sz w:val="20"/>
              </w:rPr>
              <w:t>Date of joining</w:t>
            </w:r>
          </w:p>
        </w:tc>
        <w:tc>
          <w:tcPr>
            <w:tcW w:type="dxa" w:w="4819"/>
            <w:shd w:val="clear" w:color="auto" w:fill="FFF7D6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4819"/>
            <w:shd w:val="clear" w:color="auto" w:fill="E8F0FE"/>
          </w:tcPr>
          <w:p>
            <w:r>
              <w:rPr>
                <w:b/>
                <w:sz w:val="20"/>
              </w:rPr>
              <w:t>Working hours</w:t>
            </w:r>
          </w:p>
        </w:tc>
        <w:tc>
          <w:tcPr>
            <w:tcW w:type="dxa" w:w="4819"/>
            <w:shd w:val="clear" w:color="auto" w:fill="FFF7D6"/>
          </w:tcPr>
          <w:p>
            <w:r>
              <w:rPr>
                <w:sz w:val="20"/>
              </w:rPr>
              <w:t>[10:00 am to 6:00 pm, Monday to Saturday]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2563EB"/>
        </w:rPr>
        <w:t>Compensation</w:t>
      </w:r>
    </w:p>
    <w:p>
      <w:pPr>
        <w:spacing w:after="80"/>
      </w:pPr>
      <w:r>
        <w:rPr>
          <w:b w:val="0"/>
          <w:i w:val="0"/>
        </w:rPr>
        <w:t>Your monthly gross salary will be ₹ [ ] (₹ [ ] per year), made up as follows: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45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Component</w:t>
            </w:r>
          </w:p>
        </w:tc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Monthly (₹)</w:t>
            </w:r>
          </w:p>
        </w:tc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Yearly (₹)</w:t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Basic salary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House rent allowance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Other allowances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Gross salary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Employer PF / ESI contribution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Cost to company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20"/>
        </w:rPr>
        <w:t>Statutory deductions (PF, ESI, professional tax, income tax) will be made as per law.</w:t>
      </w:r>
    </w:p>
    <w:p>
      <w:pPr>
        <w:spacing w:after="80"/>
      </w:pPr>
      <w:r>
        <w:rPr>
          <w:b/>
          <w:i w:val="0"/>
          <w:color w:val="2563EB"/>
        </w:rPr>
        <w:t>Terms</w:t>
      </w:r>
    </w:p>
    <w:p>
      <w:pPr>
        <w:pStyle w:val="ListNumber"/>
      </w:pPr>
      <w:r>
        <w:t>Probation: you will be on probation for [six] months from the date of joining. On satisfactory completion you will be confirmed in writing.</w:t>
      </w:r>
    </w:p>
    <w:p>
      <w:pPr>
        <w:pStyle w:val="ListNumber"/>
      </w:pPr>
      <w:r>
        <w:t>Notice period: [one month] during probation and [two months] after confirmation, from either side, or salary in lieu of notice.</w:t>
      </w:r>
    </w:p>
    <w:p>
      <w:pPr>
        <w:pStyle w:val="ListNumber"/>
      </w:pPr>
      <w:r>
        <w:t>Leave: as per company policy, currently [12 casual, 12 sick and 15 earned leave] days a year.</w:t>
      </w:r>
    </w:p>
    <w:p>
      <w:pPr>
        <w:pStyle w:val="ListNumber"/>
      </w:pPr>
      <w:r>
        <w:t>Confidentiality: you will keep the company's business information confidential during and after your employment.</w:t>
      </w:r>
    </w:p>
    <w:p>
      <w:pPr>
        <w:pStyle w:val="ListNumber"/>
      </w:pPr>
      <w:r>
        <w:t>This offer is subject to verification of your documents and references.</w:t>
      </w:r>
    </w:p>
    <w:p>
      <w:pPr>
        <w:spacing w:after="80"/>
      </w:pPr>
      <w:r>
        <w:rPr>
          <w:b/>
          <w:i w:val="0"/>
          <w:color w:val="2563EB"/>
        </w:rPr>
        <w:t>Documents to bring on the day of joining</w:t>
      </w:r>
    </w:p>
    <w:p>
      <w:pPr>
        <w:pStyle w:val="ListBullet"/>
      </w:pPr>
      <w:r>
        <w:t>Proof of identity and address (Aadhaar card, PAN card)</w:t>
      </w:r>
    </w:p>
    <w:p>
      <w:pPr>
        <w:pStyle w:val="ListBullet"/>
      </w:pPr>
      <w:r>
        <w:t>Educational certificates and mark sheets</w:t>
      </w:r>
    </w:p>
    <w:p>
      <w:pPr>
        <w:pStyle w:val="ListBullet"/>
      </w:pPr>
      <w:r>
        <w:t>Relieving letter and last three payslips from your previous employer</w:t>
      </w:r>
    </w:p>
    <w:p>
      <w:pPr>
        <w:pStyle w:val="ListBullet"/>
      </w:pPr>
      <w:r>
        <w:t>Two passport-size photographs</w:t>
      </w:r>
    </w:p>
    <w:p>
      <w:pPr>
        <w:pStyle w:val="ListBullet"/>
      </w:pPr>
      <w:r>
        <w:t>Bank account details (cancelled cheque)</w:t>
      </w:r>
    </w:p>
    <w:p>
      <w:pPr>
        <w:spacing w:after="360"/>
      </w:pPr>
      <w:r>
        <w:rPr>
          <w:b w:val="0"/>
          <w:i w:val="0"/>
        </w:rPr>
        <w:t>Please sign and return a copy of this letter by [DD-MM-YYYY] to confirm your acceptance. We look forward to welcoming you.</w:t>
      </w:r>
    </w:p>
    <w:p>
      <w:pPr>
        <w:spacing w:after="600"/>
      </w:pPr>
      <w:r>
        <w:rPr>
          <w:b/>
          <w:i w:val="0"/>
        </w:rPr>
        <w:t>For [Company Name]</w:t>
      </w:r>
    </w:p>
    <w:p>
      <w:pPr>
        <w:spacing w:after="360"/>
      </w:pPr>
      <w:r>
        <w:rPr>
          <w:b w:val="0"/>
          <w:i w:val="0"/>
        </w:rPr>
        <w:t>[Name], [Designation]</w:t>
      </w:r>
    </w:p>
    <w:p>
      <w:pPr>
        <w:spacing w:after="80"/>
      </w:pPr>
      <w:r>
        <w:rPr>
          <w:b/>
          <w:i w:val="0"/>
          <w:color w:val="2563EB"/>
        </w:rPr>
        <w:t>Acceptance</w:t>
      </w:r>
    </w:p>
    <w:p>
      <w:pPr>
        <w:spacing w:after="480"/>
      </w:pPr>
      <w:r>
        <w:rPr>
          <w:b w:val="0"/>
          <w:i w:val="0"/>
        </w:rPr>
        <w:t>I accept the offer on the terms above and will join on [DD-MM-YYYY].</w:t>
      </w:r>
    </w:p>
    <w:p>
      <w:pPr>
        <w:spacing w:after="80"/>
      </w:pPr>
      <w:r>
        <w:rPr>
          <w:b w:val="0"/>
          <w:i w:val="0"/>
        </w:rPr>
        <w:t>Signature: ____________________     Name: ____________________     Date: ____________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4A3B8"/>
        <w:sz w:val="14"/>
      </w:rPr>
      <w:t>Template: Toolkit by GroupChatOn · toolkit.groupchaton.com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Nivesh Sahayak</Company>
  <LinksUpToDate>false</LinksUpToDate>
  <CharactersWithSpaces>0</CharactersWithSpaces>
  <SharedDoc>false</SharedDoc>
  <HyperlinkBase>https://www.niveshsahayak.in/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Letter &amp; Experience Letter (Word)</dc:title>
  <dc:subject>Free editable offer letter and experience certificate formats for Word: company letterhead, joining details, salary, terms, and a relieving-style experience letter.</dc:subject>
  <dc:creator>Nivesh Sahayak</dc:creator>
  <cp:keywords>Toolkit by GroupChatOn</cp:keywords>
  <dc:description>From Toolkit by GroupChatOn (https://toolkit.groupchaton.com/office-hr/offer-experience-letter-word/). Designed &amp; Developed by: Nivesh Sahayak (https://www.niveshsahayak.in/)</dc:description>
  <cp:lastModifiedBy>Nivesh Sahayak</cp:lastModifiedBy>
  <cp:revision>1</cp:revision>
  <dcterms:created xsi:type="dcterms:W3CDTF">2026-11-02T23:51:44Z</dcterms:created>
  <dcterms:modified xsi:type="dcterms:W3CDTF">2026-11-02T23:51:44Z</dcterms:modified>
  <cp:category/>
</cp:coreProperties>
</file>