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40"/>
      </w:pPr>
      <w:r>
        <w:rPr>
          <w:b/>
          <w:color w:val="2563EB"/>
          <w:sz w:val="44"/>
        </w:rPr>
        <w:t>Office &amp; HR Letter Formats</w:t>
      </w:r>
    </w:p>
    <w:p>
      <w:pPr>
        <w:spacing w:after="240"/>
      </w:pPr>
      <w:r>
        <w:rPr>
          <w:b w:val="0"/>
          <w:color w:val="55607A"/>
          <w:sz w:val="22"/>
        </w:rPr>
        <w:t>13 letters for employees and 7 for employers, ready to fill in. Employer letters use a simple letterhead; replace it with yours.</w:t>
      </w:r>
    </w:p>
    <w:p>
      <w:pPr>
        <w:spacing w:after="80"/>
      </w:pPr>
      <w:r>
        <w:rPr>
          <w:b/>
          <w:color w:val="2563EB"/>
          <w:sz w:val="26"/>
        </w:rPr>
        <w:t>How to use this file</w:t>
      </w:r>
    </w:p>
    <w:p>
      <w:pPr>
        <w:pStyle w:val="ListBullet"/>
        <w:spacing w:after="40"/>
      </w:pPr>
      <w:r>
        <w:rPr>
          <w:b w:val="0"/>
          <w:sz w:val="21"/>
        </w:rPr>
        <w:t xml:space="preserve">Replace every yellow </w:t>
      </w:r>
      <w:r>
        <w:rPr>
          <w:b w:val="0"/>
          <w:sz w:val="21"/>
          <w:highlight w:val="yellow"/>
        </w:rPr>
        <w:t>[bracket]</w:t>
      </w:r>
      <w:r>
        <w:rPr>
          <w:b w:val="0"/>
          <w:sz w:val="21"/>
        </w:rPr>
        <w:t xml:space="preserve"> with your own detail, then remove the highlight (Home › Text Highlight Colour › No Colour).</w:t>
      </w:r>
    </w:p>
    <w:p>
      <w:pPr>
        <w:pStyle w:val="ListBullet"/>
        <w:spacing w:after="40"/>
      </w:pPr>
      <w:r>
        <w:rPr>
          <w:b w:val="0"/>
          <w:sz w:val="21"/>
        </w:rPr>
        <w:t>Where two forms are shown (he/she, son/daughter), keep the one that fits and delete the other.</w:t>
      </w:r>
    </w:p>
    <w:p>
      <w:pPr>
        <w:pStyle w:val="ListBullet"/>
        <w:spacing w:after="40"/>
      </w:pPr>
      <w:r>
        <w:rPr>
          <w:b w:val="0"/>
          <w:sz w:val="21"/>
        </w:rPr>
        <w:t>Delete any sentence that does not fit your case. Sign above your name and keep a copy of what you send.</w:t>
      </w:r>
    </w:p>
    <w:p>
      <w:pPr>
        <w:pStyle w:val="ListBullet"/>
        <w:spacing w:after="40"/>
      </w:pPr>
      <w:r>
        <w:rPr>
          <w:b w:val="0"/>
          <w:sz w:val="21"/>
        </w:rPr>
        <w:t>The online letter writer at toolkit.groupchaton.com fills 78 letter types in English or Hindi from a short form.</w:t>
      </w:r>
    </w:p>
    <w:p>
      <w:pPr>
        <w:spacing w:after="120"/>
      </w:pPr>
    </w:p>
    <w:p>
      <w:pPr>
        <w:spacing w:after="80"/>
      </w:pPr>
      <w:r>
        <w:rPr>
          <w:b/>
          <w:color w:val="2563EB"/>
          <w:sz w:val="26"/>
        </w:rPr>
        <w:t>Good practice for office letters</w:t>
      </w:r>
    </w:p>
    <w:p>
      <w:pPr>
        <w:pStyle w:val="ListBullet"/>
        <w:spacing w:after="40"/>
      </w:pPr>
      <w:r>
        <w:rPr>
          <w:b w:val="0"/>
          <w:sz w:val="21"/>
        </w:rPr>
        <w:t>Address leave and work requests to your reporting manager, and HR matters (certificates, relieving letter, NOC) to the HR manager.</w:t>
      </w:r>
    </w:p>
    <w:p>
      <w:pPr>
        <w:pStyle w:val="ListBullet"/>
        <w:spacing w:after="40"/>
      </w:pPr>
      <w:r>
        <w:rPr>
          <w:b w:val="0"/>
          <w:sz w:val="21"/>
        </w:rPr>
        <w:t>Put your employee ID, designation and department under your name so the letter reaches the right file.</w:t>
      </w:r>
    </w:p>
    <w:p>
      <w:pPr>
        <w:pStyle w:val="ListBullet"/>
        <w:spacing w:after="40"/>
      </w:pPr>
      <w:r>
        <w:rPr>
          <w:b w:val="0"/>
          <w:sz w:val="21"/>
        </w:rPr>
        <w:t>Give dates, not "next week". Leave, resignation and joining letters are read later as records.</w:t>
      </w:r>
    </w:p>
    <w:p>
      <w:pPr>
        <w:pStyle w:val="ListBullet"/>
        <w:spacing w:after="40"/>
      </w:pPr>
      <w:r>
        <w:rPr>
          <w:b w:val="0"/>
          <w:sz w:val="21"/>
        </w:rPr>
        <w:t>Employer letters: number every letter (Ref) and keep a copy signed by the employee as proof of receipt.</w:t>
      </w:r>
    </w:p>
    <w:p>
      <w:pPr>
        <w:pStyle w:val="ListBullet"/>
        <w:spacing w:after="40"/>
      </w:pPr>
      <w:r>
        <w:rPr>
          <w:b w:val="0"/>
          <w:sz w:val="21"/>
        </w:rPr>
        <w:t>Notice periods, probation and leave rules in these templates are common practice; use what your appointment letter or company policy says.</w:t>
      </w:r>
    </w:p>
    <w:p>
      <w:pPr>
        <w:spacing w:after="80"/>
      </w:pPr>
    </w:p>
    <w:p>
      <w:pPr>
        <w:spacing w:after="80"/>
      </w:pPr>
      <w:r>
        <w:rPr>
          <w:b/>
          <w:color w:val="2563EB"/>
          <w:sz w:val="26"/>
        </w:rPr>
        <w:t>In this file</w:t>
      </w:r>
    </w:p>
    <w:tbl>
      <w:tblPr>
        <w:tblStyle w:val="TableGrid"/>
        <w:tblW w:type="auto" w:w="0"/>
        <w:tblLook w:firstColumn="1" w:firstRow="1" w:lastColumn="0" w:lastRow="0" w:noHBand="0" w:noVBand="1" w:val="04A0"/>
      </w:tblPr>
      <w:tblGrid>
        <w:gridCol w:w="4819"/>
        <w:gridCol w:w="4819"/>
      </w:tblGrid>
      <w:tr>
        <w:tc>
          <w:tcPr>
            <w:tcW w:type="dxa" w:w="680"/>
          </w:tcPr>
          <w:p>
            <w:r>
              <w:rPr>
                <w:sz w:val="20"/>
              </w:rPr>
              <w:t>1</w:t>
            </w:r>
          </w:p>
        </w:tc>
        <w:tc>
          <w:tcPr>
            <w:tcW w:type="dxa" w:w="8787"/>
          </w:tcPr>
          <w:p>
            <w:r/>
            <w:r>
              <w:rPr>
                <w:b w:val="0"/>
                <w:sz w:val="20"/>
              </w:rPr>
              <w:t>Job application (cover letter)</w:t>
            </w:r>
          </w:p>
        </w:tc>
      </w:tr>
      <w:tr>
        <w:tc>
          <w:tcPr>
            <w:tcW w:type="dxa" w:w="680"/>
          </w:tcPr>
          <w:p>
            <w:r>
              <w:rPr>
                <w:sz w:val="20"/>
              </w:rPr>
              <w:t>2</w:t>
            </w:r>
          </w:p>
        </w:tc>
        <w:tc>
          <w:tcPr>
            <w:tcW w:type="dxa" w:w="8787"/>
          </w:tcPr>
          <w:p>
            <w:r/>
            <w:r>
              <w:rPr>
                <w:b w:val="0"/>
                <w:sz w:val="20"/>
              </w:rPr>
              <w:t>Leave application (office)</w:t>
            </w:r>
          </w:p>
        </w:tc>
      </w:tr>
      <w:tr>
        <w:tc>
          <w:tcPr>
            <w:tcW w:type="dxa" w:w="680"/>
          </w:tcPr>
          <w:p>
            <w:r>
              <w:rPr>
                <w:sz w:val="20"/>
              </w:rPr>
              <w:t>3</w:t>
            </w:r>
          </w:p>
        </w:tc>
        <w:tc>
          <w:tcPr>
            <w:tcW w:type="dxa" w:w="8787"/>
          </w:tcPr>
          <w:p>
            <w:r/>
            <w:r>
              <w:rPr>
                <w:b w:val="0"/>
                <w:sz w:val="20"/>
              </w:rPr>
              <w:t>Sick leave application (office)</w:t>
            </w:r>
          </w:p>
        </w:tc>
      </w:tr>
      <w:tr>
        <w:tc>
          <w:tcPr>
            <w:tcW w:type="dxa" w:w="680"/>
          </w:tcPr>
          <w:p>
            <w:r>
              <w:rPr>
                <w:sz w:val="20"/>
              </w:rPr>
              <w:t>4</w:t>
            </w:r>
          </w:p>
        </w:tc>
        <w:tc>
          <w:tcPr>
            <w:tcW w:type="dxa" w:w="8787"/>
          </w:tcPr>
          <w:p>
            <w:r/>
            <w:r>
              <w:rPr>
                <w:b w:val="0"/>
                <w:sz w:val="20"/>
              </w:rPr>
              <w:t>Work from home request</w:t>
            </w:r>
          </w:p>
        </w:tc>
      </w:tr>
      <w:tr>
        <w:tc>
          <w:tcPr>
            <w:tcW w:type="dxa" w:w="680"/>
          </w:tcPr>
          <w:p>
            <w:r>
              <w:rPr>
                <w:sz w:val="20"/>
              </w:rPr>
              <w:t>5</w:t>
            </w:r>
          </w:p>
        </w:tc>
        <w:tc>
          <w:tcPr>
            <w:tcW w:type="dxa" w:w="8787"/>
          </w:tcPr>
          <w:p>
            <w:r/>
            <w:r>
              <w:rPr>
                <w:b w:val="0"/>
                <w:sz w:val="20"/>
              </w:rPr>
              <w:t>Resignation letter</w:t>
            </w:r>
          </w:p>
        </w:tc>
      </w:tr>
      <w:tr>
        <w:tc>
          <w:tcPr>
            <w:tcW w:type="dxa" w:w="680"/>
          </w:tcPr>
          <w:p>
            <w:r>
              <w:rPr>
                <w:sz w:val="20"/>
              </w:rPr>
              <w:t>6</w:t>
            </w:r>
          </w:p>
        </w:tc>
        <w:tc>
          <w:tcPr>
            <w:tcW w:type="dxa" w:w="8787"/>
          </w:tcPr>
          <w:p>
            <w:r/>
            <w:r>
              <w:rPr>
                <w:b w:val="0"/>
                <w:sz w:val="20"/>
              </w:rPr>
              <w:t>Request for relieving letter and experience certificate</w:t>
            </w:r>
          </w:p>
        </w:tc>
      </w:tr>
      <w:tr>
        <w:tc>
          <w:tcPr>
            <w:tcW w:type="dxa" w:w="680"/>
          </w:tcPr>
          <w:p>
            <w:r>
              <w:rPr>
                <w:sz w:val="20"/>
              </w:rPr>
              <w:t>7</w:t>
            </w:r>
          </w:p>
        </w:tc>
        <w:tc>
          <w:tcPr>
            <w:tcW w:type="dxa" w:w="8787"/>
          </w:tcPr>
          <w:p>
            <w:r/>
            <w:r>
              <w:rPr>
                <w:b w:val="0"/>
                <w:sz w:val="20"/>
              </w:rPr>
              <w:t>Salary certificate request</w:t>
            </w:r>
          </w:p>
        </w:tc>
      </w:tr>
      <w:tr>
        <w:tc>
          <w:tcPr>
            <w:tcW w:type="dxa" w:w="680"/>
          </w:tcPr>
          <w:p>
            <w:r>
              <w:rPr>
                <w:sz w:val="20"/>
              </w:rPr>
              <w:t>8</w:t>
            </w:r>
          </w:p>
        </w:tc>
        <w:tc>
          <w:tcPr>
            <w:tcW w:type="dxa" w:w="8787"/>
          </w:tcPr>
          <w:p>
            <w:r/>
            <w:r>
              <w:rPr>
                <w:b w:val="0"/>
                <w:sz w:val="20"/>
              </w:rPr>
              <w:t>Salary increment request</w:t>
            </w:r>
          </w:p>
        </w:tc>
      </w:tr>
      <w:tr>
        <w:tc>
          <w:tcPr>
            <w:tcW w:type="dxa" w:w="680"/>
          </w:tcPr>
          <w:p>
            <w:r>
              <w:rPr>
                <w:sz w:val="20"/>
              </w:rPr>
              <w:t>9</w:t>
            </w:r>
          </w:p>
        </w:tc>
        <w:tc>
          <w:tcPr>
            <w:tcW w:type="dxa" w:w="8787"/>
          </w:tcPr>
          <w:p>
            <w:r/>
            <w:r>
              <w:rPr>
                <w:b w:val="0"/>
                <w:sz w:val="20"/>
              </w:rPr>
              <w:t>Salary advance request</w:t>
            </w:r>
          </w:p>
        </w:tc>
      </w:tr>
      <w:tr>
        <w:tc>
          <w:tcPr>
            <w:tcW w:type="dxa" w:w="680"/>
          </w:tcPr>
          <w:p>
            <w:r>
              <w:rPr>
                <w:sz w:val="20"/>
              </w:rPr>
              <w:t>10</w:t>
            </w:r>
          </w:p>
        </w:tc>
        <w:tc>
          <w:tcPr>
            <w:tcW w:type="dxa" w:w="8787"/>
          </w:tcPr>
          <w:p>
            <w:r/>
            <w:r>
              <w:rPr>
                <w:b w:val="0"/>
                <w:sz w:val="20"/>
              </w:rPr>
              <w:t>Transfer request</w:t>
            </w:r>
          </w:p>
        </w:tc>
      </w:tr>
      <w:tr>
        <w:tc>
          <w:tcPr>
            <w:tcW w:type="dxa" w:w="680"/>
          </w:tcPr>
          <w:p>
            <w:r>
              <w:rPr>
                <w:sz w:val="20"/>
              </w:rPr>
              <w:t>11</w:t>
            </w:r>
          </w:p>
        </w:tc>
        <w:tc>
          <w:tcPr>
            <w:tcW w:type="dxa" w:w="8787"/>
          </w:tcPr>
          <w:p>
            <w:r/>
            <w:r>
              <w:rPr>
                <w:b w:val="0"/>
                <w:sz w:val="20"/>
              </w:rPr>
              <w:t>NOC request from employer</w:t>
            </w:r>
          </w:p>
        </w:tc>
      </w:tr>
      <w:tr>
        <w:tc>
          <w:tcPr>
            <w:tcW w:type="dxa" w:w="680"/>
          </w:tcPr>
          <w:p>
            <w:r>
              <w:rPr>
                <w:sz w:val="20"/>
              </w:rPr>
              <w:t>12</w:t>
            </w:r>
          </w:p>
        </w:tc>
        <w:tc>
          <w:tcPr>
            <w:tcW w:type="dxa" w:w="8787"/>
          </w:tcPr>
          <w:p>
            <w:r/>
            <w:r>
              <w:rPr>
                <w:b w:val="0"/>
                <w:sz w:val="20"/>
              </w:rPr>
              <w:t>Joining report</w:t>
            </w:r>
          </w:p>
        </w:tc>
      </w:tr>
      <w:tr>
        <w:tc>
          <w:tcPr>
            <w:tcW w:type="dxa" w:w="680"/>
          </w:tcPr>
          <w:p>
            <w:r>
              <w:rPr>
                <w:sz w:val="20"/>
              </w:rPr>
              <w:t>13</w:t>
            </w:r>
          </w:p>
        </w:tc>
        <w:tc>
          <w:tcPr>
            <w:tcW w:type="dxa" w:w="8787"/>
          </w:tcPr>
          <w:p>
            <w:r/>
            <w:r>
              <w:rPr>
                <w:b w:val="0"/>
                <w:sz w:val="20"/>
              </w:rPr>
              <w:t>Maternity leave application</w:t>
            </w:r>
          </w:p>
        </w:tc>
      </w:tr>
      <w:tr>
        <w:tc>
          <w:tcPr>
            <w:tcW w:type="dxa" w:w="680"/>
          </w:tcPr>
          <w:p>
            <w:r>
              <w:rPr>
                <w:sz w:val="20"/>
              </w:rPr>
              <w:t>14</w:t>
            </w:r>
          </w:p>
        </w:tc>
        <w:tc>
          <w:tcPr>
            <w:tcW w:type="dxa" w:w="8787"/>
          </w:tcPr>
          <w:p>
            <w:r/>
            <w:r>
              <w:rPr>
                <w:b w:val="0"/>
                <w:sz w:val="20"/>
              </w:rPr>
              <w:t>Appointment letter (employer)</w:t>
            </w:r>
          </w:p>
        </w:tc>
      </w:tr>
      <w:tr>
        <w:tc>
          <w:tcPr>
            <w:tcW w:type="dxa" w:w="680"/>
          </w:tcPr>
          <w:p>
            <w:r>
              <w:rPr>
                <w:sz w:val="20"/>
              </w:rPr>
              <w:t>15</w:t>
            </w:r>
          </w:p>
        </w:tc>
        <w:tc>
          <w:tcPr>
            <w:tcW w:type="dxa" w:w="8787"/>
          </w:tcPr>
          <w:p>
            <w:r/>
            <w:r>
              <w:rPr>
                <w:b w:val="0"/>
                <w:sz w:val="20"/>
              </w:rPr>
              <w:t>Warning letter to an employee</w:t>
            </w:r>
          </w:p>
        </w:tc>
      </w:tr>
      <w:tr>
        <w:tc>
          <w:tcPr>
            <w:tcW w:type="dxa" w:w="680"/>
          </w:tcPr>
          <w:p>
            <w:r>
              <w:rPr>
                <w:sz w:val="20"/>
              </w:rPr>
              <w:t>16</w:t>
            </w:r>
          </w:p>
        </w:tc>
        <w:tc>
          <w:tcPr>
            <w:tcW w:type="dxa" w:w="8787"/>
          </w:tcPr>
          <w:p>
            <w:r/>
            <w:r>
              <w:rPr>
                <w:b w:val="0"/>
                <w:sz w:val="20"/>
              </w:rPr>
              <w:t>Experience certificate (employer)</w:t>
            </w:r>
          </w:p>
        </w:tc>
      </w:tr>
      <w:tr>
        <w:tc>
          <w:tcPr>
            <w:tcW w:type="dxa" w:w="680"/>
          </w:tcPr>
          <w:p>
            <w:r>
              <w:rPr>
                <w:sz w:val="20"/>
              </w:rPr>
              <w:t>17</w:t>
            </w:r>
          </w:p>
        </w:tc>
        <w:tc>
          <w:tcPr>
            <w:tcW w:type="dxa" w:w="8787"/>
          </w:tcPr>
          <w:p>
            <w:r/>
            <w:r>
              <w:rPr>
                <w:b w:val="0"/>
                <w:sz w:val="20"/>
              </w:rPr>
              <w:t>Relieving letter (employer)</w:t>
            </w:r>
          </w:p>
        </w:tc>
      </w:tr>
      <w:tr>
        <w:tc>
          <w:tcPr>
            <w:tcW w:type="dxa" w:w="680"/>
          </w:tcPr>
          <w:p>
            <w:r>
              <w:rPr>
                <w:sz w:val="20"/>
              </w:rPr>
              <w:t>18</w:t>
            </w:r>
          </w:p>
        </w:tc>
        <w:tc>
          <w:tcPr>
            <w:tcW w:type="dxa" w:w="8787"/>
          </w:tcPr>
          <w:p>
            <w:r/>
            <w:r>
              <w:rPr>
                <w:b w:val="0"/>
                <w:sz w:val="20"/>
              </w:rPr>
              <w:t>Internship certificate</w:t>
            </w:r>
          </w:p>
        </w:tc>
      </w:tr>
      <w:tr>
        <w:tc>
          <w:tcPr>
            <w:tcW w:type="dxa" w:w="680"/>
          </w:tcPr>
          <w:p>
            <w:r>
              <w:rPr>
                <w:sz w:val="20"/>
              </w:rPr>
              <w:t>19</w:t>
            </w:r>
          </w:p>
        </w:tc>
        <w:tc>
          <w:tcPr>
            <w:tcW w:type="dxa" w:w="8787"/>
          </w:tcPr>
          <w:p>
            <w:r/>
            <w:r>
              <w:rPr>
                <w:b w:val="0"/>
                <w:sz w:val="20"/>
              </w:rPr>
              <w:t>Salary certificate (employer)</w:t>
            </w:r>
          </w:p>
        </w:tc>
      </w:tr>
      <w:tr>
        <w:tc>
          <w:tcPr>
            <w:tcW w:type="dxa" w:w="680"/>
          </w:tcPr>
          <w:p>
            <w:r>
              <w:rPr>
                <w:sz w:val="20"/>
              </w:rPr>
              <w:t>20</w:t>
            </w:r>
          </w:p>
        </w:tc>
        <w:tc>
          <w:tcPr>
            <w:tcW w:type="dxa" w:w="8787"/>
          </w:tcPr>
          <w:p>
            <w:r/>
            <w:r>
              <w:rPr>
                <w:b w:val="0"/>
                <w:sz w:val="20"/>
              </w:rPr>
              <w:t>Salary revision letter (employer)</w:t>
            </w:r>
          </w:p>
        </w:tc>
      </w:tr>
    </w:tbl>
    <w:p>
      <w:pPr>
        <w:spacing w:after="80"/>
      </w:pPr>
    </w:p>
    <w:p>
      <w:r>
        <w:br w:type="page"/>
      </w:r>
    </w:p>
    <w:p>
      <w:pPr>
        <w:spacing w:after="40"/>
      </w:pPr>
      <w:r>
        <w:rPr>
          <w:b/>
          <w:color w:val="2563EB"/>
          <w:sz w:val="28"/>
        </w:rPr>
        <w:t>1. Job application (cover letter)</w:t>
      </w:r>
    </w:p>
    <w:p>
      <w:pPr>
        <w:spacing w:after="200"/>
      </w:pPr>
      <w:r>
        <w:rPr>
          <w:b w:val="0"/>
          <w:color w:val="55607A"/>
          <w:sz w:val="18"/>
        </w:rPr>
        <w:t>Fill in: Post / position, Where you saw the vacancy, Your qualification, Experience, Key skills</w:t>
      </w:r>
    </w:p>
    <w:p>
      <w:pPr>
        <w:spacing w:after="160"/>
      </w:pPr>
      <w:r>
        <w:rPr>
          <w:b w:val="0"/>
        </w:rPr>
        <w:t xml:space="preserve">Date: </w:t>
      </w:r>
      <w:r>
        <w:rPr>
          <w:b w:val="0"/>
          <w:highlight w:val="yellow"/>
        </w:rPr>
        <w:t>[DD-MM-YYYY]</w:t>
      </w:r>
    </w:p>
    <w:p>
      <w:pPr>
        <w:spacing w:after="160"/>
      </w:pPr>
      <w:r>
        <w:rPr>
          <w:b w:val="0"/>
        </w:rPr>
        <w:t>To,</w:t>
      </w:r>
      <w:r>
        <w:br/>
      </w:r>
      <w:r>
        <w:rPr>
          <w:b w:val="0"/>
        </w:rPr>
        <w:t>The HR Manager</w:t>
      </w:r>
      <w:r>
        <w:br/>
      </w:r>
      <w:r>
        <w:rPr>
          <w:b w:val="0"/>
          <w:highlight w:val="yellow"/>
        </w:rPr>
        <w:t>[Company name]</w:t>
      </w:r>
      <w:r>
        <w:br/>
      </w:r>
      <w:r>
        <w:rPr>
          <w:b w:val="0"/>
          <w:highlight w:val="yellow"/>
        </w:rPr>
        <w:t>[City]</w:t>
      </w:r>
    </w:p>
    <w:p>
      <w:pPr>
        <w:spacing w:after="160"/>
      </w:pPr>
      <w:r>
        <w:rPr>
          <w:b/>
        </w:rPr>
        <w:t xml:space="preserve">Subject: Application for the post of </w:t>
      </w:r>
      <w:r>
        <w:rPr>
          <w:b/>
          <w:highlight w:val="yellow"/>
        </w:rPr>
        <w:t>[Post / position]</w:t>
      </w:r>
    </w:p>
    <w:p>
      <w:pPr>
        <w:spacing w:after="160"/>
      </w:pPr>
      <w:r>
        <w:rPr>
          <w:b w:val="0"/>
        </w:rPr>
        <w:t>Dear Sir/Madam,</w:t>
      </w:r>
    </w:p>
    <w:p>
      <w:pPr>
        <w:spacing w:after="160"/>
      </w:pPr>
      <w:r>
        <w:rPr>
          <w:b w:val="0"/>
        </w:rPr>
        <w:t xml:space="preserve">I am writing to apply for the post of </w:t>
      </w:r>
      <w:r>
        <w:rPr>
          <w:b w:val="0"/>
          <w:highlight w:val="yellow"/>
        </w:rPr>
        <w:t>[Post / position]</w:t>
      </w:r>
      <w:r>
        <w:rPr>
          <w:b w:val="0"/>
        </w:rPr>
        <w:t xml:space="preserve"> advertised in </w:t>
      </w:r>
      <w:r>
        <w:rPr>
          <w:b w:val="0"/>
          <w:highlight w:val="yellow"/>
        </w:rPr>
        <w:t>[Where you saw the vacancy]</w:t>
      </w:r>
      <w:r>
        <w:rPr>
          <w:b w:val="0"/>
        </w:rPr>
        <w:t xml:space="preserve">. I hold </w:t>
      </w:r>
      <w:r>
        <w:rPr>
          <w:b w:val="0"/>
          <w:highlight w:val="yellow"/>
        </w:rPr>
        <w:t>[Your qualification]</w:t>
      </w:r>
      <w:r>
        <w:rPr>
          <w:b w:val="0"/>
        </w:rPr>
        <w:t xml:space="preserve"> and have </w:t>
      </w:r>
      <w:r>
        <w:rPr>
          <w:b w:val="0"/>
          <w:highlight w:val="yellow"/>
        </w:rPr>
        <w:t>[Experience]</w:t>
      </w:r>
      <w:r>
        <w:rPr>
          <w:b w:val="0"/>
        </w:rPr>
        <w:t xml:space="preserve"> of experience.</w:t>
      </w:r>
    </w:p>
    <w:p>
      <w:pPr>
        <w:spacing w:after="160"/>
      </w:pPr>
      <w:r>
        <w:rPr>
          <w:b w:val="0"/>
        </w:rPr>
        <w:t xml:space="preserve">My key skills include </w:t>
      </w:r>
      <w:r>
        <w:rPr>
          <w:b w:val="0"/>
          <w:highlight w:val="yellow"/>
        </w:rPr>
        <w:t>[Key skills]</w:t>
      </w:r>
      <w:r>
        <w:rPr>
          <w:b w:val="0"/>
        </w:rPr>
        <w:t>. I am hardworking, quick to learn and comfortable working in a team, and I am confident that I can contribute to your organisation from the first day.</w:t>
      </w:r>
    </w:p>
    <w:p>
      <w:pPr>
        <w:spacing w:after="160"/>
      </w:pPr>
      <w:r>
        <w:rPr>
          <w:b w:val="0"/>
        </w:rPr>
        <w:t>I have attached my résumé for your consideration and would welcome the opportunity to meet you for an interview at your convenience.</w:t>
      </w:r>
    </w:p>
    <w:p>
      <w:pPr>
        <w:spacing w:after="160"/>
      </w:pPr>
      <w:r>
        <w:rPr>
          <w:b w:val="0"/>
        </w:rPr>
        <w:t>I shall be thankful for your kind consideration.</w:t>
      </w:r>
    </w:p>
    <w:p>
      <w:pPr>
        <w:spacing w:after="160"/>
      </w:pPr>
      <w:r>
        <w:rPr>
          <w:b w:val="0"/>
        </w:rPr>
        <w:t>Thanking you,</w:t>
      </w:r>
    </w:p>
    <w:p>
      <w:pPr>
        <w:spacing w:after="160"/>
      </w:pPr>
      <w:r>
        <w:rPr>
          <w:b w:val="0"/>
        </w:rPr>
        <w:t>Yours faithfully,</w:t>
      </w:r>
      <w:r>
        <w:br/>
      </w:r>
      <w:r>
        <w:br/>
      </w:r>
      <w:r>
        <w:br/>
      </w:r>
      <w:r>
        <w:rPr>
          <w:b w:val="0"/>
          <w:highlight w:val="yellow"/>
        </w:rPr>
        <w:t>[Your full name]</w:t>
      </w:r>
      <w:r>
        <w:br/>
      </w:r>
      <w:r>
        <w:rPr>
          <w:b w:val="0"/>
          <w:highlight w:val="yellow"/>
        </w:rPr>
        <w:t>[Your address]</w:t>
      </w:r>
      <w:r>
        <w:br/>
      </w:r>
      <w:r>
        <w:rPr>
          <w:b w:val="0"/>
        </w:rPr>
        <w:t xml:space="preserve">Mobile: </w:t>
      </w:r>
      <w:r>
        <w:rPr>
          <w:b w:val="0"/>
          <w:highlight w:val="yellow"/>
        </w:rPr>
        <w:t>[ ]</w:t>
      </w:r>
      <w:r>
        <w:br/>
      </w:r>
      <w:r>
        <w:rPr>
          <w:b w:val="0"/>
        </w:rPr>
        <w:t xml:space="preserve">Email: </w:t>
      </w:r>
      <w:r>
        <w:rPr>
          <w:b w:val="0"/>
          <w:highlight w:val="yellow"/>
        </w:rPr>
        <w:t>[ ]</w:t>
      </w:r>
    </w:p>
    <w:p>
      <w:pPr>
        <w:spacing w:after="80"/>
      </w:pPr>
      <w:r>
        <w:rPr>
          <w:b w:val="0"/>
          <w:sz w:val="19"/>
        </w:rPr>
        <w:t>Enclosures:</w:t>
      </w:r>
      <w:r>
        <w:br/>
      </w:r>
      <w:r>
        <w:rPr>
          <w:b w:val="0"/>
          <w:sz w:val="19"/>
        </w:rPr>
        <w:t>1. Résumé</w:t>
      </w:r>
      <w:r>
        <w:br/>
      </w:r>
      <w:r>
        <w:rPr>
          <w:b w:val="0"/>
          <w:sz w:val="19"/>
        </w:rPr>
        <w:t>2. Copies of certificates</w:t>
      </w:r>
    </w:p>
    <w:p>
      <w:r>
        <w:br w:type="page"/>
      </w:r>
    </w:p>
    <w:p>
      <w:pPr>
        <w:spacing w:after="40"/>
      </w:pPr>
      <w:r>
        <w:rPr>
          <w:b/>
          <w:color w:val="2563EB"/>
          <w:sz w:val="28"/>
        </w:rPr>
        <w:t>2. Leave application (office)</w:t>
      </w:r>
    </w:p>
    <w:p>
      <w:pPr>
        <w:spacing w:after="200"/>
      </w:pPr>
      <w:r>
        <w:rPr>
          <w:b w:val="0"/>
          <w:color w:val="55607A"/>
          <w:sz w:val="18"/>
        </w:rPr>
        <w:t>Fill in: From date, To date, Reason, Colleague who will handle your work</w:t>
      </w:r>
    </w:p>
    <w:p>
      <w:pPr>
        <w:spacing w:after="160"/>
      </w:pPr>
      <w:r>
        <w:rPr>
          <w:b w:val="0"/>
        </w:rPr>
        <w:t xml:space="preserve">Date: </w:t>
      </w:r>
      <w:r>
        <w:rPr>
          <w:b w:val="0"/>
          <w:highlight w:val="yellow"/>
        </w:rPr>
        <w:t>[DD-MM-YYYY]</w:t>
      </w:r>
    </w:p>
    <w:p>
      <w:pPr>
        <w:spacing w:after="160"/>
      </w:pPr>
      <w:r>
        <w:rPr>
          <w:b w:val="0"/>
        </w:rPr>
        <w:t>To,</w:t>
      </w:r>
      <w:r>
        <w:br/>
      </w:r>
      <w:r>
        <w:rPr>
          <w:b w:val="0"/>
        </w:rPr>
        <w:t>The Manager</w:t>
      </w:r>
      <w:r>
        <w:br/>
      </w:r>
      <w:r>
        <w:rPr>
          <w:b w:val="0"/>
          <w:highlight w:val="yellow"/>
        </w:rPr>
        <w:t>[Company name]</w:t>
      </w:r>
      <w:r>
        <w:br/>
      </w:r>
      <w:r>
        <w:rPr>
          <w:b w:val="0"/>
          <w:highlight w:val="yellow"/>
        </w:rPr>
        <w:t>[City]</w:t>
      </w:r>
    </w:p>
    <w:p>
      <w:pPr>
        <w:spacing w:after="160"/>
      </w:pPr>
      <w:r>
        <w:rPr>
          <w:b/>
        </w:rPr>
        <w:t xml:space="preserve">Subject: Leave application from </w:t>
      </w:r>
      <w:r>
        <w:rPr>
          <w:b/>
          <w:highlight w:val="yellow"/>
        </w:rPr>
        <w:t>[From date]</w:t>
      </w:r>
      <w:r>
        <w:rPr>
          <w:b/>
        </w:rPr>
        <w:t xml:space="preserve"> to </w:t>
      </w:r>
      <w:r>
        <w:rPr>
          <w:b/>
          <w:highlight w:val="yellow"/>
        </w:rPr>
        <w:t>[To date]</w:t>
      </w:r>
    </w:p>
    <w:p>
      <w:pPr>
        <w:spacing w:after="160"/>
      </w:pPr>
      <w:r>
        <w:rPr>
          <w:b w:val="0"/>
        </w:rPr>
        <w:t>Dear Sir/Madam,</w:t>
      </w:r>
    </w:p>
    <w:p>
      <w:pPr>
        <w:spacing w:after="160"/>
      </w:pPr>
      <w:r>
        <w:rPr>
          <w:b w:val="0"/>
        </w:rPr>
        <w:t xml:space="preserve">I would like to request leave from </w:t>
      </w:r>
      <w:r>
        <w:rPr>
          <w:b w:val="0"/>
          <w:highlight w:val="yellow"/>
        </w:rPr>
        <w:t>[From date]</w:t>
      </w:r>
      <w:r>
        <w:rPr>
          <w:b w:val="0"/>
        </w:rPr>
        <w:t xml:space="preserve"> to </w:t>
      </w:r>
      <w:r>
        <w:rPr>
          <w:b w:val="0"/>
          <w:highlight w:val="yellow"/>
        </w:rPr>
        <w:t>[To date]</w:t>
      </w:r>
      <w:r>
        <w:rPr>
          <w:b w:val="0"/>
        </w:rPr>
        <w:t xml:space="preserve"> (</w:t>
      </w:r>
      <w:r>
        <w:rPr>
          <w:b w:val="0"/>
          <w:highlight w:val="yellow"/>
        </w:rPr>
        <w:t>[number of days]</w:t>
      </w:r>
      <w:r>
        <w:rPr>
          <w:b w:val="0"/>
        </w:rPr>
        <w:t xml:space="preserve">) because </w:t>
      </w:r>
      <w:r>
        <w:rPr>
          <w:b w:val="0"/>
          <w:highlight w:val="yellow"/>
        </w:rPr>
        <w:t>[Reason]</w:t>
      </w:r>
      <w:r>
        <w:rPr>
          <w:b w:val="0"/>
        </w:rPr>
        <w:t>.</w:t>
      </w:r>
    </w:p>
    <w:p>
      <w:pPr>
        <w:spacing w:after="160"/>
      </w:pPr>
      <w:r>
        <w:rPr>
          <w:b w:val="0"/>
        </w:rPr>
        <w:t xml:space="preserve">I will complete my urgent work before going on leave, and </w:t>
      </w:r>
      <w:r>
        <w:rPr>
          <w:b w:val="0"/>
          <w:highlight w:val="yellow"/>
        </w:rPr>
        <w:t>[Colleague who will handle your work]</w:t>
      </w:r>
      <w:r>
        <w:rPr>
          <w:b w:val="0"/>
        </w:rPr>
        <w:t xml:space="preserve"> will take care of my duties in my absence.</w:t>
      </w:r>
    </w:p>
    <w:p>
      <w:pPr>
        <w:spacing w:after="160"/>
      </w:pPr>
      <w:r>
        <w:rPr>
          <w:b w:val="0"/>
        </w:rPr>
        <w:t xml:space="preserve">I will be available on my mobile, </w:t>
      </w:r>
      <w:r>
        <w:rPr>
          <w:b w:val="0"/>
          <w:highlight w:val="yellow"/>
        </w:rPr>
        <w:t>[Mobile number]</w:t>
      </w:r>
      <w:r>
        <w:rPr>
          <w:b w:val="0"/>
        </w:rPr>
        <w:t>, for anything urgent.</w:t>
      </w:r>
    </w:p>
    <w:p>
      <w:pPr>
        <w:spacing w:after="160"/>
      </w:pPr>
      <w:r>
        <w:rPr>
          <w:b w:val="0"/>
        </w:rPr>
        <w:t>I shall be thankful for your kind consideration.</w:t>
      </w:r>
    </w:p>
    <w:p>
      <w:pPr>
        <w:spacing w:after="160"/>
      </w:pPr>
      <w:r>
        <w:rPr>
          <w:b w:val="0"/>
        </w:rPr>
        <w:t>Thanking you,</w:t>
      </w:r>
    </w:p>
    <w:p>
      <w:pPr>
        <w:spacing w:after="160"/>
      </w:pPr>
      <w:r>
        <w:rPr>
          <w:b w:val="0"/>
        </w:rPr>
        <w:t>Yours faithfully,</w:t>
      </w:r>
      <w:r>
        <w:br/>
      </w:r>
      <w:r>
        <w:br/>
      </w:r>
      <w:r>
        <w:br/>
      </w:r>
      <w:r>
        <w:rPr>
          <w:b w:val="0"/>
          <w:highlight w:val="yellow"/>
        </w:rPr>
        <w:t>[Your full name]</w:t>
      </w:r>
      <w:r>
        <w:br/>
      </w:r>
      <w:r>
        <w:rPr>
          <w:b w:val="0"/>
          <w:highlight w:val="yellow"/>
        </w:rPr>
        <w:t>[Your designation]</w:t>
      </w:r>
      <w:r>
        <w:br/>
      </w:r>
      <w:r>
        <w:rPr>
          <w:b w:val="0"/>
        </w:rPr>
        <w:t xml:space="preserve">Department: </w:t>
      </w:r>
      <w:r>
        <w:rPr>
          <w:b w:val="0"/>
          <w:highlight w:val="yellow"/>
        </w:rPr>
        <w:t>[ ]</w:t>
      </w:r>
      <w:r>
        <w:br/>
      </w:r>
      <w:r>
        <w:rPr>
          <w:b w:val="0"/>
        </w:rPr>
        <w:t xml:space="preserve">Employee ID: </w:t>
      </w:r>
      <w:r>
        <w:rPr>
          <w:b w:val="0"/>
          <w:highlight w:val="yellow"/>
        </w:rPr>
        <w:t>[ ]</w:t>
      </w:r>
    </w:p>
    <w:p>
      <w:r>
        <w:br w:type="page"/>
      </w:r>
    </w:p>
    <w:p>
      <w:pPr>
        <w:spacing w:after="40"/>
      </w:pPr>
      <w:r>
        <w:rPr>
          <w:b/>
          <w:color w:val="2563EB"/>
          <w:sz w:val="28"/>
        </w:rPr>
        <w:t>3. Sick leave application (office)</w:t>
      </w:r>
    </w:p>
    <w:p>
      <w:pPr>
        <w:spacing w:after="200"/>
      </w:pPr>
      <w:r>
        <w:rPr>
          <w:b w:val="0"/>
          <w:color w:val="55607A"/>
          <w:sz w:val="18"/>
        </w:rPr>
        <w:t>Fill in: Illness, From date, To date</w:t>
      </w:r>
    </w:p>
    <w:p>
      <w:pPr>
        <w:spacing w:after="160"/>
      </w:pPr>
      <w:r>
        <w:rPr>
          <w:b w:val="0"/>
        </w:rPr>
        <w:t xml:space="preserve">Date: </w:t>
      </w:r>
      <w:r>
        <w:rPr>
          <w:b w:val="0"/>
          <w:highlight w:val="yellow"/>
        </w:rPr>
        <w:t>[DD-MM-YYYY]</w:t>
      </w:r>
    </w:p>
    <w:p>
      <w:pPr>
        <w:spacing w:after="160"/>
      </w:pPr>
      <w:r>
        <w:rPr>
          <w:b w:val="0"/>
        </w:rPr>
        <w:t>To,</w:t>
      </w:r>
      <w:r>
        <w:br/>
      </w:r>
      <w:r>
        <w:rPr>
          <w:b w:val="0"/>
        </w:rPr>
        <w:t>The Manager</w:t>
      </w:r>
      <w:r>
        <w:br/>
      </w:r>
      <w:r>
        <w:rPr>
          <w:b w:val="0"/>
          <w:highlight w:val="yellow"/>
        </w:rPr>
        <w:t>[Company name]</w:t>
      </w:r>
      <w:r>
        <w:br/>
      </w:r>
      <w:r>
        <w:rPr>
          <w:b w:val="0"/>
          <w:highlight w:val="yellow"/>
        </w:rPr>
        <w:t>[City]</w:t>
      </w:r>
    </w:p>
    <w:p>
      <w:pPr>
        <w:spacing w:after="160"/>
      </w:pPr>
      <w:r>
        <w:rPr>
          <w:b/>
        </w:rPr>
        <w:t>Subject: Sick leave application</w:t>
      </w:r>
    </w:p>
    <w:p>
      <w:pPr>
        <w:spacing w:after="160"/>
      </w:pPr>
      <w:r>
        <w:rPr>
          <w:b w:val="0"/>
        </w:rPr>
        <w:t>Dear Sir/Madam,</w:t>
      </w:r>
    </w:p>
    <w:p>
      <w:pPr>
        <w:spacing w:after="160"/>
      </w:pPr>
      <w:r>
        <w:rPr>
          <w:b w:val="0"/>
        </w:rPr>
        <w:t xml:space="preserve">I am unwell with </w:t>
      </w:r>
      <w:r>
        <w:rPr>
          <w:b w:val="0"/>
          <w:highlight w:val="yellow"/>
        </w:rPr>
        <w:t>[Illness]</w:t>
      </w:r>
      <w:r>
        <w:rPr>
          <w:b w:val="0"/>
        </w:rPr>
        <w:t xml:space="preserve">, and the doctor has advised me to rest. I am therefore unable to come to the office from </w:t>
      </w:r>
      <w:r>
        <w:rPr>
          <w:b w:val="0"/>
          <w:highlight w:val="yellow"/>
        </w:rPr>
        <w:t>[From date]</w:t>
      </w:r>
      <w:r>
        <w:rPr>
          <w:b w:val="0"/>
        </w:rPr>
        <w:t xml:space="preserve"> to </w:t>
      </w:r>
      <w:r>
        <w:rPr>
          <w:b w:val="0"/>
          <w:highlight w:val="yellow"/>
        </w:rPr>
        <w:t>[To date]</w:t>
      </w:r>
      <w:r>
        <w:rPr>
          <w:b w:val="0"/>
        </w:rPr>
        <w:t xml:space="preserve"> (</w:t>
      </w:r>
      <w:r>
        <w:rPr>
          <w:b w:val="0"/>
          <w:highlight w:val="yellow"/>
        </w:rPr>
        <w:t>[number of days]</w:t>
      </w:r>
      <w:r>
        <w:rPr>
          <w:b w:val="0"/>
        </w:rPr>
        <w:t>).</w:t>
      </w:r>
    </w:p>
    <w:p>
      <w:pPr>
        <w:spacing w:after="160"/>
      </w:pPr>
      <w:r>
        <w:rPr>
          <w:b w:val="0"/>
        </w:rPr>
        <w:t>Kindly grant me sick leave for this period. I will resume work as soon as I recover.</w:t>
      </w:r>
    </w:p>
    <w:p>
      <w:pPr>
        <w:spacing w:after="160"/>
      </w:pPr>
      <w:r>
        <w:rPr>
          <w:b w:val="0"/>
        </w:rPr>
        <w:t>I will submit the medical certificate when I rejoin.</w:t>
      </w:r>
    </w:p>
    <w:p>
      <w:pPr>
        <w:spacing w:after="160"/>
      </w:pPr>
      <w:r>
        <w:rPr>
          <w:b w:val="0"/>
        </w:rPr>
        <w:t>I shall be thankful for your kind consideration.</w:t>
      </w:r>
    </w:p>
    <w:p>
      <w:pPr>
        <w:spacing w:after="160"/>
      </w:pPr>
      <w:r>
        <w:rPr>
          <w:b w:val="0"/>
        </w:rPr>
        <w:t>Thanking you,</w:t>
      </w:r>
    </w:p>
    <w:p>
      <w:pPr>
        <w:spacing w:after="160"/>
      </w:pPr>
      <w:r>
        <w:rPr>
          <w:b w:val="0"/>
        </w:rPr>
        <w:t>Yours faithfully,</w:t>
      </w:r>
      <w:r>
        <w:br/>
      </w:r>
      <w:r>
        <w:br/>
      </w:r>
      <w:r>
        <w:br/>
      </w:r>
      <w:r>
        <w:rPr>
          <w:b w:val="0"/>
          <w:highlight w:val="yellow"/>
        </w:rPr>
        <w:t>[Your full name]</w:t>
      </w:r>
      <w:r>
        <w:br/>
      </w:r>
      <w:r>
        <w:rPr>
          <w:b w:val="0"/>
          <w:highlight w:val="yellow"/>
        </w:rPr>
        <w:t>[Your designation]</w:t>
      </w:r>
      <w:r>
        <w:br/>
      </w:r>
      <w:r>
        <w:rPr>
          <w:b w:val="0"/>
        </w:rPr>
        <w:t xml:space="preserve">Department: </w:t>
      </w:r>
      <w:r>
        <w:rPr>
          <w:b w:val="0"/>
          <w:highlight w:val="yellow"/>
        </w:rPr>
        <w:t>[ ]</w:t>
      </w:r>
      <w:r>
        <w:br/>
      </w:r>
      <w:r>
        <w:rPr>
          <w:b w:val="0"/>
        </w:rPr>
        <w:t xml:space="preserve">Employee ID: </w:t>
      </w:r>
      <w:r>
        <w:rPr>
          <w:b w:val="0"/>
          <w:highlight w:val="yellow"/>
        </w:rPr>
        <w:t>[ ]</w:t>
      </w:r>
    </w:p>
    <w:p>
      <w:r>
        <w:br w:type="page"/>
      </w:r>
    </w:p>
    <w:p>
      <w:pPr>
        <w:spacing w:after="40"/>
      </w:pPr>
      <w:r>
        <w:rPr>
          <w:b/>
          <w:color w:val="2563EB"/>
          <w:sz w:val="28"/>
        </w:rPr>
        <w:t>4. Work from home request</w:t>
      </w:r>
    </w:p>
    <w:p>
      <w:pPr>
        <w:spacing w:after="200"/>
      </w:pPr>
      <w:r>
        <w:rPr>
          <w:b w:val="0"/>
          <w:color w:val="55607A"/>
          <w:sz w:val="18"/>
        </w:rPr>
        <w:t>Fill in: From date, To date, Reason</w:t>
      </w:r>
    </w:p>
    <w:p>
      <w:pPr>
        <w:spacing w:after="160"/>
      </w:pPr>
      <w:r>
        <w:rPr>
          <w:b w:val="0"/>
        </w:rPr>
        <w:t xml:space="preserve">Date: </w:t>
      </w:r>
      <w:r>
        <w:rPr>
          <w:b w:val="0"/>
          <w:highlight w:val="yellow"/>
        </w:rPr>
        <w:t>[DD-MM-YYYY]</w:t>
      </w:r>
    </w:p>
    <w:p>
      <w:pPr>
        <w:spacing w:after="160"/>
      </w:pPr>
      <w:r>
        <w:rPr>
          <w:b w:val="0"/>
        </w:rPr>
        <w:t>To,</w:t>
      </w:r>
      <w:r>
        <w:br/>
      </w:r>
      <w:r>
        <w:rPr>
          <w:b w:val="0"/>
        </w:rPr>
        <w:t>The Manager</w:t>
      </w:r>
      <w:r>
        <w:br/>
      </w:r>
      <w:r>
        <w:rPr>
          <w:b w:val="0"/>
          <w:highlight w:val="yellow"/>
        </w:rPr>
        <w:t>[Company name]</w:t>
      </w:r>
      <w:r>
        <w:br/>
      </w:r>
      <w:r>
        <w:rPr>
          <w:b w:val="0"/>
          <w:highlight w:val="yellow"/>
        </w:rPr>
        <w:t>[City]</w:t>
      </w:r>
    </w:p>
    <w:p>
      <w:pPr>
        <w:spacing w:after="160"/>
      </w:pPr>
      <w:r>
        <w:rPr>
          <w:b/>
        </w:rPr>
        <w:t xml:space="preserve">Subject: Request to work from home from </w:t>
      </w:r>
      <w:r>
        <w:rPr>
          <w:b/>
          <w:highlight w:val="yellow"/>
        </w:rPr>
        <w:t>[From date]</w:t>
      </w:r>
      <w:r>
        <w:rPr>
          <w:b/>
        </w:rPr>
        <w:t xml:space="preserve"> to </w:t>
      </w:r>
      <w:r>
        <w:rPr>
          <w:b/>
          <w:highlight w:val="yellow"/>
        </w:rPr>
        <w:t>[To date]</w:t>
      </w:r>
    </w:p>
    <w:p>
      <w:pPr>
        <w:spacing w:after="160"/>
      </w:pPr>
      <w:r>
        <w:rPr>
          <w:b w:val="0"/>
        </w:rPr>
        <w:t>Dear Sir/Madam,</w:t>
      </w:r>
    </w:p>
    <w:p>
      <w:pPr>
        <w:spacing w:after="160"/>
      </w:pPr>
      <w:r>
        <w:rPr>
          <w:b w:val="0"/>
        </w:rPr>
        <w:t xml:space="preserve">I request your permission to work from home from </w:t>
      </w:r>
      <w:r>
        <w:rPr>
          <w:b w:val="0"/>
          <w:highlight w:val="yellow"/>
        </w:rPr>
        <w:t>[From date]</w:t>
      </w:r>
      <w:r>
        <w:rPr>
          <w:b w:val="0"/>
        </w:rPr>
        <w:t xml:space="preserve"> to </w:t>
      </w:r>
      <w:r>
        <w:rPr>
          <w:b w:val="0"/>
          <w:highlight w:val="yellow"/>
        </w:rPr>
        <w:t>[To date]</w:t>
      </w:r>
      <w:r>
        <w:rPr>
          <w:b w:val="0"/>
        </w:rPr>
        <w:t xml:space="preserve"> (</w:t>
      </w:r>
      <w:r>
        <w:rPr>
          <w:b w:val="0"/>
          <w:highlight w:val="yellow"/>
        </w:rPr>
        <w:t>[number of days]</w:t>
      </w:r>
      <w:r>
        <w:rPr>
          <w:b w:val="0"/>
        </w:rPr>
        <w:t xml:space="preserve">) because </w:t>
      </w:r>
      <w:r>
        <w:rPr>
          <w:b w:val="0"/>
          <w:highlight w:val="yellow"/>
        </w:rPr>
        <w:t>[Reason]</w:t>
      </w:r>
      <w:r>
        <w:rPr>
          <w:b w:val="0"/>
        </w:rPr>
        <w:t>.</w:t>
      </w:r>
    </w:p>
    <w:p>
      <w:pPr>
        <w:spacing w:after="160"/>
      </w:pPr>
      <w:r>
        <w:rPr>
          <w:b w:val="0"/>
        </w:rPr>
        <w:t>I will be online during normal office hours, join all meetings by phone or video call and complete my work on time. My laptop and internet connection are ready for remote work.</w:t>
      </w:r>
    </w:p>
    <w:p>
      <w:pPr>
        <w:spacing w:after="160"/>
      </w:pPr>
      <w:r>
        <w:rPr>
          <w:b w:val="0"/>
        </w:rPr>
        <w:t>I shall be thankful for your kind consideration.</w:t>
      </w:r>
    </w:p>
    <w:p>
      <w:pPr>
        <w:spacing w:after="160"/>
      </w:pPr>
      <w:r>
        <w:rPr>
          <w:b w:val="0"/>
        </w:rPr>
        <w:t>Thanking you,</w:t>
      </w:r>
    </w:p>
    <w:p>
      <w:pPr>
        <w:spacing w:after="160"/>
      </w:pPr>
      <w:r>
        <w:rPr>
          <w:b w:val="0"/>
        </w:rPr>
        <w:t>Yours faithfully,</w:t>
      </w:r>
      <w:r>
        <w:br/>
      </w:r>
      <w:r>
        <w:br/>
      </w:r>
      <w:r>
        <w:br/>
      </w:r>
      <w:r>
        <w:rPr>
          <w:b w:val="0"/>
          <w:highlight w:val="yellow"/>
        </w:rPr>
        <w:t>[Your full name]</w:t>
      </w:r>
      <w:r>
        <w:br/>
      </w:r>
      <w:r>
        <w:rPr>
          <w:b w:val="0"/>
          <w:highlight w:val="yellow"/>
        </w:rPr>
        <w:t>[Your designation]</w:t>
      </w:r>
      <w:r>
        <w:br/>
      </w:r>
      <w:r>
        <w:rPr>
          <w:b w:val="0"/>
        </w:rPr>
        <w:t xml:space="preserve">Department: </w:t>
      </w:r>
      <w:r>
        <w:rPr>
          <w:b w:val="0"/>
          <w:highlight w:val="yellow"/>
        </w:rPr>
        <w:t>[ ]</w:t>
      </w:r>
      <w:r>
        <w:br/>
      </w:r>
      <w:r>
        <w:rPr>
          <w:b w:val="0"/>
        </w:rPr>
        <w:t xml:space="preserve">Employee ID: </w:t>
      </w:r>
      <w:r>
        <w:rPr>
          <w:b w:val="0"/>
          <w:highlight w:val="yellow"/>
        </w:rPr>
        <w:t>[ ]</w:t>
      </w:r>
    </w:p>
    <w:p>
      <w:r>
        <w:br w:type="page"/>
      </w:r>
    </w:p>
    <w:p>
      <w:pPr>
        <w:spacing w:after="40"/>
      </w:pPr>
      <w:r>
        <w:rPr>
          <w:b/>
          <w:color w:val="2563EB"/>
          <w:sz w:val="28"/>
        </w:rPr>
        <w:t>5. Resignation letter</w:t>
      </w:r>
    </w:p>
    <w:p>
      <w:pPr>
        <w:spacing w:after="200"/>
      </w:pPr>
      <w:r>
        <w:rPr>
          <w:b w:val="0"/>
          <w:color w:val="55607A"/>
          <w:sz w:val="18"/>
        </w:rPr>
        <w:t>Fill in: Notice period, Last working day, Reason</w:t>
      </w:r>
    </w:p>
    <w:p>
      <w:pPr>
        <w:spacing w:after="160"/>
      </w:pPr>
      <w:r>
        <w:rPr>
          <w:b w:val="0"/>
        </w:rPr>
        <w:t xml:space="preserve">Date: </w:t>
      </w:r>
      <w:r>
        <w:rPr>
          <w:b w:val="0"/>
          <w:highlight w:val="yellow"/>
        </w:rPr>
        <w:t>[DD-MM-YYYY]</w:t>
      </w:r>
    </w:p>
    <w:p>
      <w:pPr>
        <w:spacing w:after="160"/>
      </w:pPr>
      <w:r>
        <w:rPr>
          <w:b w:val="0"/>
        </w:rPr>
        <w:t>To,</w:t>
      </w:r>
      <w:r>
        <w:br/>
      </w:r>
      <w:r>
        <w:rPr>
          <w:b w:val="0"/>
        </w:rPr>
        <w:t>The Manager</w:t>
      </w:r>
      <w:r>
        <w:br/>
      </w:r>
      <w:r>
        <w:rPr>
          <w:b w:val="0"/>
          <w:highlight w:val="yellow"/>
        </w:rPr>
        <w:t>[Company name]</w:t>
      </w:r>
      <w:r>
        <w:br/>
      </w:r>
      <w:r>
        <w:rPr>
          <w:b w:val="0"/>
          <w:highlight w:val="yellow"/>
        </w:rPr>
        <w:t>[City]</w:t>
      </w:r>
    </w:p>
    <w:p>
      <w:pPr>
        <w:spacing w:after="160"/>
      </w:pPr>
      <w:r>
        <w:rPr>
          <w:b/>
        </w:rPr>
        <w:t xml:space="preserve">Subject: Resignation from the post of </w:t>
      </w:r>
      <w:r>
        <w:rPr>
          <w:b/>
          <w:highlight w:val="yellow"/>
        </w:rPr>
        <w:t>[Your designation]</w:t>
      </w:r>
    </w:p>
    <w:p>
      <w:pPr>
        <w:spacing w:after="160"/>
      </w:pPr>
      <w:r>
        <w:rPr>
          <w:b w:val="0"/>
        </w:rPr>
        <w:t>Dear Sir/Madam,</w:t>
      </w:r>
    </w:p>
    <w:p>
      <w:pPr>
        <w:spacing w:after="160"/>
      </w:pPr>
      <w:r>
        <w:rPr>
          <w:b w:val="0"/>
        </w:rPr>
        <w:t xml:space="preserve">Please accept this letter as formal notice of my resignation from the post of </w:t>
      </w:r>
      <w:r>
        <w:rPr>
          <w:b w:val="0"/>
          <w:highlight w:val="yellow"/>
        </w:rPr>
        <w:t>[Your designation]</w:t>
      </w:r>
      <w:r>
        <w:rPr>
          <w:b w:val="0"/>
        </w:rPr>
        <w:t xml:space="preserve"> in the </w:t>
      </w:r>
      <w:r>
        <w:rPr>
          <w:b w:val="0"/>
          <w:highlight w:val="yellow"/>
        </w:rPr>
        <w:t>[Department]</w:t>
      </w:r>
      <w:r>
        <w:rPr>
          <w:b w:val="0"/>
        </w:rPr>
        <w:t xml:space="preserve"> department. As per my </w:t>
      </w:r>
      <w:r>
        <w:rPr>
          <w:b w:val="0"/>
          <w:highlight w:val="yellow"/>
        </w:rPr>
        <w:t>[Notice period]</w:t>
      </w:r>
      <w:r>
        <w:rPr>
          <w:b w:val="0"/>
        </w:rPr>
        <w:t xml:space="preserve"> notice period, my last working day will be </w:t>
      </w:r>
      <w:r>
        <w:rPr>
          <w:b w:val="0"/>
          <w:highlight w:val="yellow"/>
        </w:rPr>
        <w:t>[Last working day]</w:t>
      </w:r>
      <w:r>
        <w:rPr>
          <w:b w:val="0"/>
        </w:rPr>
        <w:t>.</w:t>
      </w:r>
    </w:p>
    <w:p>
      <w:pPr>
        <w:spacing w:after="160"/>
      </w:pPr>
      <w:r>
        <w:rPr>
          <w:b w:val="0"/>
        </w:rPr>
        <w:t xml:space="preserve">I have decided to move on because </w:t>
      </w:r>
      <w:r>
        <w:rPr>
          <w:b w:val="0"/>
          <w:highlight w:val="yellow"/>
        </w:rPr>
        <w:t>[Reason]</w:t>
      </w:r>
      <w:r>
        <w:rPr>
          <w:b w:val="0"/>
        </w:rPr>
        <w:t>. I am grateful for the opportunities and support I have received here, and I have learnt a great deal from you and the team.</w:t>
      </w:r>
    </w:p>
    <w:p>
      <w:pPr>
        <w:spacing w:after="160"/>
      </w:pPr>
      <w:r>
        <w:rPr>
          <w:b w:val="0"/>
        </w:rPr>
        <w:t>I will complete a proper handover of my work and documents before my last day. Kindly arrange my full and final settlement and relieving letter.</w:t>
      </w:r>
    </w:p>
    <w:p>
      <w:pPr>
        <w:spacing w:after="160"/>
      </w:pPr>
      <w:r>
        <w:rPr>
          <w:b w:val="0"/>
        </w:rPr>
        <w:t>Kindly accept my resignation.</w:t>
      </w:r>
    </w:p>
    <w:p>
      <w:pPr>
        <w:spacing w:after="160"/>
      </w:pPr>
      <w:r>
        <w:rPr>
          <w:b w:val="0"/>
        </w:rPr>
        <w:t>Yours faithfully,</w:t>
      </w:r>
      <w:r>
        <w:br/>
      </w:r>
      <w:r>
        <w:br/>
      </w:r>
      <w:r>
        <w:br/>
      </w:r>
      <w:r>
        <w:rPr>
          <w:b w:val="0"/>
          <w:highlight w:val="yellow"/>
        </w:rPr>
        <w:t>[Your full name]</w:t>
      </w:r>
      <w:r>
        <w:br/>
      </w:r>
      <w:r>
        <w:rPr>
          <w:b w:val="0"/>
          <w:highlight w:val="yellow"/>
        </w:rPr>
        <w:t>[Your designation]</w:t>
      </w:r>
      <w:r>
        <w:br/>
      </w:r>
      <w:r>
        <w:rPr>
          <w:b w:val="0"/>
        </w:rPr>
        <w:t xml:space="preserve">Department: </w:t>
      </w:r>
      <w:r>
        <w:rPr>
          <w:b w:val="0"/>
          <w:highlight w:val="yellow"/>
        </w:rPr>
        <w:t>[ ]</w:t>
      </w:r>
      <w:r>
        <w:br/>
      </w:r>
      <w:r>
        <w:rPr>
          <w:b w:val="0"/>
        </w:rPr>
        <w:t xml:space="preserve">Employee ID: </w:t>
      </w:r>
      <w:r>
        <w:rPr>
          <w:b w:val="0"/>
          <w:highlight w:val="yellow"/>
        </w:rPr>
        <w:t>[ ]</w:t>
      </w:r>
    </w:p>
    <w:p>
      <w:r>
        <w:br w:type="page"/>
      </w:r>
    </w:p>
    <w:p>
      <w:pPr>
        <w:spacing w:after="40"/>
      </w:pPr>
      <w:r>
        <w:rPr>
          <w:b/>
          <w:color w:val="2563EB"/>
          <w:sz w:val="28"/>
        </w:rPr>
        <w:t>6. Request for relieving letter and experience certificate</w:t>
      </w:r>
    </w:p>
    <w:p>
      <w:pPr>
        <w:spacing w:after="200"/>
      </w:pPr>
      <w:r>
        <w:rPr>
          <w:b w:val="0"/>
          <w:color w:val="55607A"/>
          <w:sz w:val="18"/>
        </w:rPr>
        <w:t>Fill in: Resignation date, Last working day</w:t>
      </w:r>
    </w:p>
    <w:p>
      <w:pPr>
        <w:spacing w:after="160"/>
      </w:pPr>
      <w:r>
        <w:rPr>
          <w:b w:val="0"/>
        </w:rPr>
        <w:t xml:space="preserve">Date: </w:t>
      </w:r>
      <w:r>
        <w:rPr>
          <w:b w:val="0"/>
          <w:highlight w:val="yellow"/>
        </w:rPr>
        <w:t>[DD-MM-YYYY]</w:t>
      </w:r>
    </w:p>
    <w:p>
      <w:pPr>
        <w:spacing w:after="160"/>
      </w:pPr>
      <w:r>
        <w:rPr>
          <w:b w:val="0"/>
        </w:rPr>
        <w:t>To,</w:t>
      </w:r>
      <w:r>
        <w:br/>
      </w:r>
      <w:r>
        <w:rPr>
          <w:b w:val="0"/>
        </w:rPr>
        <w:t>The HR Manager</w:t>
      </w:r>
      <w:r>
        <w:br/>
      </w:r>
      <w:r>
        <w:rPr>
          <w:b w:val="0"/>
          <w:highlight w:val="yellow"/>
        </w:rPr>
        <w:t>[Company name]</w:t>
      </w:r>
      <w:r>
        <w:br/>
      </w:r>
      <w:r>
        <w:rPr>
          <w:b w:val="0"/>
          <w:highlight w:val="yellow"/>
        </w:rPr>
        <w:t>[City]</w:t>
      </w:r>
    </w:p>
    <w:p>
      <w:pPr>
        <w:spacing w:after="160"/>
      </w:pPr>
      <w:r>
        <w:rPr>
          <w:b/>
        </w:rPr>
        <w:t>Subject: Request for relieving letter and experience certificate</w:t>
      </w:r>
    </w:p>
    <w:p>
      <w:pPr>
        <w:spacing w:after="160"/>
      </w:pPr>
      <w:r>
        <w:rPr>
          <w:b w:val="0"/>
        </w:rPr>
        <w:t>Dear Sir/Madam,</w:t>
      </w:r>
    </w:p>
    <w:p>
      <w:pPr>
        <w:spacing w:after="160"/>
      </w:pPr>
      <w:r>
        <w:rPr>
          <w:b w:val="0"/>
        </w:rPr>
        <w:t xml:space="preserve">I resigned from the post of </w:t>
      </w:r>
      <w:r>
        <w:rPr>
          <w:b w:val="0"/>
          <w:highlight w:val="yellow"/>
        </w:rPr>
        <w:t>[Your designation]</w:t>
      </w:r>
      <w:r>
        <w:rPr>
          <w:b w:val="0"/>
        </w:rPr>
        <w:t xml:space="preserve"> on </w:t>
      </w:r>
      <w:r>
        <w:rPr>
          <w:b w:val="0"/>
          <w:highlight w:val="yellow"/>
        </w:rPr>
        <w:t>[Resignation date]</w:t>
      </w:r>
      <w:r>
        <w:rPr>
          <w:b w:val="0"/>
        </w:rPr>
        <w:t xml:space="preserve">, and </w:t>
      </w:r>
      <w:r>
        <w:rPr>
          <w:b w:val="0"/>
          <w:highlight w:val="yellow"/>
        </w:rPr>
        <w:t>[Last working day]</w:t>
      </w:r>
      <w:r>
        <w:rPr>
          <w:b w:val="0"/>
        </w:rPr>
        <w:t xml:space="preserve"> was my last working day. I have handed over all my work, files and company property.</w:t>
      </w:r>
    </w:p>
    <w:p>
      <w:pPr>
        <w:spacing w:after="160"/>
      </w:pPr>
      <w:r>
        <w:rPr>
          <w:b w:val="0"/>
        </w:rPr>
        <w:t>Kindly issue my relieving letter and experience certificate, and let me know the date of my full and final settlement. These documents are needed for my next job.</w:t>
      </w:r>
    </w:p>
    <w:p>
      <w:pPr>
        <w:spacing w:after="160"/>
      </w:pPr>
      <w:r>
        <w:rPr>
          <w:b w:val="0"/>
        </w:rPr>
        <w:t>I shall be thankful for your kind consideration.</w:t>
      </w:r>
    </w:p>
    <w:p>
      <w:pPr>
        <w:spacing w:after="160"/>
      </w:pPr>
      <w:r>
        <w:rPr>
          <w:b w:val="0"/>
        </w:rPr>
        <w:t>Thanking you,</w:t>
      </w:r>
    </w:p>
    <w:p>
      <w:pPr>
        <w:spacing w:after="160"/>
      </w:pPr>
      <w:r>
        <w:rPr>
          <w:b w:val="0"/>
        </w:rPr>
        <w:t>Yours faithfully,</w:t>
      </w:r>
      <w:r>
        <w:br/>
      </w:r>
      <w:r>
        <w:br/>
      </w:r>
      <w:r>
        <w:br/>
      </w:r>
      <w:r>
        <w:rPr>
          <w:b w:val="0"/>
          <w:highlight w:val="yellow"/>
        </w:rPr>
        <w:t>[Your full name]</w:t>
      </w:r>
      <w:r>
        <w:br/>
      </w:r>
      <w:r>
        <w:rPr>
          <w:b w:val="0"/>
          <w:highlight w:val="yellow"/>
        </w:rPr>
        <w:t>[Your designation]</w:t>
      </w:r>
      <w:r>
        <w:br/>
      </w:r>
      <w:r>
        <w:rPr>
          <w:b w:val="0"/>
        </w:rPr>
        <w:t xml:space="preserve">Department: </w:t>
      </w:r>
      <w:r>
        <w:rPr>
          <w:b w:val="0"/>
          <w:highlight w:val="yellow"/>
        </w:rPr>
        <w:t>[ ]</w:t>
      </w:r>
      <w:r>
        <w:br/>
      </w:r>
      <w:r>
        <w:rPr>
          <w:b w:val="0"/>
        </w:rPr>
        <w:t xml:space="preserve">Employee ID: </w:t>
      </w:r>
      <w:r>
        <w:rPr>
          <w:b w:val="0"/>
          <w:highlight w:val="yellow"/>
        </w:rPr>
        <w:t>[ ]</w:t>
      </w:r>
    </w:p>
    <w:p>
      <w:r>
        <w:br w:type="page"/>
      </w:r>
    </w:p>
    <w:p>
      <w:pPr>
        <w:spacing w:after="40"/>
      </w:pPr>
      <w:r>
        <w:rPr>
          <w:b/>
          <w:color w:val="2563EB"/>
          <w:sz w:val="28"/>
        </w:rPr>
        <w:t>7. Salary certificate request</w:t>
      </w:r>
    </w:p>
    <w:p>
      <w:pPr>
        <w:spacing w:after="200"/>
      </w:pPr>
      <w:r>
        <w:rPr>
          <w:b w:val="0"/>
          <w:color w:val="55607A"/>
          <w:sz w:val="18"/>
        </w:rPr>
        <w:t>Fill in: Needed for, Also ask for payslips of last … months</w:t>
      </w:r>
    </w:p>
    <w:p>
      <w:pPr>
        <w:spacing w:after="160"/>
      </w:pPr>
      <w:r>
        <w:rPr>
          <w:b w:val="0"/>
        </w:rPr>
        <w:t xml:space="preserve">Date: </w:t>
      </w:r>
      <w:r>
        <w:rPr>
          <w:b w:val="0"/>
          <w:highlight w:val="yellow"/>
        </w:rPr>
        <w:t>[DD-MM-YYYY]</w:t>
      </w:r>
    </w:p>
    <w:p>
      <w:pPr>
        <w:spacing w:after="160"/>
      </w:pPr>
      <w:r>
        <w:rPr>
          <w:b w:val="0"/>
        </w:rPr>
        <w:t>To,</w:t>
      </w:r>
      <w:r>
        <w:br/>
      </w:r>
      <w:r>
        <w:rPr>
          <w:b w:val="0"/>
        </w:rPr>
        <w:t>The HR Manager</w:t>
      </w:r>
      <w:r>
        <w:br/>
      </w:r>
      <w:r>
        <w:rPr>
          <w:b w:val="0"/>
          <w:highlight w:val="yellow"/>
        </w:rPr>
        <w:t>[Company name]</w:t>
      </w:r>
      <w:r>
        <w:br/>
      </w:r>
      <w:r>
        <w:rPr>
          <w:b w:val="0"/>
          <w:highlight w:val="yellow"/>
        </w:rPr>
        <w:t>[City]</w:t>
      </w:r>
    </w:p>
    <w:p>
      <w:pPr>
        <w:spacing w:after="160"/>
      </w:pPr>
      <w:r>
        <w:rPr>
          <w:b/>
        </w:rPr>
        <w:t>Subject: Request for a salary certificate</w:t>
      </w:r>
    </w:p>
    <w:p>
      <w:pPr>
        <w:spacing w:after="160"/>
      </w:pPr>
      <w:r>
        <w:rPr>
          <w:b w:val="0"/>
        </w:rPr>
        <w:t>Dear Sir/Madam,</w:t>
      </w:r>
    </w:p>
    <w:p>
      <w:pPr>
        <w:spacing w:after="160"/>
      </w:pPr>
      <w:r>
        <w:rPr>
          <w:b w:val="0"/>
        </w:rPr>
        <w:t xml:space="preserve">I need a salary certificate for </w:t>
      </w:r>
      <w:r>
        <w:rPr>
          <w:b w:val="0"/>
          <w:highlight w:val="yellow"/>
        </w:rPr>
        <w:t>[Needed for]</w:t>
      </w:r>
      <w:r>
        <w:rPr>
          <w:b w:val="0"/>
        </w:rPr>
        <w:t xml:space="preserve">. Kindly issue a certificate showing my designation, date of joining and present monthly salary, along with my salary slips for the last </w:t>
      </w:r>
      <w:r>
        <w:rPr>
          <w:b w:val="0"/>
          <w:highlight w:val="yellow"/>
        </w:rPr>
        <w:t>[Also ask for payslips of last … months]</w:t>
      </w:r>
      <w:r>
        <w:rPr>
          <w:b w:val="0"/>
        </w:rPr>
        <w:t xml:space="preserve"> months.</w:t>
      </w:r>
    </w:p>
    <w:p>
      <w:pPr>
        <w:spacing w:after="160"/>
      </w:pPr>
      <w:r>
        <w:rPr>
          <w:b w:val="0"/>
        </w:rPr>
        <w:t>The papers have to be submitted soon, so I request you to issue it within this week if possible.</w:t>
      </w:r>
    </w:p>
    <w:p>
      <w:pPr>
        <w:spacing w:after="160"/>
      </w:pPr>
      <w:r>
        <w:rPr>
          <w:b w:val="0"/>
        </w:rPr>
        <w:t>I shall be thankful for your kind consideration.</w:t>
      </w:r>
    </w:p>
    <w:p>
      <w:pPr>
        <w:spacing w:after="160"/>
      </w:pPr>
      <w:r>
        <w:rPr>
          <w:b w:val="0"/>
        </w:rPr>
        <w:t>Thanking you,</w:t>
      </w:r>
    </w:p>
    <w:p>
      <w:pPr>
        <w:spacing w:after="160"/>
      </w:pPr>
      <w:r>
        <w:rPr>
          <w:b w:val="0"/>
        </w:rPr>
        <w:t>Yours faithfully,</w:t>
      </w:r>
      <w:r>
        <w:br/>
      </w:r>
      <w:r>
        <w:br/>
      </w:r>
      <w:r>
        <w:br/>
      </w:r>
      <w:r>
        <w:rPr>
          <w:b w:val="0"/>
          <w:highlight w:val="yellow"/>
        </w:rPr>
        <w:t>[Your full name]</w:t>
      </w:r>
      <w:r>
        <w:br/>
      </w:r>
      <w:r>
        <w:rPr>
          <w:b w:val="0"/>
          <w:highlight w:val="yellow"/>
        </w:rPr>
        <w:t>[Your designation]</w:t>
      </w:r>
      <w:r>
        <w:br/>
      </w:r>
      <w:r>
        <w:rPr>
          <w:b w:val="0"/>
        </w:rPr>
        <w:t xml:space="preserve">Department: </w:t>
      </w:r>
      <w:r>
        <w:rPr>
          <w:b w:val="0"/>
          <w:highlight w:val="yellow"/>
        </w:rPr>
        <w:t>[ ]</w:t>
      </w:r>
      <w:r>
        <w:br/>
      </w:r>
      <w:r>
        <w:rPr>
          <w:b w:val="0"/>
        </w:rPr>
        <w:t xml:space="preserve">Employee ID: </w:t>
      </w:r>
      <w:r>
        <w:rPr>
          <w:b w:val="0"/>
          <w:highlight w:val="yellow"/>
        </w:rPr>
        <w:t>[ ]</w:t>
      </w:r>
    </w:p>
    <w:p>
      <w:r>
        <w:br w:type="page"/>
      </w:r>
    </w:p>
    <w:p>
      <w:pPr>
        <w:spacing w:after="40"/>
      </w:pPr>
      <w:r>
        <w:rPr>
          <w:b/>
          <w:color w:val="2563EB"/>
          <w:sz w:val="28"/>
        </w:rPr>
        <w:t>8. Salary increment request</w:t>
      </w:r>
    </w:p>
    <w:p>
      <w:pPr>
        <w:spacing w:after="200"/>
      </w:pPr>
      <w:r>
        <w:rPr>
          <w:b w:val="0"/>
          <w:color w:val="55607A"/>
          <w:sz w:val="18"/>
        </w:rPr>
        <w:t>Fill in: Working here since, Your main contributions, Salary last revised</w:t>
      </w:r>
    </w:p>
    <w:p>
      <w:pPr>
        <w:spacing w:after="160"/>
      </w:pPr>
      <w:r>
        <w:rPr>
          <w:b w:val="0"/>
        </w:rPr>
        <w:t xml:space="preserve">Date: </w:t>
      </w:r>
      <w:r>
        <w:rPr>
          <w:b w:val="0"/>
          <w:highlight w:val="yellow"/>
        </w:rPr>
        <w:t>[DD-MM-YYYY]</w:t>
      </w:r>
    </w:p>
    <w:p>
      <w:pPr>
        <w:spacing w:after="160"/>
      </w:pPr>
      <w:r>
        <w:rPr>
          <w:b w:val="0"/>
        </w:rPr>
        <w:t>To,</w:t>
      </w:r>
      <w:r>
        <w:br/>
      </w:r>
      <w:r>
        <w:rPr>
          <w:b w:val="0"/>
        </w:rPr>
        <w:t>The Manager</w:t>
      </w:r>
      <w:r>
        <w:br/>
      </w:r>
      <w:r>
        <w:rPr>
          <w:b w:val="0"/>
          <w:highlight w:val="yellow"/>
        </w:rPr>
        <w:t>[Company name]</w:t>
      </w:r>
      <w:r>
        <w:br/>
      </w:r>
      <w:r>
        <w:rPr>
          <w:b w:val="0"/>
          <w:highlight w:val="yellow"/>
        </w:rPr>
        <w:t>[City]</w:t>
      </w:r>
    </w:p>
    <w:p>
      <w:pPr>
        <w:spacing w:after="160"/>
      </w:pPr>
      <w:r>
        <w:rPr>
          <w:b/>
        </w:rPr>
        <w:t>Subject: Request for salary increment</w:t>
      </w:r>
    </w:p>
    <w:p>
      <w:pPr>
        <w:spacing w:after="160"/>
      </w:pPr>
      <w:r>
        <w:rPr>
          <w:b w:val="0"/>
        </w:rPr>
        <w:t>Dear Sir/Madam,</w:t>
      </w:r>
    </w:p>
    <w:p>
      <w:pPr>
        <w:spacing w:after="160"/>
      </w:pPr>
      <w:r>
        <w:rPr>
          <w:b w:val="0"/>
        </w:rPr>
        <w:t xml:space="preserve">I have been working as </w:t>
      </w:r>
      <w:r>
        <w:rPr>
          <w:b w:val="0"/>
          <w:highlight w:val="yellow"/>
        </w:rPr>
        <w:t>[Your designation]</w:t>
      </w:r>
      <w:r>
        <w:rPr>
          <w:b w:val="0"/>
        </w:rPr>
        <w:t xml:space="preserve"> since </w:t>
      </w:r>
      <w:r>
        <w:rPr>
          <w:b w:val="0"/>
          <w:highlight w:val="yellow"/>
        </w:rPr>
        <w:t>[Working here since]</w:t>
      </w:r>
      <w:r>
        <w:rPr>
          <w:b w:val="0"/>
        </w:rPr>
        <w:t>. During this time I have taken on more responsibility and have consistently met my targets.</w:t>
      </w:r>
    </w:p>
    <w:p>
      <w:pPr>
        <w:spacing w:after="160"/>
      </w:pPr>
      <w:r>
        <w:rPr>
          <w:b w:val="0"/>
        </w:rPr>
        <w:t xml:space="preserve">Among other things, </w:t>
      </w:r>
      <w:r>
        <w:rPr>
          <w:b w:val="0"/>
          <w:highlight w:val="yellow"/>
        </w:rPr>
        <w:t>[Your main contributions]</w:t>
      </w:r>
      <w:r>
        <w:rPr>
          <w:b w:val="0"/>
        </w:rPr>
        <w:t xml:space="preserve">. My salary has not been revised since </w:t>
      </w:r>
      <w:r>
        <w:rPr>
          <w:b w:val="0"/>
          <w:highlight w:val="yellow"/>
        </w:rPr>
        <w:t>[Salary last revised]</w:t>
      </w:r>
      <w:r>
        <w:rPr>
          <w:b w:val="0"/>
        </w:rPr>
        <w:t>, while my work and the cost of living have both grown. I request you to kindly review my performance and consider a suitable increment.</w:t>
      </w:r>
    </w:p>
    <w:p>
      <w:pPr>
        <w:spacing w:after="160"/>
      </w:pPr>
      <w:r>
        <w:rPr>
          <w:b w:val="0"/>
        </w:rPr>
        <w:t>I would be happy to discuss this with you at a convenient time.</w:t>
      </w:r>
    </w:p>
    <w:p>
      <w:pPr>
        <w:spacing w:after="160"/>
      </w:pPr>
      <w:r>
        <w:rPr>
          <w:b w:val="0"/>
        </w:rPr>
        <w:t>I shall be thankful for your kind consideration.</w:t>
      </w:r>
    </w:p>
    <w:p>
      <w:pPr>
        <w:spacing w:after="160"/>
      </w:pPr>
      <w:r>
        <w:rPr>
          <w:b w:val="0"/>
        </w:rPr>
        <w:t>Thanking you,</w:t>
      </w:r>
    </w:p>
    <w:p>
      <w:pPr>
        <w:spacing w:after="160"/>
      </w:pPr>
      <w:r>
        <w:rPr>
          <w:b w:val="0"/>
        </w:rPr>
        <w:t>Yours faithfully,</w:t>
      </w:r>
      <w:r>
        <w:br/>
      </w:r>
      <w:r>
        <w:br/>
      </w:r>
      <w:r>
        <w:br/>
      </w:r>
      <w:r>
        <w:rPr>
          <w:b w:val="0"/>
          <w:highlight w:val="yellow"/>
        </w:rPr>
        <w:t>[Your full name]</w:t>
      </w:r>
      <w:r>
        <w:br/>
      </w:r>
      <w:r>
        <w:rPr>
          <w:b w:val="0"/>
          <w:highlight w:val="yellow"/>
        </w:rPr>
        <w:t>[Your designation]</w:t>
      </w:r>
      <w:r>
        <w:br/>
      </w:r>
      <w:r>
        <w:rPr>
          <w:b w:val="0"/>
        </w:rPr>
        <w:t xml:space="preserve">Department: </w:t>
      </w:r>
      <w:r>
        <w:rPr>
          <w:b w:val="0"/>
          <w:highlight w:val="yellow"/>
        </w:rPr>
        <w:t>[ ]</w:t>
      </w:r>
      <w:r>
        <w:br/>
      </w:r>
      <w:r>
        <w:rPr>
          <w:b w:val="0"/>
        </w:rPr>
        <w:t xml:space="preserve">Employee ID: </w:t>
      </w:r>
      <w:r>
        <w:rPr>
          <w:b w:val="0"/>
          <w:highlight w:val="yellow"/>
        </w:rPr>
        <w:t>[ ]</w:t>
      </w:r>
    </w:p>
    <w:p>
      <w:r>
        <w:br w:type="page"/>
      </w:r>
    </w:p>
    <w:p>
      <w:pPr>
        <w:spacing w:after="40"/>
      </w:pPr>
      <w:r>
        <w:rPr>
          <w:b/>
          <w:color w:val="2563EB"/>
          <w:sz w:val="28"/>
        </w:rPr>
        <w:t>9. Salary advance request</w:t>
      </w:r>
    </w:p>
    <w:p>
      <w:pPr>
        <w:spacing w:after="200"/>
      </w:pPr>
      <w:r>
        <w:rPr>
          <w:b w:val="0"/>
          <w:color w:val="55607A"/>
          <w:sz w:val="18"/>
        </w:rPr>
        <w:t>Fill in: Amount, Reason, Repay in how many months</w:t>
      </w:r>
    </w:p>
    <w:p>
      <w:pPr>
        <w:spacing w:after="160"/>
      </w:pPr>
      <w:r>
        <w:rPr>
          <w:b w:val="0"/>
        </w:rPr>
        <w:t xml:space="preserve">Date: </w:t>
      </w:r>
      <w:r>
        <w:rPr>
          <w:b w:val="0"/>
          <w:highlight w:val="yellow"/>
        </w:rPr>
        <w:t>[DD-MM-YYYY]</w:t>
      </w:r>
    </w:p>
    <w:p>
      <w:pPr>
        <w:spacing w:after="160"/>
      </w:pPr>
      <w:r>
        <w:rPr>
          <w:b w:val="0"/>
        </w:rPr>
        <w:t>To,</w:t>
      </w:r>
      <w:r>
        <w:br/>
      </w:r>
      <w:r>
        <w:rPr>
          <w:b w:val="0"/>
        </w:rPr>
        <w:t>The Manager</w:t>
      </w:r>
      <w:r>
        <w:br/>
      </w:r>
      <w:r>
        <w:rPr>
          <w:b w:val="0"/>
          <w:highlight w:val="yellow"/>
        </w:rPr>
        <w:t>[Company name]</w:t>
      </w:r>
      <w:r>
        <w:br/>
      </w:r>
      <w:r>
        <w:rPr>
          <w:b w:val="0"/>
          <w:highlight w:val="yellow"/>
        </w:rPr>
        <w:t>[City]</w:t>
      </w:r>
    </w:p>
    <w:p>
      <w:pPr>
        <w:spacing w:after="160"/>
      </w:pPr>
      <w:r>
        <w:rPr>
          <w:b/>
        </w:rPr>
        <w:t xml:space="preserve">Subject: Request for a salary advance of ₹ </w:t>
      </w:r>
      <w:r>
        <w:rPr>
          <w:b/>
          <w:highlight w:val="yellow"/>
        </w:rPr>
        <w:t>[Amount]</w:t>
      </w:r>
    </w:p>
    <w:p>
      <w:pPr>
        <w:spacing w:after="160"/>
      </w:pPr>
      <w:r>
        <w:rPr>
          <w:b w:val="0"/>
        </w:rPr>
        <w:t>Dear Sir/Madam,</w:t>
      </w:r>
    </w:p>
    <w:p>
      <w:pPr>
        <w:spacing w:after="160"/>
      </w:pPr>
      <w:r>
        <w:rPr>
          <w:b w:val="0"/>
        </w:rPr>
        <w:t xml:space="preserve">I request a salary advance of ₹ </w:t>
      </w:r>
      <w:r>
        <w:rPr>
          <w:b w:val="0"/>
          <w:highlight w:val="yellow"/>
        </w:rPr>
        <w:t>[Amount]</w:t>
      </w:r>
      <w:r>
        <w:rPr>
          <w:b w:val="0"/>
        </w:rPr>
        <w:t xml:space="preserve"> (</w:t>
      </w:r>
      <w:r>
        <w:rPr>
          <w:b w:val="0"/>
          <w:highlight w:val="yellow"/>
        </w:rPr>
        <w:t>[amount in words]</w:t>
      </w:r>
      <w:r>
        <w:rPr>
          <w:b w:val="0"/>
        </w:rPr>
        <w:t xml:space="preserve">) because </w:t>
      </w:r>
      <w:r>
        <w:rPr>
          <w:b w:val="0"/>
          <w:highlight w:val="yellow"/>
        </w:rPr>
        <w:t>[Reason]</w:t>
      </w:r>
      <w:r>
        <w:rPr>
          <w:b w:val="0"/>
        </w:rPr>
        <w:t>.</w:t>
      </w:r>
    </w:p>
    <w:p>
      <w:pPr>
        <w:spacing w:after="160"/>
      </w:pPr>
      <w:r>
        <w:rPr>
          <w:b w:val="0"/>
        </w:rPr>
        <w:t xml:space="preserve">I request that the amount be recovered from my salary in </w:t>
      </w:r>
      <w:r>
        <w:rPr>
          <w:b w:val="0"/>
          <w:highlight w:val="yellow"/>
        </w:rPr>
        <w:t>[Repay in how many months]</w:t>
      </w:r>
      <w:r>
        <w:rPr>
          <w:b w:val="0"/>
        </w:rPr>
        <w:t xml:space="preserve"> equal monthly instalments, starting next month.</w:t>
      </w:r>
    </w:p>
    <w:p>
      <w:pPr>
        <w:spacing w:after="160"/>
      </w:pPr>
      <w:r>
        <w:rPr>
          <w:b w:val="0"/>
        </w:rPr>
        <w:t>I shall be thankful for your kind consideration.</w:t>
      </w:r>
    </w:p>
    <w:p>
      <w:pPr>
        <w:spacing w:after="160"/>
      </w:pPr>
      <w:r>
        <w:rPr>
          <w:b w:val="0"/>
        </w:rPr>
        <w:t>Thanking you,</w:t>
      </w:r>
    </w:p>
    <w:p>
      <w:pPr>
        <w:spacing w:after="160"/>
      </w:pPr>
      <w:r>
        <w:rPr>
          <w:b w:val="0"/>
        </w:rPr>
        <w:t>Yours faithfully,</w:t>
      </w:r>
      <w:r>
        <w:br/>
      </w:r>
      <w:r>
        <w:br/>
      </w:r>
      <w:r>
        <w:br/>
      </w:r>
      <w:r>
        <w:rPr>
          <w:b w:val="0"/>
          <w:highlight w:val="yellow"/>
        </w:rPr>
        <w:t>[Your full name]</w:t>
      </w:r>
      <w:r>
        <w:br/>
      </w:r>
      <w:r>
        <w:rPr>
          <w:b w:val="0"/>
          <w:highlight w:val="yellow"/>
        </w:rPr>
        <w:t>[Your designation]</w:t>
      </w:r>
      <w:r>
        <w:br/>
      </w:r>
      <w:r>
        <w:rPr>
          <w:b w:val="0"/>
        </w:rPr>
        <w:t xml:space="preserve">Department: </w:t>
      </w:r>
      <w:r>
        <w:rPr>
          <w:b w:val="0"/>
          <w:highlight w:val="yellow"/>
        </w:rPr>
        <w:t>[ ]</w:t>
      </w:r>
      <w:r>
        <w:br/>
      </w:r>
      <w:r>
        <w:rPr>
          <w:b w:val="0"/>
        </w:rPr>
        <w:t xml:space="preserve">Employee ID: </w:t>
      </w:r>
      <w:r>
        <w:rPr>
          <w:b w:val="0"/>
          <w:highlight w:val="yellow"/>
        </w:rPr>
        <w:t>[ ]</w:t>
      </w:r>
    </w:p>
    <w:p>
      <w:r>
        <w:br w:type="page"/>
      </w:r>
    </w:p>
    <w:p>
      <w:pPr>
        <w:spacing w:after="40"/>
      </w:pPr>
      <w:r>
        <w:rPr>
          <w:b/>
          <w:color w:val="2563EB"/>
          <w:sz w:val="28"/>
        </w:rPr>
        <w:t>10. Transfer request</w:t>
      </w:r>
    </w:p>
    <w:p>
      <w:pPr>
        <w:spacing w:after="200"/>
      </w:pPr>
      <w:r>
        <w:rPr>
          <w:b w:val="0"/>
          <w:color w:val="55607A"/>
          <w:sz w:val="18"/>
        </w:rPr>
        <w:t>Fill in: Branch / city wanted, Reason</w:t>
      </w:r>
    </w:p>
    <w:p>
      <w:pPr>
        <w:spacing w:after="160"/>
      </w:pPr>
      <w:r>
        <w:rPr>
          <w:b w:val="0"/>
        </w:rPr>
        <w:t xml:space="preserve">Date: </w:t>
      </w:r>
      <w:r>
        <w:rPr>
          <w:b w:val="0"/>
          <w:highlight w:val="yellow"/>
        </w:rPr>
        <w:t>[DD-MM-YYYY]</w:t>
      </w:r>
    </w:p>
    <w:p>
      <w:pPr>
        <w:spacing w:after="160"/>
      </w:pPr>
      <w:r>
        <w:rPr>
          <w:b w:val="0"/>
        </w:rPr>
        <w:t>To,</w:t>
      </w:r>
      <w:r>
        <w:br/>
      </w:r>
      <w:r>
        <w:rPr>
          <w:b w:val="0"/>
        </w:rPr>
        <w:t>The Manager</w:t>
      </w:r>
      <w:r>
        <w:br/>
      </w:r>
      <w:r>
        <w:rPr>
          <w:b w:val="0"/>
          <w:highlight w:val="yellow"/>
        </w:rPr>
        <w:t>[Company name]</w:t>
      </w:r>
      <w:r>
        <w:br/>
      </w:r>
      <w:r>
        <w:rPr>
          <w:b w:val="0"/>
          <w:highlight w:val="yellow"/>
        </w:rPr>
        <w:t>[City]</w:t>
      </w:r>
    </w:p>
    <w:p>
      <w:pPr>
        <w:spacing w:after="160"/>
      </w:pPr>
      <w:r>
        <w:rPr>
          <w:b/>
        </w:rPr>
        <w:t xml:space="preserve">Subject: Request for transfer to </w:t>
      </w:r>
      <w:r>
        <w:rPr>
          <w:b/>
          <w:highlight w:val="yellow"/>
        </w:rPr>
        <w:t>[Branch / city wanted]</w:t>
      </w:r>
    </w:p>
    <w:p>
      <w:pPr>
        <w:spacing w:after="160"/>
      </w:pPr>
      <w:r>
        <w:rPr>
          <w:b w:val="0"/>
        </w:rPr>
        <w:t>Dear Sir/Madam,</w:t>
      </w:r>
    </w:p>
    <w:p>
      <w:pPr>
        <w:spacing w:after="160"/>
      </w:pPr>
      <w:r>
        <w:rPr>
          <w:b w:val="0"/>
        </w:rPr>
        <w:t xml:space="preserve">I am working as </w:t>
      </w:r>
      <w:r>
        <w:rPr>
          <w:b w:val="0"/>
          <w:highlight w:val="yellow"/>
        </w:rPr>
        <w:t>[Your designation]</w:t>
      </w:r>
      <w:r>
        <w:rPr>
          <w:b w:val="0"/>
        </w:rPr>
        <w:t xml:space="preserve"> in the </w:t>
      </w:r>
      <w:r>
        <w:rPr>
          <w:b w:val="0"/>
          <w:highlight w:val="yellow"/>
        </w:rPr>
        <w:t>[Department]</w:t>
      </w:r>
      <w:r>
        <w:rPr>
          <w:b w:val="0"/>
        </w:rPr>
        <w:t xml:space="preserve"> department at this branch. I request a transfer to </w:t>
      </w:r>
      <w:r>
        <w:rPr>
          <w:b w:val="0"/>
          <w:highlight w:val="yellow"/>
        </w:rPr>
        <w:t>[Branch / city wanted]</w:t>
      </w:r>
      <w:r>
        <w:rPr>
          <w:b w:val="0"/>
        </w:rPr>
        <w:t xml:space="preserve"> because </w:t>
      </w:r>
      <w:r>
        <w:rPr>
          <w:b w:val="0"/>
          <w:highlight w:val="yellow"/>
        </w:rPr>
        <w:t>[Reason]</w:t>
      </w:r>
      <w:r>
        <w:rPr>
          <w:b w:val="0"/>
        </w:rPr>
        <w:t>.</w:t>
      </w:r>
    </w:p>
    <w:p>
      <w:pPr>
        <w:spacing w:after="160"/>
      </w:pPr>
      <w:r>
        <w:rPr>
          <w:b w:val="0"/>
        </w:rPr>
        <w:t>I will continue to work with the same commitment at the new location and will hand over my present work properly before moving.</w:t>
      </w:r>
    </w:p>
    <w:p>
      <w:pPr>
        <w:spacing w:after="160"/>
      </w:pPr>
      <w:r>
        <w:rPr>
          <w:b w:val="0"/>
        </w:rPr>
        <w:t>I shall be thankful for your kind consideration.</w:t>
      </w:r>
    </w:p>
    <w:p>
      <w:pPr>
        <w:spacing w:after="160"/>
      </w:pPr>
      <w:r>
        <w:rPr>
          <w:b w:val="0"/>
        </w:rPr>
        <w:t>Thanking you,</w:t>
      </w:r>
    </w:p>
    <w:p>
      <w:pPr>
        <w:spacing w:after="160"/>
      </w:pPr>
      <w:r>
        <w:rPr>
          <w:b w:val="0"/>
        </w:rPr>
        <w:t>Yours faithfully,</w:t>
      </w:r>
      <w:r>
        <w:br/>
      </w:r>
      <w:r>
        <w:br/>
      </w:r>
      <w:r>
        <w:br/>
      </w:r>
      <w:r>
        <w:rPr>
          <w:b w:val="0"/>
          <w:highlight w:val="yellow"/>
        </w:rPr>
        <w:t>[Your full name]</w:t>
      </w:r>
      <w:r>
        <w:br/>
      </w:r>
      <w:r>
        <w:rPr>
          <w:b w:val="0"/>
          <w:highlight w:val="yellow"/>
        </w:rPr>
        <w:t>[Your designation]</w:t>
      </w:r>
      <w:r>
        <w:br/>
      </w:r>
      <w:r>
        <w:rPr>
          <w:b w:val="0"/>
        </w:rPr>
        <w:t xml:space="preserve">Department: </w:t>
      </w:r>
      <w:r>
        <w:rPr>
          <w:b w:val="0"/>
          <w:highlight w:val="yellow"/>
        </w:rPr>
        <w:t>[ ]</w:t>
      </w:r>
      <w:r>
        <w:br/>
      </w:r>
      <w:r>
        <w:rPr>
          <w:b w:val="0"/>
        </w:rPr>
        <w:t xml:space="preserve">Employee ID: </w:t>
      </w:r>
      <w:r>
        <w:rPr>
          <w:b w:val="0"/>
          <w:highlight w:val="yellow"/>
        </w:rPr>
        <w:t>[ ]</w:t>
      </w:r>
    </w:p>
    <w:p>
      <w:r>
        <w:br w:type="page"/>
      </w:r>
    </w:p>
    <w:p>
      <w:pPr>
        <w:spacing w:after="40"/>
      </w:pPr>
      <w:r>
        <w:rPr>
          <w:b/>
          <w:color w:val="2563EB"/>
          <w:sz w:val="28"/>
        </w:rPr>
        <w:t>11. NOC request from employer</w:t>
      </w:r>
    </w:p>
    <w:p>
      <w:pPr>
        <w:spacing w:after="200"/>
      </w:pPr>
      <w:r>
        <w:rPr>
          <w:b w:val="0"/>
          <w:color w:val="55607A"/>
          <w:sz w:val="18"/>
        </w:rPr>
        <w:t>Fill in: Needed for, Travel from, Travel to</w:t>
      </w:r>
    </w:p>
    <w:p>
      <w:pPr>
        <w:spacing w:after="160"/>
      </w:pPr>
      <w:r>
        <w:rPr>
          <w:b w:val="0"/>
        </w:rPr>
        <w:t xml:space="preserve">Date: </w:t>
      </w:r>
      <w:r>
        <w:rPr>
          <w:b w:val="0"/>
          <w:highlight w:val="yellow"/>
        </w:rPr>
        <w:t>[DD-MM-YYYY]</w:t>
      </w:r>
    </w:p>
    <w:p>
      <w:pPr>
        <w:spacing w:after="160"/>
      </w:pPr>
      <w:r>
        <w:rPr>
          <w:b w:val="0"/>
        </w:rPr>
        <w:t>To,</w:t>
      </w:r>
      <w:r>
        <w:br/>
      </w:r>
      <w:r>
        <w:rPr>
          <w:b w:val="0"/>
        </w:rPr>
        <w:t>The HR Manager</w:t>
      </w:r>
      <w:r>
        <w:br/>
      </w:r>
      <w:r>
        <w:rPr>
          <w:b w:val="0"/>
          <w:highlight w:val="yellow"/>
        </w:rPr>
        <w:t>[Company name]</w:t>
      </w:r>
      <w:r>
        <w:br/>
      </w:r>
      <w:r>
        <w:rPr>
          <w:b w:val="0"/>
          <w:highlight w:val="yellow"/>
        </w:rPr>
        <w:t>[City]</w:t>
      </w:r>
    </w:p>
    <w:p>
      <w:pPr>
        <w:spacing w:after="160"/>
      </w:pPr>
      <w:r>
        <w:rPr>
          <w:b/>
        </w:rPr>
        <w:t>Subject: Request for a No Objection Certificate (NOC)</w:t>
      </w:r>
    </w:p>
    <w:p>
      <w:pPr>
        <w:spacing w:after="160"/>
      </w:pPr>
      <w:r>
        <w:rPr>
          <w:b w:val="0"/>
        </w:rPr>
        <w:t>Dear Sir/Madam,</w:t>
      </w:r>
    </w:p>
    <w:p>
      <w:pPr>
        <w:spacing w:after="160"/>
      </w:pPr>
      <w:r>
        <w:rPr>
          <w:b w:val="0"/>
        </w:rPr>
        <w:t xml:space="preserve">I need a No Objection Certificate from the company for </w:t>
      </w:r>
      <w:r>
        <w:rPr>
          <w:b w:val="0"/>
          <w:highlight w:val="yellow"/>
        </w:rPr>
        <w:t>[Needed for]</w:t>
      </w:r>
      <w:r>
        <w:rPr>
          <w:b w:val="0"/>
        </w:rPr>
        <w:t xml:space="preserve"> (travel from </w:t>
      </w:r>
      <w:r>
        <w:rPr>
          <w:b w:val="0"/>
          <w:highlight w:val="yellow"/>
        </w:rPr>
        <w:t>[Travel from]</w:t>
      </w:r>
      <w:r>
        <w:rPr>
          <w:b w:val="0"/>
        </w:rPr>
        <w:t xml:space="preserve"> to </w:t>
      </w:r>
      <w:r>
        <w:rPr>
          <w:b w:val="0"/>
          <w:highlight w:val="yellow"/>
        </w:rPr>
        <w:t>[Travel to]</w:t>
      </w:r>
      <w:r>
        <w:rPr>
          <w:b w:val="0"/>
        </w:rPr>
        <w:t>).</w:t>
      </w:r>
    </w:p>
    <w:p>
      <w:pPr>
        <w:spacing w:after="160"/>
      </w:pPr>
      <w:r>
        <w:rPr>
          <w:b w:val="0"/>
        </w:rPr>
        <w:t>This will not affect my work; I will plan my duties and leave in advance. Kindly issue the NOC on the company letterhead at the earliest.</w:t>
      </w:r>
    </w:p>
    <w:p>
      <w:pPr>
        <w:spacing w:after="160"/>
      </w:pPr>
      <w:r>
        <w:rPr>
          <w:b w:val="0"/>
        </w:rPr>
        <w:t>I shall be thankful for your kind consideration.</w:t>
      </w:r>
    </w:p>
    <w:p>
      <w:pPr>
        <w:spacing w:after="160"/>
      </w:pPr>
      <w:r>
        <w:rPr>
          <w:b w:val="0"/>
        </w:rPr>
        <w:t>Thanking you,</w:t>
      </w:r>
    </w:p>
    <w:p>
      <w:pPr>
        <w:spacing w:after="160"/>
      </w:pPr>
      <w:r>
        <w:rPr>
          <w:b w:val="0"/>
        </w:rPr>
        <w:t>Yours faithfully,</w:t>
      </w:r>
      <w:r>
        <w:br/>
      </w:r>
      <w:r>
        <w:br/>
      </w:r>
      <w:r>
        <w:br/>
      </w:r>
      <w:r>
        <w:rPr>
          <w:b w:val="0"/>
          <w:highlight w:val="yellow"/>
        </w:rPr>
        <w:t>[Your full name]</w:t>
      </w:r>
      <w:r>
        <w:br/>
      </w:r>
      <w:r>
        <w:rPr>
          <w:b w:val="0"/>
          <w:highlight w:val="yellow"/>
        </w:rPr>
        <w:t>[Your designation]</w:t>
      </w:r>
      <w:r>
        <w:br/>
      </w:r>
      <w:r>
        <w:rPr>
          <w:b w:val="0"/>
        </w:rPr>
        <w:t xml:space="preserve">Department: </w:t>
      </w:r>
      <w:r>
        <w:rPr>
          <w:b w:val="0"/>
          <w:highlight w:val="yellow"/>
        </w:rPr>
        <w:t>[ ]</w:t>
      </w:r>
      <w:r>
        <w:br/>
      </w:r>
      <w:r>
        <w:rPr>
          <w:b w:val="0"/>
        </w:rPr>
        <w:t xml:space="preserve">Employee ID: </w:t>
      </w:r>
      <w:r>
        <w:rPr>
          <w:b w:val="0"/>
          <w:highlight w:val="yellow"/>
        </w:rPr>
        <w:t>[ ]</w:t>
      </w:r>
    </w:p>
    <w:p>
      <w:r>
        <w:br w:type="page"/>
      </w:r>
    </w:p>
    <w:p>
      <w:pPr>
        <w:spacing w:after="40"/>
      </w:pPr>
      <w:r>
        <w:rPr>
          <w:b/>
          <w:color w:val="2563EB"/>
          <w:sz w:val="28"/>
        </w:rPr>
        <w:t>12. Joining report</w:t>
      </w:r>
    </w:p>
    <w:p>
      <w:pPr>
        <w:spacing w:after="200"/>
      </w:pPr>
      <w:r>
        <w:rPr>
          <w:b w:val="0"/>
          <w:color w:val="55607A"/>
          <w:sz w:val="18"/>
        </w:rPr>
        <w:t>Fill in: Appointment letter date, Date of joining</w:t>
      </w:r>
    </w:p>
    <w:p>
      <w:pPr>
        <w:spacing w:after="160"/>
      </w:pPr>
      <w:r>
        <w:rPr>
          <w:b w:val="0"/>
        </w:rPr>
        <w:t xml:space="preserve">Date: </w:t>
      </w:r>
      <w:r>
        <w:rPr>
          <w:b w:val="0"/>
          <w:highlight w:val="yellow"/>
        </w:rPr>
        <w:t>[DD-MM-YYYY]</w:t>
      </w:r>
    </w:p>
    <w:p>
      <w:pPr>
        <w:spacing w:after="160"/>
      </w:pPr>
      <w:r>
        <w:rPr>
          <w:b w:val="0"/>
        </w:rPr>
        <w:t>To,</w:t>
      </w:r>
      <w:r>
        <w:br/>
      </w:r>
      <w:r>
        <w:rPr>
          <w:b w:val="0"/>
        </w:rPr>
        <w:t>The HR Manager</w:t>
      </w:r>
      <w:r>
        <w:br/>
      </w:r>
      <w:r>
        <w:rPr>
          <w:b w:val="0"/>
          <w:highlight w:val="yellow"/>
        </w:rPr>
        <w:t>[Company name]</w:t>
      </w:r>
      <w:r>
        <w:br/>
      </w:r>
      <w:r>
        <w:rPr>
          <w:b w:val="0"/>
          <w:highlight w:val="yellow"/>
        </w:rPr>
        <w:t>[City]</w:t>
      </w:r>
    </w:p>
    <w:p>
      <w:pPr>
        <w:spacing w:after="160"/>
      </w:pPr>
      <w:r>
        <w:rPr>
          <w:b/>
        </w:rPr>
        <w:t>Subject: Joining report</w:t>
      </w:r>
    </w:p>
    <w:p>
      <w:pPr>
        <w:spacing w:after="160"/>
      </w:pPr>
      <w:r>
        <w:rPr>
          <w:b w:val="0"/>
        </w:rPr>
        <w:t>Dear Sir/Madam,</w:t>
      </w:r>
    </w:p>
    <w:p>
      <w:pPr>
        <w:spacing w:after="160"/>
      </w:pPr>
      <w:r>
        <w:rPr>
          <w:b w:val="0"/>
        </w:rPr>
        <w:t xml:space="preserve">With reference to your appointment letter dated </w:t>
      </w:r>
      <w:r>
        <w:rPr>
          <w:b w:val="0"/>
          <w:highlight w:val="yellow"/>
        </w:rPr>
        <w:t>[Appointment letter date]</w:t>
      </w:r>
      <w:r>
        <w:rPr>
          <w:b w:val="0"/>
        </w:rPr>
        <w:t xml:space="preserve">, I am pleased to report that I have joined duty as </w:t>
      </w:r>
      <w:r>
        <w:rPr>
          <w:b w:val="0"/>
          <w:highlight w:val="yellow"/>
        </w:rPr>
        <w:t>[Your designation]</w:t>
      </w:r>
      <w:r>
        <w:rPr>
          <w:b w:val="0"/>
        </w:rPr>
        <w:t xml:space="preserve"> in the </w:t>
      </w:r>
      <w:r>
        <w:rPr>
          <w:b w:val="0"/>
          <w:highlight w:val="yellow"/>
        </w:rPr>
        <w:t>[Department]</w:t>
      </w:r>
      <w:r>
        <w:rPr>
          <w:b w:val="0"/>
        </w:rPr>
        <w:t xml:space="preserve"> department today, </w:t>
      </w:r>
      <w:r>
        <w:rPr>
          <w:b w:val="0"/>
          <w:highlight w:val="yellow"/>
        </w:rPr>
        <w:t>[Date of joining]</w:t>
      </w:r>
      <w:r>
        <w:rPr>
          <w:b w:val="0"/>
        </w:rPr>
        <w:t>, in the forenoon.</w:t>
      </w:r>
    </w:p>
    <w:p>
      <w:pPr>
        <w:spacing w:after="160"/>
      </w:pPr>
      <w:r>
        <w:rPr>
          <w:b w:val="0"/>
        </w:rPr>
        <w:t>I have brought the documents asked for in the letter. Kindly take my joining on record. I look forward to working with you and the team.</w:t>
      </w:r>
    </w:p>
    <w:p>
      <w:pPr>
        <w:spacing w:after="160"/>
      </w:pPr>
      <w:r>
        <w:rPr>
          <w:b w:val="0"/>
        </w:rPr>
        <w:t>Yours faithfully,</w:t>
      </w:r>
      <w:r>
        <w:br/>
      </w:r>
      <w:r>
        <w:br/>
      </w:r>
      <w:r>
        <w:br/>
      </w:r>
      <w:r>
        <w:rPr>
          <w:b w:val="0"/>
          <w:highlight w:val="yellow"/>
        </w:rPr>
        <w:t>[Your full name]</w:t>
      </w:r>
      <w:r>
        <w:br/>
      </w:r>
      <w:r>
        <w:rPr>
          <w:b w:val="0"/>
          <w:highlight w:val="yellow"/>
        </w:rPr>
        <w:t>[Your designation]</w:t>
      </w:r>
      <w:r>
        <w:br/>
      </w:r>
      <w:r>
        <w:rPr>
          <w:b w:val="0"/>
        </w:rPr>
        <w:t xml:space="preserve">Department: </w:t>
      </w:r>
      <w:r>
        <w:rPr>
          <w:b w:val="0"/>
          <w:highlight w:val="yellow"/>
        </w:rPr>
        <w:t>[ ]</w:t>
      </w:r>
      <w:r>
        <w:br/>
      </w:r>
      <w:r>
        <w:rPr>
          <w:b w:val="0"/>
        </w:rPr>
        <w:t xml:space="preserve">Employee ID: </w:t>
      </w:r>
      <w:r>
        <w:rPr>
          <w:b w:val="0"/>
          <w:highlight w:val="yellow"/>
        </w:rPr>
        <w:t>[ ]</w:t>
      </w:r>
    </w:p>
    <w:p>
      <w:r>
        <w:br w:type="page"/>
      </w:r>
    </w:p>
    <w:p>
      <w:pPr>
        <w:spacing w:after="40"/>
      </w:pPr>
      <w:r>
        <w:rPr>
          <w:b/>
          <w:color w:val="2563EB"/>
          <w:sz w:val="28"/>
        </w:rPr>
        <w:t>13. Maternity leave application</w:t>
      </w:r>
    </w:p>
    <w:p>
      <w:pPr>
        <w:spacing w:after="200"/>
      </w:pPr>
      <w:r>
        <w:rPr>
          <w:b w:val="0"/>
          <w:color w:val="55607A"/>
          <w:sz w:val="18"/>
        </w:rPr>
        <w:t>Fill in: Expected delivery date, From date, To date</w:t>
      </w:r>
    </w:p>
    <w:p>
      <w:pPr>
        <w:spacing w:after="160"/>
      </w:pPr>
      <w:r>
        <w:rPr>
          <w:b w:val="0"/>
        </w:rPr>
        <w:t xml:space="preserve">Date: </w:t>
      </w:r>
      <w:r>
        <w:rPr>
          <w:b w:val="0"/>
          <w:highlight w:val="yellow"/>
        </w:rPr>
        <w:t>[DD-MM-YYYY]</w:t>
      </w:r>
    </w:p>
    <w:p>
      <w:pPr>
        <w:spacing w:after="160"/>
      </w:pPr>
      <w:r>
        <w:rPr>
          <w:b w:val="0"/>
        </w:rPr>
        <w:t>To,</w:t>
      </w:r>
      <w:r>
        <w:br/>
      </w:r>
      <w:r>
        <w:rPr>
          <w:b w:val="0"/>
        </w:rPr>
        <w:t>The HR Manager</w:t>
      </w:r>
      <w:r>
        <w:br/>
      </w:r>
      <w:r>
        <w:rPr>
          <w:b w:val="0"/>
          <w:highlight w:val="yellow"/>
        </w:rPr>
        <w:t>[Company name]</w:t>
      </w:r>
      <w:r>
        <w:br/>
      </w:r>
      <w:r>
        <w:rPr>
          <w:b w:val="0"/>
          <w:highlight w:val="yellow"/>
        </w:rPr>
        <w:t>[City]</w:t>
      </w:r>
    </w:p>
    <w:p>
      <w:pPr>
        <w:spacing w:after="160"/>
      </w:pPr>
      <w:r>
        <w:rPr>
          <w:b/>
        </w:rPr>
        <w:t>Subject: Application for maternity leave</w:t>
      </w:r>
    </w:p>
    <w:p>
      <w:pPr>
        <w:spacing w:after="160"/>
      </w:pPr>
      <w:r>
        <w:rPr>
          <w:b w:val="0"/>
        </w:rPr>
        <w:t>Dear Sir/Madam,</w:t>
      </w:r>
    </w:p>
    <w:p>
      <w:pPr>
        <w:spacing w:after="160"/>
      </w:pPr>
      <w:r>
        <w:rPr>
          <w:b w:val="0"/>
        </w:rPr>
        <w:t xml:space="preserve">I am expecting a baby, and my expected date of delivery is </w:t>
      </w:r>
      <w:r>
        <w:rPr>
          <w:b w:val="0"/>
          <w:highlight w:val="yellow"/>
        </w:rPr>
        <w:t>[Expected delivery date]</w:t>
      </w:r>
      <w:r>
        <w:rPr>
          <w:b w:val="0"/>
        </w:rPr>
        <w:t xml:space="preserve">. On my doctor's advice, I request maternity leave from </w:t>
      </w:r>
      <w:r>
        <w:rPr>
          <w:b w:val="0"/>
          <w:highlight w:val="yellow"/>
        </w:rPr>
        <w:t>[From date]</w:t>
      </w:r>
      <w:r>
        <w:rPr>
          <w:b w:val="0"/>
        </w:rPr>
        <w:t xml:space="preserve"> to </w:t>
      </w:r>
      <w:r>
        <w:rPr>
          <w:b w:val="0"/>
          <w:highlight w:val="yellow"/>
        </w:rPr>
        <w:t>[To date]</w:t>
      </w:r>
      <w:r>
        <w:rPr>
          <w:b w:val="0"/>
        </w:rPr>
        <w:t xml:space="preserve"> (</w:t>
      </w:r>
      <w:r>
        <w:rPr>
          <w:b w:val="0"/>
          <w:highlight w:val="yellow"/>
        </w:rPr>
        <w:t>[number of days]</w:t>
      </w:r>
      <w:r>
        <w:rPr>
          <w:b w:val="0"/>
        </w:rPr>
        <w:t>), as allowed under the company's leave policy and the Maternity Benefit Act.</w:t>
      </w:r>
    </w:p>
    <w:p>
      <w:pPr>
        <w:spacing w:after="160"/>
      </w:pPr>
      <w:r>
        <w:rPr>
          <w:b w:val="0"/>
        </w:rPr>
        <w:t>I will hand over my ongoing work before I go on leave and keep my reporting manager informed of any change in dates.</w:t>
      </w:r>
    </w:p>
    <w:p>
      <w:pPr>
        <w:spacing w:after="160"/>
      </w:pPr>
      <w:r>
        <w:rPr>
          <w:b w:val="0"/>
        </w:rPr>
        <w:t>I shall be thankful for your kind consideration.</w:t>
      </w:r>
    </w:p>
    <w:p>
      <w:pPr>
        <w:spacing w:after="160"/>
      </w:pPr>
      <w:r>
        <w:rPr>
          <w:b w:val="0"/>
        </w:rPr>
        <w:t>Thanking you,</w:t>
      </w:r>
    </w:p>
    <w:p>
      <w:pPr>
        <w:spacing w:after="160"/>
      </w:pPr>
      <w:r>
        <w:rPr>
          <w:b w:val="0"/>
        </w:rPr>
        <w:t>Yours faithfully,</w:t>
      </w:r>
      <w:r>
        <w:br/>
      </w:r>
      <w:r>
        <w:br/>
      </w:r>
      <w:r>
        <w:br/>
      </w:r>
      <w:r>
        <w:rPr>
          <w:b w:val="0"/>
          <w:highlight w:val="yellow"/>
        </w:rPr>
        <w:t>[Your full name]</w:t>
      </w:r>
      <w:r>
        <w:br/>
      </w:r>
      <w:r>
        <w:rPr>
          <w:b w:val="0"/>
          <w:highlight w:val="yellow"/>
        </w:rPr>
        <w:t>[Your designation]</w:t>
      </w:r>
      <w:r>
        <w:br/>
      </w:r>
      <w:r>
        <w:rPr>
          <w:b w:val="0"/>
        </w:rPr>
        <w:t xml:space="preserve">Department: </w:t>
      </w:r>
      <w:r>
        <w:rPr>
          <w:b w:val="0"/>
          <w:highlight w:val="yellow"/>
        </w:rPr>
        <w:t>[ ]</w:t>
      </w:r>
      <w:r>
        <w:br/>
      </w:r>
      <w:r>
        <w:rPr>
          <w:b w:val="0"/>
        </w:rPr>
        <w:t xml:space="preserve">Employee ID: </w:t>
      </w:r>
      <w:r>
        <w:rPr>
          <w:b w:val="0"/>
          <w:highlight w:val="yellow"/>
        </w:rPr>
        <w:t>[ ]</w:t>
      </w:r>
    </w:p>
    <w:p>
      <w:pPr>
        <w:spacing w:after="80"/>
      </w:pPr>
      <w:r>
        <w:rPr>
          <w:b w:val="0"/>
          <w:sz w:val="19"/>
        </w:rPr>
        <w:t>Enclosures:</w:t>
      </w:r>
      <w:r>
        <w:br/>
      </w:r>
      <w:r>
        <w:rPr>
          <w:b w:val="0"/>
          <w:sz w:val="19"/>
        </w:rPr>
        <w:t>1. Medical certificate from the doctor</w:t>
      </w:r>
    </w:p>
    <w:p>
      <w:r>
        <w:br w:type="page"/>
      </w:r>
    </w:p>
    <w:p>
      <w:pPr>
        <w:spacing w:after="40"/>
      </w:pPr>
      <w:r>
        <w:rPr>
          <w:b/>
          <w:color w:val="2563EB"/>
          <w:sz w:val="28"/>
        </w:rPr>
        <w:t>14. Appointment letter (employer)</w:t>
      </w:r>
    </w:p>
    <w:p>
      <w:pPr>
        <w:spacing w:after="200"/>
      </w:pPr>
      <w:r>
        <w:rPr>
          <w:b w:val="0"/>
          <w:color w:val="55607A"/>
          <w:sz w:val="18"/>
        </w:rPr>
        <w:t>Fill in: Employee's name, Post / position, Department, Date of joining, Place of work, Monthly gross salary, Probation, Working hours</w:t>
      </w:r>
    </w:p>
    <w:p>
      <w:pPr>
        <w:spacing w:after="0"/>
        <w:jc w:val="center"/>
      </w:pPr>
      <w:r>
        <w:rPr>
          <w:b/>
          <w:color w:val="2563EB"/>
          <w:sz w:val="32"/>
          <w:highlight w:val="yellow"/>
        </w:rPr>
        <w:t>[Business / organisation name]</w:t>
      </w:r>
    </w:p>
    <w:p>
      <w:pPr>
        <w:spacing w:after="200"/>
        <w:jc w:val="center"/>
        <w:pBdr>
          <w:bottom w:val="single" w:sz="10" w:space="1" w:color="2563EB"/>
        </w:pBdr>
      </w:pPr>
      <w:r>
        <w:rPr>
          <w:b w:val="0"/>
          <w:sz w:val="18"/>
          <w:highlight w:val="yellow"/>
        </w:rPr>
        <w:t>[Address]</w:t>
      </w:r>
      <w:r>
        <w:rPr>
          <w:b w:val="0"/>
          <w:sz w:val="18"/>
        </w:rPr>
        <w:t xml:space="preserve"> · Phone </w:t>
      </w:r>
      <w:r>
        <w:rPr>
          <w:b w:val="0"/>
          <w:sz w:val="18"/>
          <w:highlight w:val="yellow"/>
        </w:rPr>
        <w:t>[ ]</w:t>
      </w:r>
      <w:r>
        <w:rPr>
          <w:b w:val="0"/>
          <w:sz w:val="18"/>
        </w:rPr>
        <w:t xml:space="preserve"> · </w:t>
      </w:r>
      <w:r>
        <w:rPr>
          <w:b w:val="0"/>
          <w:sz w:val="18"/>
          <w:highlight w:val="yellow"/>
        </w:rPr>
        <w:t>[Email]</w:t>
      </w:r>
    </w:p>
    <w:p>
      <w:pPr>
        <w:spacing w:after="160"/>
      </w:pPr>
      <w:r>
        <w:rPr>
          <w:b w:val="0"/>
        </w:rPr>
        <w:t xml:space="preserve">Ref: </w:t>
      </w:r>
      <w:r>
        <w:rPr>
          <w:b w:val="0"/>
          <w:highlight w:val="yellow"/>
        </w:rPr>
        <w:t>[ ]</w:t>
      </w:r>
      <w:r>
        <w:br/>
      </w:r>
      <w:r>
        <w:rPr>
          <w:b w:val="0"/>
        </w:rPr>
        <w:t xml:space="preserve">Date: </w:t>
      </w:r>
      <w:r>
        <w:rPr>
          <w:b w:val="0"/>
          <w:highlight w:val="yellow"/>
        </w:rPr>
        <w:t>[DD-MM-YYYY]</w:t>
      </w:r>
    </w:p>
    <w:p>
      <w:pPr>
        <w:spacing w:after="160"/>
      </w:pPr>
      <w:r>
        <w:rPr>
          <w:b w:val="0"/>
        </w:rPr>
        <w:t>To,</w:t>
      </w:r>
      <w:r>
        <w:br/>
      </w:r>
      <w:r>
        <w:rPr>
          <w:b w:val="0"/>
          <w:highlight w:val="yellow"/>
        </w:rPr>
        <w:t>[Employee's name]</w:t>
      </w:r>
      <w:r>
        <w:br/>
      </w:r>
      <w:r>
        <w:rPr>
          <w:b w:val="0"/>
          <w:highlight w:val="yellow"/>
        </w:rPr>
        <w:t>[City]</w:t>
      </w:r>
    </w:p>
    <w:p>
      <w:pPr>
        <w:spacing w:after="160"/>
      </w:pPr>
      <w:r>
        <w:rPr>
          <w:b/>
        </w:rPr>
        <w:t xml:space="preserve">Subject: Appointment as </w:t>
      </w:r>
      <w:r>
        <w:rPr>
          <w:b/>
          <w:highlight w:val="yellow"/>
        </w:rPr>
        <w:t>[Post / position]</w:t>
      </w:r>
    </w:p>
    <w:p>
      <w:pPr>
        <w:spacing w:after="160"/>
      </w:pPr>
      <w:r>
        <w:rPr>
          <w:b w:val="0"/>
        </w:rPr>
        <w:t xml:space="preserve">Dear </w:t>
      </w:r>
      <w:r>
        <w:rPr>
          <w:b w:val="0"/>
          <w:highlight w:val="yellow"/>
        </w:rPr>
        <w:t>[Employee's name]</w:t>
      </w:r>
      <w:r>
        <w:rPr>
          <w:b w:val="0"/>
        </w:rPr>
        <w:t>,</w:t>
      </w:r>
    </w:p>
    <w:p>
      <w:pPr>
        <w:spacing w:after="160"/>
      </w:pPr>
      <w:r>
        <w:rPr>
          <w:b w:val="0"/>
        </w:rPr>
        <w:t xml:space="preserve">We are pleased to appoint you as </w:t>
      </w:r>
      <w:r>
        <w:rPr>
          <w:b w:val="0"/>
          <w:highlight w:val="yellow"/>
        </w:rPr>
        <w:t>[Post / position]</w:t>
      </w:r>
      <w:r>
        <w:rPr>
          <w:b w:val="0"/>
        </w:rPr>
        <w:t xml:space="preserve"> in the </w:t>
      </w:r>
      <w:r>
        <w:rPr>
          <w:b w:val="0"/>
          <w:highlight w:val="yellow"/>
        </w:rPr>
        <w:t>[Department]</w:t>
      </w:r>
      <w:r>
        <w:rPr>
          <w:b w:val="0"/>
        </w:rPr>
        <w:t xml:space="preserve"> department of </w:t>
      </w:r>
      <w:r>
        <w:rPr>
          <w:b w:val="0"/>
          <w:highlight w:val="yellow"/>
        </w:rPr>
        <w:t>[Business / organisation name]</w:t>
      </w:r>
      <w:r>
        <w:rPr>
          <w:b w:val="0"/>
        </w:rPr>
        <w:t xml:space="preserve">. Your appointment is effective from </w:t>
      </w:r>
      <w:r>
        <w:rPr>
          <w:b w:val="0"/>
          <w:highlight w:val="yellow"/>
        </w:rPr>
        <w:t>[Date of joining]</w:t>
      </w:r>
      <w:r>
        <w:rPr>
          <w:b w:val="0"/>
        </w:rPr>
        <w:t xml:space="preserve">, and your place of work will be </w:t>
      </w:r>
      <w:r>
        <w:rPr>
          <w:b w:val="0"/>
          <w:highlight w:val="yellow"/>
        </w:rPr>
        <w:t>[Place of work]</w:t>
      </w:r>
      <w:r>
        <w:rPr>
          <w:b w:val="0"/>
        </w:rPr>
        <w:t>.</w:t>
      </w:r>
    </w:p>
    <w:p>
      <w:pPr>
        <w:spacing w:after="160"/>
      </w:pPr>
      <w:r>
        <w:rPr>
          <w:b w:val="0"/>
        </w:rPr>
        <w:t xml:space="preserve">Your gross salary will be ₹ </w:t>
      </w:r>
      <w:r>
        <w:rPr>
          <w:b w:val="0"/>
          <w:highlight w:val="yellow"/>
        </w:rPr>
        <w:t>[Monthly gross salary]</w:t>
      </w:r>
      <w:r>
        <w:rPr>
          <w:b w:val="0"/>
        </w:rPr>
        <w:t xml:space="preserve"> per month (</w:t>
      </w:r>
      <w:r>
        <w:rPr>
          <w:b w:val="0"/>
          <w:highlight w:val="yellow"/>
        </w:rPr>
        <w:t>[amount in words]</w:t>
      </w:r>
      <w:r>
        <w:rPr>
          <w:b w:val="0"/>
        </w:rPr>
        <w:t xml:space="preserve">). Statutory deductions such as PF, ESI, professional tax and income tax will be made as per law. You will be on probation for </w:t>
      </w:r>
      <w:r>
        <w:rPr>
          <w:b w:val="0"/>
          <w:highlight w:val="yellow"/>
        </w:rPr>
        <w:t>[Probation]</w:t>
      </w:r>
      <w:r>
        <w:rPr>
          <w:b w:val="0"/>
        </w:rPr>
        <w:t xml:space="preserve"> months, after which your confirmation will be communicated in writing.</w:t>
      </w:r>
    </w:p>
    <w:p>
      <w:pPr>
        <w:spacing w:after="160"/>
      </w:pPr>
      <w:r>
        <w:rPr>
          <w:b w:val="0"/>
        </w:rPr>
        <w:t xml:space="preserve">Your working hours will be </w:t>
      </w:r>
      <w:r>
        <w:rPr>
          <w:b w:val="0"/>
          <w:highlight w:val="yellow"/>
        </w:rPr>
        <w:t>[Working hours]</w:t>
      </w:r>
      <w:r>
        <w:rPr>
          <w:b w:val="0"/>
        </w:rPr>
        <w:t>. During your employment you will follow the rules and policies of the company and keep all business information confidential. Either side may end this appointment by giving one month's notice in writing or one month's salary in lieu of notice.</w:t>
      </w:r>
    </w:p>
    <w:p>
      <w:pPr>
        <w:spacing w:after="160"/>
      </w:pPr>
      <w:r>
        <w:rPr>
          <w:b w:val="0"/>
        </w:rPr>
        <w:t>Please bring your identity and address proof, educational certificates, the relieving letter from your last employer and two photographs on the day of joining.</w:t>
      </w:r>
    </w:p>
    <w:p>
      <w:pPr>
        <w:spacing w:after="160"/>
      </w:pPr>
      <w:r>
        <w:rPr>
          <w:b w:val="0"/>
        </w:rPr>
        <w:t xml:space="preserve">Please sign the duplicate copy of this letter as your acceptance. We welcome you to </w:t>
      </w:r>
      <w:r>
        <w:rPr>
          <w:b w:val="0"/>
          <w:highlight w:val="yellow"/>
        </w:rPr>
        <w:t>[Business / organisation name]</w:t>
      </w:r>
      <w:r>
        <w:rPr>
          <w:b w:val="0"/>
        </w:rPr>
        <w:t xml:space="preserve"> and wish you a rewarding career with us.</w:t>
      </w:r>
    </w:p>
    <w:p>
      <w:pPr>
        <w:spacing w:after="160"/>
      </w:pPr>
      <w:r>
        <w:rPr>
          <w:b w:val="0"/>
        </w:rPr>
        <w:t>Yours sincerely,</w:t>
      </w:r>
      <w:r>
        <w:br/>
      </w:r>
      <w:r>
        <w:rPr>
          <w:b w:val="0"/>
        </w:rPr>
        <w:t xml:space="preserve">For </w:t>
      </w:r>
      <w:r>
        <w:rPr>
          <w:b w:val="0"/>
          <w:highlight w:val="yellow"/>
        </w:rPr>
        <w:t>[Business / organisation name]</w:t>
      </w:r>
      <w:r>
        <w:br/>
      </w:r>
      <w:r>
        <w:br/>
      </w:r>
      <w:r>
        <w:br/>
      </w:r>
      <w:r>
        <w:rPr>
          <w:b w:val="0"/>
          <w:highlight w:val="yellow"/>
        </w:rPr>
        <w:t>[Your full name]</w:t>
      </w:r>
      <w:r>
        <w:br/>
      </w:r>
      <w:r>
        <w:rPr>
          <w:b w:val="0"/>
          <w:highlight w:val="yellow"/>
        </w:rPr>
        <w:t>[Your designation]</w:t>
      </w:r>
    </w:p>
    <w:p>
      <w:r>
        <w:br w:type="page"/>
      </w:r>
    </w:p>
    <w:p>
      <w:pPr>
        <w:spacing w:after="40"/>
      </w:pPr>
      <w:r>
        <w:rPr>
          <w:b/>
          <w:color w:val="2563EB"/>
          <w:sz w:val="28"/>
        </w:rPr>
        <w:t>15. Warning letter to an employee</w:t>
      </w:r>
    </w:p>
    <w:p>
      <w:pPr>
        <w:spacing w:after="200"/>
      </w:pPr>
      <w:r>
        <w:rPr>
          <w:b w:val="0"/>
          <w:color w:val="55607A"/>
          <w:sz w:val="18"/>
        </w:rPr>
        <w:t>Fill in: Employee's name, Employee's designation, What the employee did, Date of the incident</w:t>
      </w:r>
    </w:p>
    <w:p>
      <w:pPr>
        <w:spacing w:after="0"/>
        <w:jc w:val="center"/>
      </w:pPr>
      <w:r>
        <w:rPr>
          <w:b/>
          <w:color w:val="2563EB"/>
          <w:sz w:val="32"/>
          <w:highlight w:val="yellow"/>
        </w:rPr>
        <w:t>[Business / organisation name]</w:t>
      </w:r>
    </w:p>
    <w:p>
      <w:pPr>
        <w:spacing w:after="200"/>
        <w:jc w:val="center"/>
        <w:pBdr>
          <w:bottom w:val="single" w:sz="10" w:space="1" w:color="2563EB"/>
        </w:pBdr>
      </w:pPr>
      <w:r>
        <w:rPr>
          <w:b w:val="0"/>
          <w:sz w:val="18"/>
          <w:highlight w:val="yellow"/>
        </w:rPr>
        <w:t>[Address]</w:t>
      </w:r>
      <w:r>
        <w:rPr>
          <w:b w:val="0"/>
          <w:sz w:val="18"/>
        </w:rPr>
        <w:t xml:space="preserve"> · Phone </w:t>
      </w:r>
      <w:r>
        <w:rPr>
          <w:b w:val="0"/>
          <w:sz w:val="18"/>
          <w:highlight w:val="yellow"/>
        </w:rPr>
        <w:t>[ ]</w:t>
      </w:r>
      <w:r>
        <w:rPr>
          <w:b w:val="0"/>
          <w:sz w:val="18"/>
        </w:rPr>
        <w:t xml:space="preserve"> · </w:t>
      </w:r>
      <w:r>
        <w:rPr>
          <w:b w:val="0"/>
          <w:sz w:val="18"/>
          <w:highlight w:val="yellow"/>
        </w:rPr>
        <w:t>[Email]</w:t>
      </w:r>
    </w:p>
    <w:p>
      <w:pPr>
        <w:spacing w:after="160"/>
      </w:pPr>
      <w:r>
        <w:rPr>
          <w:b w:val="0"/>
        </w:rPr>
        <w:t xml:space="preserve">Ref: </w:t>
      </w:r>
      <w:r>
        <w:rPr>
          <w:b w:val="0"/>
          <w:highlight w:val="yellow"/>
        </w:rPr>
        <w:t>[ ]</w:t>
      </w:r>
      <w:r>
        <w:br/>
      </w:r>
      <w:r>
        <w:rPr>
          <w:b w:val="0"/>
        </w:rPr>
        <w:t xml:space="preserve">Date: </w:t>
      </w:r>
      <w:r>
        <w:rPr>
          <w:b w:val="0"/>
          <w:highlight w:val="yellow"/>
        </w:rPr>
        <w:t>[DD-MM-YYYY]</w:t>
      </w:r>
    </w:p>
    <w:p>
      <w:pPr>
        <w:spacing w:after="160"/>
      </w:pPr>
      <w:r>
        <w:rPr>
          <w:b w:val="0"/>
        </w:rPr>
        <w:t>To,</w:t>
      </w:r>
      <w:r>
        <w:br/>
      </w:r>
      <w:r>
        <w:rPr>
          <w:b w:val="0"/>
          <w:highlight w:val="yellow"/>
        </w:rPr>
        <w:t>[Employee's name]</w:t>
      </w:r>
      <w:r>
        <w:br/>
      </w:r>
      <w:r>
        <w:rPr>
          <w:b w:val="0"/>
          <w:highlight w:val="yellow"/>
        </w:rPr>
        <w:t>[Employee's designation]</w:t>
      </w:r>
      <w:r>
        <w:br/>
      </w:r>
      <w:r>
        <w:rPr>
          <w:b w:val="0"/>
          <w:highlight w:val="yellow"/>
        </w:rPr>
        <w:t>[City]</w:t>
      </w:r>
    </w:p>
    <w:p>
      <w:pPr>
        <w:spacing w:after="160"/>
      </w:pPr>
      <w:r>
        <w:rPr>
          <w:b/>
        </w:rPr>
        <w:t>Subject: Warning letter</w:t>
      </w:r>
    </w:p>
    <w:p>
      <w:pPr>
        <w:spacing w:after="160"/>
      </w:pPr>
      <w:r>
        <w:rPr>
          <w:b w:val="0"/>
        </w:rPr>
        <w:t xml:space="preserve">Dear </w:t>
      </w:r>
      <w:r>
        <w:rPr>
          <w:b w:val="0"/>
          <w:highlight w:val="yellow"/>
        </w:rPr>
        <w:t>[Employee's name]</w:t>
      </w:r>
      <w:r>
        <w:rPr>
          <w:b w:val="0"/>
        </w:rPr>
        <w:t>,</w:t>
      </w:r>
    </w:p>
    <w:p>
      <w:pPr>
        <w:spacing w:after="160"/>
      </w:pPr>
      <w:r>
        <w:rPr>
          <w:b w:val="0"/>
        </w:rPr>
        <w:t xml:space="preserve">It has come to the management's notice that on </w:t>
      </w:r>
      <w:r>
        <w:rPr>
          <w:b w:val="0"/>
          <w:highlight w:val="yellow"/>
        </w:rPr>
        <w:t>[Date of the incident]</w:t>
      </w:r>
      <w:r>
        <w:rPr>
          <w:b w:val="0"/>
        </w:rPr>
        <w:t xml:space="preserve"> </w:t>
      </w:r>
      <w:r>
        <w:rPr>
          <w:b w:val="0"/>
          <w:highlight w:val="yellow"/>
        </w:rPr>
        <w:t>[What the employee did]</w:t>
      </w:r>
      <w:r>
        <w:rPr>
          <w:b w:val="0"/>
        </w:rPr>
        <w:t>. This is against the rules of the company and the standard of conduct expected from every employee.</w:t>
      </w:r>
    </w:p>
    <w:p>
      <w:pPr>
        <w:spacing w:after="160"/>
      </w:pPr>
      <w:r>
        <w:rPr>
          <w:b w:val="0"/>
        </w:rPr>
        <w:t>Please give your written explanation within three days of receiving this letter.</w:t>
      </w:r>
    </w:p>
    <w:p>
      <w:pPr>
        <w:spacing w:after="160"/>
      </w:pPr>
      <w:r>
        <w:rPr>
          <w:b w:val="0"/>
        </w:rPr>
        <w:t>You are hereby warned to correct this immediately. Any repetition will lead to strict disciplinary action as per company rules, which may include termination of service.</w:t>
      </w:r>
    </w:p>
    <w:p>
      <w:pPr>
        <w:spacing w:after="160"/>
      </w:pPr>
      <w:r>
        <w:rPr>
          <w:b w:val="0"/>
        </w:rPr>
        <w:t>Please treat this as a final opportunity to improve, and sign the copy of this letter as acknowledgement.</w:t>
      </w:r>
    </w:p>
    <w:p>
      <w:pPr>
        <w:spacing w:after="160"/>
      </w:pPr>
      <w:r>
        <w:rPr>
          <w:b w:val="0"/>
        </w:rPr>
        <w:t>Yours sincerely,</w:t>
      </w:r>
      <w:r>
        <w:br/>
      </w:r>
      <w:r>
        <w:rPr>
          <w:b w:val="0"/>
        </w:rPr>
        <w:t xml:space="preserve">For </w:t>
      </w:r>
      <w:r>
        <w:rPr>
          <w:b w:val="0"/>
          <w:highlight w:val="yellow"/>
        </w:rPr>
        <w:t>[Business / organisation name]</w:t>
      </w:r>
      <w:r>
        <w:br/>
      </w:r>
      <w:r>
        <w:br/>
      </w:r>
      <w:r>
        <w:br/>
      </w:r>
      <w:r>
        <w:rPr>
          <w:b w:val="0"/>
          <w:highlight w:val="yellow"/>
        </w:rPr>
        <w:t>[Your full name]</w:t>
      </w:r>
      <w:r>
        <w:br/>
      </w:r>
      <w:r>
        <w:rPr>
          <w:b w:val="0"/>
          <w:highlight w:val="yellow"/>
        </w:rPr>
        <w:t>[Your designation]</w:t>
      </w:r>
    </w:p>
    <w:p>
      <w:r>
        <w:br w:type="page"/>
      </w:r>
    </w:p>
    <w:p>
      <w:pPr>
        <w:spacing w:after="40"/>
      </w:pPr>
      <w:r>
        <w:rPr>
          <w:b/>
          <w:color w:val="2563EB"/>
          <w:sz w:val="28"/>
        </w:rPr>
        <w:t>16. Experience certificate (employer)</w:t>
      </w:r>
    </w:p>
    <w:p>
      <w:pPr>
        <w:spacing w:after="200"/>
      </w:pPr>
      <w:r>
        <w:rPr>
          <w:b w:val="0"/>
          <w:color w:val="55607A"/>
          <w:sz w:val="18"/>
        </w:rPr>
        <w:t>Fill in: Employee's name, Employee's designation, Department, Date of joining, Last working day, Main duties</w:t>
      </w:r>
    </w:p>
    <w:p>
      <w:pPr>
        <w:spacing w:after="0"/>
        <w:jc w:val="center"/>
      </w:pPr>
      <w:r>
        <w:rPr>
          <w:b/>
          <w:color w:val="2563EB"/>
          <w:sz w:val="32"/>
          <w:highlight w:val="yellow"/>
        </w:rPr>
        <w:t>[Business / organisation name]</w:t>
      </w:r>
    </w:p>
    <w:p>
      <w:pPr>
        <w:spacing w:after="200"/>
        <w:jc w:val="center"/>
        <w:pBdr>
          <w:bottom w:val="single" w:sz="10" w:space="1" w:color="2563EB"/>
        </w:pBdr>
      </w:pPr>
      <w:r>
        <w:rPr>
          <w:b w:val="0"/>
          <w:sz w:val="18"/>
          <w:highlight w:val="yellow"/>
        </w:rPr>
        <w:t>[Address]</w:t>
      </w:r>
      <w:r>
        <w:rPr>
          <w:b w:val="0"/>
          <w:sz w:val="18"/>
        </w:rPr>
        <w:t xml:space="preserve"> · Phone </w:t>
      </w:r>
      <w:r>
        <w:rPr>
          <w:b w:val="0"/>
          <w:sz w:val="18"/>
          <w:highlight w:val="yellow"/>
        </w:rPr>
        <w:t>[ ]</w:t>
      </w:r>
      <w:r>
        <w:rPr>
          <w:b w:val="0"/>
          <w:sz w:val="18"/>
        </w:rPr>
        <w:t xml:space="preserve"> · </w:t>
      </w:r>
      <w:r>
        <w:rPr>
          <w:b w:val="0"/>
          <w:sz w:val="18"/>
          <w:highlight w:val="yellow"/>
        </w:rPr>
        <w:t>[Email]</w:t>
      </w:r>
    </w:p>
    <w:p>
      <w:pPr>
        <w:spacing w:after="160"/>
      </w:pPr>
      <w:r>
        <w:rPr>
          <w:b w:val="0"/>
        </w:rPr>
        <w:t xml:space="preserve">Ref: </w:t>
      </w:r>
      <w:r>
        <w:rPr>
          <w:b w:val="0"/>
          <w:highlight w:val="yellow"/>
        </w:rPr>
        <w:t>[ ]</w:t>
      </w:r>
      <w:r>
        <w:br/>
      </w:r>
      <w:r>
        <w:rPr>
          <w:b w:val="0"/>
        </w:rPr>
        <w:t xml:space="preserve">Date: </w:t>
      </w:r>
      <w:r>
        <w:rPr>
          <w:b w:val="0"/>
          <w:highlight w:val="yellow"/>
        </w:rPr>
        <w:t>[DD-MM-YYYY]</w:t>
      </w:r>
    </w:p>
    <w:p>
      <w:pPr>
        <w:spacing w:after="80"/>
        <w:jc w:val="center"/>
      </w:pPr>
      <w:r>
        <w:rPr>
          <w:b/>
          <w:sz w:val="26"/>
        </w:rPr>
        <w:t>EXPERIENCE CERTIFICATE</w:t>
      </w:r>
    </w:p>
    <w:p>
      <w:pPr>
        <w:spacing w:after="200"/>
        <w:jc w:val="center"/>
      </w:pPr>
      <w:r>
        <w:rPr>
          <w:b/>
        </w:rPr>
        <w:t>TO WHOM IT MAY CONCERN</w:t>
      </w:r>
    </w:p>
    <w:p>
      <w:pPr>
        <w:spacing w:after="160"/>
      </w:pPr>
      <w:r>
        <w:rPr>
          <w:b w:val="0"/>
        </w:rPr>
        <w:t xml:space="preserve">This is to certify that Mr./Ms. </w:t>
      </w:r>
      <w:r>
        <w:rPr>
          <w:b w:val="0"/>
          <w:highlight w:val="yellow"/>
        </w:rPr>
        <w:t>[Employee's name]</w:t>
      </w:r>
      <w:r>
        <w:rPr>
          <w:b w:val="0"/>
        </w:rPr>
        <w:t xml:space="preserve"> worked with </w:t>
      </w:r>
      <w:r>
        <w:rPr>
          <w:b w:val="0"/>
          <w:highlight w:val="yellow"/>
        </w:rPr>
        <w:t>[Business / organisation name]</w:t>
      </w:r>
      <w:r>
        <w:rPr>
          <w:b w:val="0"/>
        </w:rPr>
        <w:t xml:space="preserve"> from </w:t>
      </w:r>
      <w:r>
        <w:rPr>
          <w:b w:val="0"/>
          <w:highlight w:val="yellow"/>
        </w:rPr>
        <w:t>[Date of joining]</w:t>
      </w:r>
      <w:r>
        <w:rPr>
          <w:b w:val="0"/>
        </w:rPr>
        <w:t xml:space="preserve"> to </w:t>
      </w:r>
      <w:r>
        <w:rPr>
          <w:b w:val="0"/>
          <w:highlight w:val="yellow"/>
        </w:rPr>
        <w:t>[Last working day]</w:t>
      </w:r>
      <w:r>
        <w:rPr>
          <w:b w:val="0"/>
        </w:rPr>
        <w:t xml:space="preserve">. At the time of leaving, he/she held the position of </w:t>
      </w:r>
      <w:r>
        <w:rPr>
          <w:b w:val="0"/>
          <w:highlight w:val="yellow"/>
        </w:rPr>
        <w:t>[Employee's designation]</w:t>
      </w:r>
      <w:r>
        <w:rPr>
          <w:b w:val="0"/>
        </w:rPr>
        <w:t xml:space="preserve"> in the </w:t>
      </w:r>
      <w:r>
        <w:rPr>
          <w:b w:val="0"/>
          <w:highlight w:val="yellow"/>
        </w:rPr>
        <w:t>[Department]</w:t>
      </w:r>
      <w:r>
        <w:rPr>
          <w:b w:val="0"/>
        </w:rPr>
        <w:t xml:space="preserve"> department.</w:t>
      </w:r>
    </w:p>
    <w:p>
      <w:pPr>
        <w:spacing w:after="160"/>
      </w:pPr>
      <w:r>
        <w:rPr>
          <w:b w:val="0"/>
        </w:rPr>
        <w:t xml:space="preserve">His/Her main responsibilities included </w:t>
      </w:r>
      <w:r>
        <w:rPr>
          <w:b w:val="0"/>
          <w:highlight w:val="yellow"/>
        </w:rPr>
        <w:t>[Main duties]</w:t>
      </w:r>
      <w:r>
        <w:rPr>
          <w:b w:val="0"/>
        </w:rPr>
        <w:t>. During his/her service we found him/her sincere, hardworking and honest, and his/her conduct was good throughout.</w:t>
      </w:r>
    </w:p>
    <w:p>
      <w:pPr>
        <w:spacing w:after="160"/>
      </w:pPr>
      <w:r>
        <w:rPr>
          <w:b w:val="0"/>
        </w:rPr>
        <w:t>He/She has been relieved of his/her duties after completing the handover. We wish him/her every success in the future.</w:t>
      </w:r>
    </w:p>
    <w:p>
      <w:pPr>
        <w:spacing w:after="160"/>
      </w:pPr>
      <w:r>
        <w:rPr>
          <w:b w:val="0"/>
        </w:rPr>
        <w:t xml:space="preserve">For </w:t>
      </w:r>
      <w:r>
        <w:rPr>
          <w:b w:val="0"/>
          <w:highlight w:val="yellow"/>
        </w:rPr>
        <w:t>[Business / organisation name]</w:t>
      </w:r>
      <w:r>
        <w:br/>
      </w:r>
      <w:r>
        <w:br/>
      </w:r>
      <w:r>
        <w:br/>
      </w:r>
      <w:r>
        <w:rPr>
          <w:b w:val="0"/>
          <w:highlight w:val="yellow"/>
        </w:rPr>
        <w:t>[Your full name]</w:t>
      </w:r>
      <w:r>
        <w:br/>
      </w:r>
      <w:r>
        <w:rPr>
          <w:b w:val="0"/>
          <w:highlight w:val="yellow"/>
        </w:rPr>
        <w:t>[Your designation]</w:t>
      </w:r>
    </w:p>
    <w:p>
      <w:r>
        <w:br w:type="page"/>
      </w:r>
    </w:p>
    <w:p>
      <w:pPr>
        <w:spacing w:after="40"/>
      </w:pPr>
      <w:r>
        <w:rPr>
          <w:b/>
          <w:color w:val="2563EB"/>
          <w:sz w:val="28"/>
        </w:rPr>
        <w:t>17. Relieving letter (employer)</w:t>
      </w:r>
    </w:p>
    <w:p>
      <w:pPr>
        <w:spacing w:after="200"/>
      </w:pPr>
      <w:r>
        <w:rPr>
          <w:b w:val="0"/>
          <w:color w:val="55607A"/>
          <w:sz w:val="18"/>
        </w:rPr>
        <w:t>Fill in: Employee's name, Employee ID, Employee's designation, Resignation date, Last working day</w:t>
      </w:r>
    </w:p>
    <w:p>
      <w:pPr>
        <w:spacing w:after="0"/>
        <w:jc w:val="center"/>
      </w:pPr>
      <w:r>
        <w:rPr>
          <w:b/>
          <w:color w:val="2563EB"/>
          <w:sz w:val="32"/>
          <w:highlight w:val="yellow"/>
        </w:rPr>
        <w:t>[Business / organisation name]</w:t>
      </w:r>
    </w:p>
    <w:p>
      <w:pPr>
        <w:spacing w:after="200"/>
        <w:jc w:val="center"/>
        <w:pBdr>
          <w:bottom w:val="single" w:sz="10" w:space="1" w:color="2563EB"/>
        </w:pBdr>
      </w:pPr>
      <w:r>
        <w:rPr>
          <w:b w:val="0"/>
          <w:sz w:val="18"/>
          <w:highlight w:val="yellow"/>
        </w:rPr>
        <w:t>[Address]</w:t>
      </w:r>
      <w:r>
        <w:rPr>
          <w:b w:val="0"/>
          <w:sz w:val="18"/>
        </w:rPr>
        <w:t xml:space="preserve"> · Phone </w:t>
      </w:r>
      <w:r>
        <w:rPr>
          <w:b w:val="0"/>
          <w:sz w:val="18"/>
          <w:highlight w:val="yellow"/>
        </w:rPr>
        <w:t>[ ]</w:t>
      </w:r>
      <w:r>
        <w:rPr>
          <w:b w:val="0"/>
          <w:sz w:val="18"/>
        </w:rPr>
        <w:t xml:space="preserve"> · </w:t>
      </w:r>
      <w:r>
        <w:rPr>
          <w:b w:val="0"/>
          <w:sz w:val="18"/>
          <w:highlight w:val="yellow"/>
        </w:rPr>
        <w:t>[Email]</w:t>
      </w:r>
    </w:p>
    <w:p>
      <w:pPr>
        <w:spacing w:after="160"/>
      </w:pPr>
      <w:r>
        <w:rPr>
          <w:b w:val="0"/>
        </w:rPr>
        <w:t xml:space="preserve">Ref: </w:t>
      </w:r>
      <w:r>
        <w:rPr>
          <w:b w:val="0"/>
          <w:highlight w:val="yellow"/>
        </w:rPr>
        <w:t>[ ]</w:t>
      </w:r>
      <w:r>
        <w:br/>
      </w:r>
      <w:r>
        <w:rPr>
          <w:b w:val="0"/>
        </w:rPr>
        <w:t xml:space="preserve">Date: </w:t>
      </w:r>
      <w:r>
        <w:rPr>
          <w:b w:val="0"/>
          <w:highlight w:val="yellow"/>
        </w:rPr>
        <w:t>[DD-MM-YYYY]</w:t>
      </w:r>
    </w:p>
    <w:p>
      <w:pPr>
        <w:spacing w:after="160"/>
      </w:pPr>
      <w:r>
        <w:rPr>
          <w:b w:val="0"/>
        </w:rPr>
        <w:t>To,</w:t>
      </w:r>
      <w:r>
        <w:br/>
      </w:r>
      <w:r>
        <w:rPr>
          <w:b w:val="0"/>
          <w:highlight w:val="yellow"/>
        </w:rPr>
        <w:t>[Employee's name]</w:t>
      </w:r>
      <w:r>
        <w:br/>
      </w:r>
      <w:r>
        <w:rPr>
          <w:b w:val="0"/>
          <w:highlight w:val="yellow"/>
        </w:rPr>
        <w:t>[Employee's designation]</w:t>
      </w:r>
      <w:r>
        <w:br/>
      </w:r>
      <w:r>
        <w:rPr>
          <w:b w:val="0"/>
          <w:highlight w:val="yellow"/>
        </w:rPr>
        <w:t>[City]</w:t>
      </w:r>
    </w:p>
    <w:p>
      <w:pPr>
        <w:spacing w:after="160"/>
      </w:pPr>
      <w:r>
        <w:rPr>
          <w:b/>
        </w:rPr>
        <w:t>Subject: Relieving letter</w:t>
      </w:r>
    </w:p>
    <w:p>
      <w:pPr>
        <w:spacing w:after="160"/>
      </w:pPr>
      <w:r>
        <w:rPr>
          <w:b w:val="0"/>
        </w:rPr>
        <w:t xml:space="preserve">Dear </w:t>
      </w:r>
      <w:r>
        <w:rPr>
          <w:b w:val="0"/>
          <w:highlight w:val="yellow"/>
        </w:rPr>
        <w:t>[Employee's name]</w:t>
      </w:r>
      <w:r>
        <w:rPr>
          <w:b w:val="0"/>
        </w:rPr>
        <w:t>,</w:t>
      </w:r>
    </w:p>
    <w:p>
      <w:pPr>
        <w:spacing w:after="160"/>
      </w:pPr>
      <w:r>
        <w:rPr>
          <w:b w:val="0"/>
        </w:rPr>
        <w:t xml:space="preserve">This refers to your resignation letter dated </w:t>
      </w:r>
      <w:r>
        <w:rPr>
          <w:b w:val="0"/>
          <w:highlight w:val="yellow"/>
        </w:rPr>
        <w:t>[Resignation date]</w:t>
      </w:r>
      <w:r>
        <w:rPr>
          <w:b w:val="0"/>
        </w:rPr>
        <w:t xml:space="preserve">. Your resignation has been accepted, and you are relieved from the services of </w:t>
      </w:r>
      <w:r>
        <w:rPr>
          <w:b w:val="0"/>
          <w:highlight w:val="yellow"/>
        </w:rPr>
        <w:t>[Business / organisation name]</w:t>
      </w:r>
      <w:r>
        <w:rPr>
          <w:b w:val="0"/>
        </w:rPr>
        <w:t xml:space="preserve"> at the close of working hours on </w:t>
      </w:r>
      <w:r>
        <w:rPr>
          <w:b w:val="0"/>
          <w:highlight w:val="yellow"/>
        </w:rPr>
        <w:t>[Last working day]</w:t>
      </w:r>
      <w:r>
        <w:rPr>
          <w:b w:val="0"/>
        </w:rPr>
        <w:t>.</w:t>
      </w:r>
    </w:p>
    <w:p>
      <w:pPr>
        <w:spacing w:after="160"/>
      </w:pPr>
      <w:r>
        <w:rPr>
          <w:b w:val="0"/>
        </w:rPr>
        <w:t xml:space="preserve">We confirm that you worked with us as </w:t>
      </w:r>
      <w:r>
        <w:rPr>
          <w:b w:val="0"/>
          <w:highlight w:val="yellow"/>
        </w:rPr>
        <w:t>[Employee's designation]</w:t>
      </w:r>
      <w:r>
        <w:rPr>
          <w:b w:val="0"/>
        </w:rPr>
        <w:t xml:space="preserve"> (Employee ID </w:t>
      </w:r>
      <w:r>
        <w:rPr>
          <w:b w:val="0"/>
          <w:highlight w:val="yellow"/>
        </w:rPr>
        <w:t>[Employee ID]</w:t>
      </w:r>
      <w:r>
        <w:rPr>
          <w:b w:val="0"/>
        </w:rPr>
        <w:t>) and have handed over your charge and company property. Your full and final settlement will be processed as per company policy.</w:t>
      </w:r>
    </w:p>
    <w:p>
      <w:pPr>
        <w:spacing w:after="160"/>
      </w:pPr>
      <w:r>
        <w:rPr>
          <w:b w:val="0"/>
        </w:rPr>
        <w:t>We thank you for your contribution and wish you success in your future career.</w:t>
      </w:r>
    </w:p>
    <w:p>
      <w:pPr>
        <w:spacing w:after="160"/>
      </w:pPr>
      <w:r>
        <w:rPr>
          <w:b w:val="0"/>
        </w:rPr>
        <w:t>Yours sincerely,</w:t>
      </w:r>
      <w:r>
        <w:br/>
      </w:r>
      <w:r>
        <w:rPr>
          <w:b w:val="0"/>
        </w:rPr>
        <w:t xml:space="preserve">For </w:t>
      </w:r>
      <w:r>
        <w:rPr>
          <w:b w:val="0"/>
          <w:highlight w:val="yellow"/>
        </w:rPr>
        <w:t>[Business / organisation name]</w:t>
      </w:r>
      <w:r>
        <w:br/>
      </w:r>
      <w:r>
        <w:br/>
      </w:r>
      <w:r>
        <w:br/>
      </w:r>
      <w:r>
        <w:rPr>
          <w:b w:val="0"/>
          <w:highlight w:val="yellow"/>
        </w:rPr>
        <w:t>[Your full name]</w:t>
      </w:r>
      <w:r>
        <w:br/>
      </w:r>
      <w:r>
        <w:rPr>
          <w:b w:val="0"/>
          <w:highlight w:val="yellow"/>
        </w:rPr>
        <w:t>[Your designation]</w:t>
      </w:r>
    </w:p>
    <w:p>
      <w:r>
        <w:br w:type="page"/>
      </w:r>
    </w:p>
    <w:p>
      <w:pPr>
        <w:spacing w:after="40"/>
      </w:pPr>
      <w:r>
        <w:rPr>
          <w:b/>
          <w:color w:val="2563EB"/>
          <w:sz w:val="28"/>
        </w:rPr>
        <w:t>18. Internship certificate</w:t>
      </w:r>
    </w:p>
    <w:p>
      <w:pPr>
        <w:spacing w:after="200"/>
      </w:pPr>
      <w:r>
        <w:rPr>
          <w:b w:val="0"/>
          <w:color w:val="55607A"/>
          <w:sz w:val="18"/>
        </w:rPr>
        <w:t>Fill in: Intern's name, Department, From date, To date, Work / project done</w:t>
      </w:r>
    </w:p>
    <w:p>
      <w:pPr>
        <w:spacing w:after="0"/>
        <w:jc w:val="center"/>
      </w:pPr>
      <w:r>
        <w:rPr>
          <w:b/>
          <w:color w:val="2563EB"/>
          <w:sz w:val="32"/>
          <w:highlight w:val="yellow"/>
        </w:rPr>
        <w:t>[Business / organisation name]</w:t>
      </w:r>
    </w:p>
    <w:p>
      <w:pPr>
        <w:spacing w:after="200"/>
        <w:jc w:val="center"/>
        <w:pBdr>
          <w:bottom w:val="single" w:sz="10" w:space="1" w:color="2563EB"/>
        </w:pBdr>
      </w:pPr>
      <w:r>
        <w:rPr>
          <w:b w:val="0"/>
          <w:sz w:val="18"/>
          <w:highlight w:val="yellow"/>
        </w:rPr>
        <w:t>[Address]</w:t>
      </w:r>
      <w:r>
        <w:rPr>
          <w:b w:val="0"/>
          <w:sz w:val="18"/>
        </w:rPr>
        <w:t xml:space="preserve"> · Phone </w:t>
      </w:r>
      <w:r>
        <w:rPr>
          <w:b w:val="0"/>
          <w:sz w:val="18"/>
          <w:highlight w:val="yellow"/>
        </w:rPr>
        <w:t>[ ]</w:t>
      </w:r>
      <w:r>
        <w:rPr>
          <w:b w:val="0"/>
          <w:sz w:val="18"/>
        </w:rPr>
        <w:t xml:space="preserve"> · </w:t>
      </w:r>
      <w:r>
        <w:rPr>
          <w:b w:val="0"/>
          <w:sz w:val="18"/>
          <w:highlight w:val="yellow"/>
        </w:rPr>
        <w:t>[Email]</w:t>
      </w:r>
    </w:p>
    <w:p>
      <w:pPr>
        <w:spacing w:after="160"/>
      </w:pPr>
      <w:r>
        <w:rPr>
          <w:b w:val="0"/>
        </w:rPr>
        <w:t xml:space="preserve">Ref: </w:t>
      </w:r>
      <w:r>
        <w:rPr>
          <w:b w:val="0"/>
          <w:highlight w:val="yellow"/>
        </w:rPr>
        <w:t>[ ]</w:t>
      </w:r>
      <w:r>
        <w:br/>
      </w:r>
      <w:r>
        <w:rPr>
          <w:b w:val="0"/>
        </w:rPr>
        <w:t xml:space="preserve">Date: </w:t>
      </w:r>
      <w:r>
        <w:rPr>
          <w:b w:val="0"/>
          <w:highlight w:val="yellow"/>
        </w:rPr>
        <w:t>[DD-MM-YYYY]</w:t>
      </w:r>
    </w:p>
    <w:p>
      <w:pPr>
        <w:spacing w:after="80"/>
        <w:jc w:val="center"/>
      </w:pPr>
      <w:r>
        <w:rPr>
          <w:b/>
          <w:sz w:val="26"/>
        </w:rPr>
        <w:t>INTERNSHIP CERTIFICATE</w:t>
      </w:r>
    </w:p>
    <w:p>
      <w:pPr>
        <w:spacing w:after="200"/>
        <w:jc w:val="center"/>
      </w:pPr>
      <w:r>
        <w:rPr>
          <w:b/>
        </w:rPr>
        <w:t>TO WHOM IT MAY CONCERN</w:t>
      </w:r>
    </w:p>
    <w:p>
      <w:pPr>
        <w:spacing w:after="160"/>
      </w:pPr>
      <w:r>
        <w:rPr>
          <w:b w:val="0"/>
        </w:rPr>
        <w:t xml:space="preserve">This is to certify that Mr./Ms. </w:t>
      </w:r>
      <w:r>
        <w:rPr>
          <w:b w:val="0"/>
          <w:highlight w:val="yellow"/>
        </w:rPr>
        <w:t>[Intern's name]</w:t>
      </w:r>
      <w:r>
        <w:rPr>
          <w:b w:val="0"/>
        </w:rPr>
        <w:t xml:space="preserve"> completed an internship with </w:t>
      </w:r>
      <w:r>
        <w:rPr>
          <w:b w:val="0"/>
          <w:highlight w:val="yellow"/>
        </w:rPr>
        <w:t>[Business / organisation name]</w:t>
      </w:r>
      <w:r>
        <w:rPr>
          <w:b w:val="0"/>
        </w:rPr>
        <w:t xml:space="preserve"> in the </w:t>
      </w:r>
      <w:r>
        <w:rPr>
          <w:b w:val="0"/>
          <w:highlight w:val="yellow"/>
        </w:rPr>
        <w:t>[Department]</w:t>
      </w:r>
      <w:r>
        <w:rPr>
          <w:b w:val="0"/>
        </w:rPr>
        <w:t xml:space="preserve"> department from </w:t>
      </w:r>
      <w:r>
        <w:rPr>
          <w:b w:val="0"/>
          <w:highlight w:val="yellow"/>
        </w:rPr>
        <w:t>[From date]</w:t>
      </w:r>
      <w:r>
        <w:rPr>
          <w:b w:val="0"/>
        </w:rPr>
        <w:t xml:space="preserve"> to </w:t>
      </w:r>
      <w:r>
        <w:rPr>
          <w:b w:val="0"/>
          <w:highlight w:val="yellow"/>
        </w:rPr>
        <w:t>[To date]</w:t>
      </w:r>
      <w:r>
        <w:rPr>
          <w:b w:val="0"/>
        </w:rPr>
        <w:t>.</w:t>
      </w:r>
    </w:p>
    <w:p>
      <w:pPr>
        <w:spacing w:after="160"/>
      </w:pPr>
      <w:r>
        <w:rPr>
          <w:b w:val="0"/>
        </w:rPr>
        <w:t xml:space="preserve">During the internship he/she worked on </w:t>
      </w:r>
      <w:r>
        <w:rPr>
          <w:b w:val="0"/>
          <w:highlight w:val="yellow"/>
        </w:rPr>
        <w:t>[Work / project done]</w:t>
      </w:r>
      <w:r>
        <w:rPr>
          <w:b w:val="0"/>
        </w:rPr>
        <w:t>. He/She was punctual, eager to learn and worked well with the team.</w:t>
      </w:r>
    </w:p>
    <w:p>
      <w:pPr>
        <w:spacing w:after="160"/>
      </w:pPr>
      <w:r>
        <w:rPr>
          <w:b w:val="0"/>
        </w:rPr>
        <w:t>We wish him/her all the best for his/her studies and career.</w:t>
      </w:r>
    </w:p>
    <w:p>
      <w:pPr>
        <w:spacing w:after="160"/>
      </w:pPr>
      <w:r>
        <w:rPr>
          <w:b w:val="0"/>
        </w:rPr>
        <w:t xml:space="preserve">For </w:t>
      </w:r>
      <w:r>
        <w:rPr>
          <w:b w:val="0"/>
          <w:highlight w:val="yellow"/>
        </w:rPr>
        <w:t>[Business / organisation name]</w:t>
      </w:r>
      <w:r>
        <w:br/>
      </w:r>
      <w:r>
        <w:br/>
      </w:r>
      <w:r>
        <w:br/>
      </w:r>
      <w:r>
        <w:rPr>
          <w:b w:val="0"/>
          <w:highlight w:val="yellow"/>
        </w:rPr>
        <w:t>[Your full name]</w:t>
      </w:r>
      <w:r>
        <w:br/>
      </w:r>
      <w:r>
        <w:rPr>
          <w:b w:val="0"/>
          <w:highlight w:val="yellow"/>
        </w:rPr>
        <w:t>[Your designation]</w:t>
      </w:r>
    </w:p>
    <w:p>
      <w:r>
        <w:br w:type="page"/>
      </w:r>
    </w:p>
    <w:p>
      <w:pPr>
        <w:spacing w:after="40"/>
      </w:pPr>
      <w:r>
        <w:rPr>
          <w:b/>
          <w:color w:val="2563EB"/>
          <w:sz w:val="28"/>
        </w:rPr>
        <w:t>19. Salary certificate (employer)</w:t>
      </w:r>
    </w:p>
    <w:p>
      <w:pPr>
        <w:spacing w:after="200"/>
      </w:pPr>
      <w:r>
        <w:rPr>
          <w:b w:val="0"/>
          <w:color w:val="55607A"/>
          <w:sz w:val="18"/>
        </w:rPr>
        <w:t>Fill in: Employee's name, Employee's designation, Date of joining, Monthly gross salary, Needed for</w:t>
      </w:r>
    </w:p>
    <w:p>
      <w:pPr>
        <w:spacing w:after="0"/>
        <w:jc w:val="center"/>
      </w:pPr>
      <w:r>
        <w:rPr>
          <w:b/>
          <w:color w:val="2563EB"/>
          <w:sz w:val="32"/>
          <w:highlight w:val="yellow"/>
        </w:rPr>
        <w:t>[Business / organisation name]</w:t>
      </w:r>
    </w:p>
    <w:p>
      <w:pPr>
        <w:spacing w:after="200"/>
        <w:jc w:val="center"/>
        <w:pBdr>
          <w:bottom w:val="single" w:sz="10" w:space="1" w:color="2563EB"/>
        </w:pBdr>
      </w:pPr>
      <w:r>
        <w:rPr>
          <w:b w:val="0"/>
          <w:sz w:val="18"/>
          <w:highlight w:val="yellow"/>
        </w:rPr>
        <w:t>[Address]</w:t>
      </w:r>
      <w:r>
        <w:rPr>
          <w:b w:val="0"/>
          <w:sz w:val="18"/>
        </w:rPr>
        <w:t xml:space="preserve"> · Phone </w:t>
      </w:r>
      <w:r>
        <w:rPr>
          <w:b w:val="0"/>
          <w:sz w:val="18"/>
          <w:highlight w:val="yellow"/>
        </w:rPr>
        <w:t>[ ]</w:t>
      </w:r>
      <w:r>
        <w:rPr>
          <w:b w:val="0"/>
          <w:sz w:val="18"/>
        </w:rPr>
        <w:t xml:space="preserve"> · </w:t>
      </w:r>
      <w:r>
        <w:rPr>
          <w:b w:val="0"/>
          <w:sz w:val="18"/>
          <w:highlight w:val="yellow"/>
        </w:rPr>
        <w:t>[Email]</w:t>
      </w:r>
    </w:p>
    <w:p>
      <w:pPr>
        <w:spacing w:after="160"/>
      </w:pPr>
      <w:r>
        <w:rPr>
          <w:b w:val="0"/>
        </w:rPr>
        <w:t xml:space="preserve">Ref: </w:t>
      </w:r>
      <w:r>
        <w:rPr>
          <w:b w:val="0"/>
          <w:highlight w:val="yellow"/>
        </w:rPr>
        <w:t>[ ]</w:t>
      </w:r>
      <w:r>
        <w:br/>
      </w:r>
      <w:r>
        <w:rPr>
          <w:b w:val="0"/>
        </w:rPr>
        <w:t xml:space="preserve">Date: </w:t>
      </w:r>
      <w:r>
        <w:rPr>
          <w:b w:val="0"/>
          <w:highlight w:val="yellow"/>
        </w:rPr>
        <w:t>[DD-MM-YYYY]</w:t>
      </w:r>
    </w:p>
    <w:p>
      <w:pPr>
        <w:spacing w:after="80"/>
        <w:jc w:val="center"/>
      </w:pPr>
      <w:r>
        <w:rPr>
          <w:b/>
          <w:sz w:val="26"/>
        </w:rPr>
        <w:t>SALARY CERTIFICATE</w:t>
      </w:r>
    </w:p>
    <w:p>
      <w:pPr>
        <w:spacing w:after="200"/>
        <w:jc w:val="center"/>
      </w:pPr>
      <w:r>
        <w:rPr>
          <w:b/>
        </w:rPr>
        <w:t>TO WHOM IT MAY CONCERN</w:t>
      </w:r>
    </w:p>
    <w:p>
      <w:pPr>
        <w:spacing w:after="160"/>
      </w:pPr>
      <w:r>
        <w:rPr>
          <w:b w:val="0"/>
        </w:rPr>
        <w:t xml:space="preserve">This is to certify that Mr./Ms. </w:t>
      </w:r>
      <w:r>
        <w:rPr>
          <w:b w:val="0"/>
          <w:highlight w:val="yellow"/>
        </w:rPr>
        <w:t>[Employee's name]</w:t>
      </w:r>
      <w:r>
        <w:rPr>
          <w:b w:val="0"/>
        </w:rPr>
        <w:t xml:space="preserve"> has been working with </w:t>
      </w:r>
      <w:r>
        <w:rPr>
          <w:b w:val="0"/>
          <w:highlight w:val="yellow"/>
        </w:rPr>
        <w:t>[Business / organisation name]</w:t>
      </w:r>
      <w:r>
        <w:rPr>
          <w:b w:val="0"/>
        </w:rPr>
        <w:t xml:space="preserve"> as </w:t>
      </w:r>
      <w:r>
        <w:rPr>
          <w:b w:val="0"/>
          <w:highlight w:val="yellow"/>
        </w:rPr>
        <w:t>[Employee's designation]</w:t>
      </w:r>
      <w:r>
        <w:rPr>
          <w:b w:val="0"/>
        </w:rPr>
        <w:t xml:space="preserve"> since </w:t>
      </w:r>
      <w:r>
        <w:rPr>
          <w:b w:val="0"/>
          <w:highlight w:val="yellow"/>
        </w:rPr>
        <w:t>[Date of joining]</w:t>
      </w:r>
      <w:r>
        <w:rPr>
          <w:b w:val="0"/>
        </w:rPr>
        <w:t>.</w:t>
      </w:r>
    </w:p>
    <w:p>
      <w:pPr>
        <w:spacing w:after="160"/>
      </w:pPr>
      <w:r>
        <w:rPr>
          <w:b w:val="0"/>
        </w:rPr>
        <w:t xml:space="preserve">His/Her present gross salary is ₹ </w:t>
      </w:r>
      <w:r>
        <w:rPr>
          <w:b w:val="0"/>
          <w:highlight w:val="yellow"/>
        </w:rPr>
        <w:t>[Monthly gross salary]</w:t>
      </w:r>
      <w:r>
        <w:rPr>
          <w:b w:val="0"/>
        </w:rPr>
        <w:t xml:space="preserve"> per month (</w:t>
      </w:r>
      <w:r>
        <w:rPr>
          <w:b w:val="0"/>
          <w:highlight w:val="yellow"/>
        </w:rPr>
        <w:t>[amount in words]</w:t>
      </w:r>
      <w:r>
        <w:rPr>
          <w:b w:val="0"/>
        </w:rPr>
        <w:t>).</w:t>
      </w:r>
    </w:p>
    <w:p>
      <w:pPr>
        <w:spacing w:after="160"/>
      </w:pPr>
      <w:r>
        <w:rPr>
          <w:b w:val="0"/>
        </w:rPr>
        <w:t xml:space="preserve">This certificate is issued at his/her request for </w:t>
      </w:r>
      <w:r>
        <w:rPr>
          <w:b w:val="0"/>
          <w:highlight w:val="yellow"/>
        </w:rPr>
        <w:t>[Needed for]</w:t>
      </w:r>
      <w:r>
        <w:rPr>
          <w:b w:val="0"/>
        </w:rPr>
        <w:t xml:space="preserve"> and carries no financial liability on the part of the company.</w:t>
      </w:r>
    </w:p>
    <w:p>
      <w:pPr>
        <w:spacing w:after="160"/>
      </w:pPr>
      <w:r>
        <w:rPr>
          <w:b w:val="0"/>
        </w:rPr>
        <w:t xml:space="preserve">For </w:t>
      </w:r>
      <w:r>
        <w:rPr>
          <w:b w:val="0"/>
          <w:highlight w:val="yellow"/>
        </w:rPr>
        <w:t>[Business / organisation name]</w:t>
      </w:r>
      <w:r>
        <w:br/>
      </w:r>
      <w:r>
        <w:br/>
      </w:r>
      <w:r>
        <w:br/>
      </w:r>
      <w:r>
        <w:rPr>
          <w:b w:val="0"/>
          <w:highlight w:val="yellow"/>
        </w:rPr>
        <w:t>[Your full name]</w:t>
      </w:r>
      <w:r>
        <w:br/>
      </w:r>
      <w:r>
        <w:rPr>
          <w:b w:val="0"/>
          <w:highlight w:val="yellow"/>
        </w:rPr>
        <w:t>[Your designation]</w:t>
      </w:r>
    </w:p>
    <w:p>
      <w:r>
        <w:br w:type="page"/>
      </w:r>
    </w:p>
    <w:p>
      <w:pPr>
        <w:spacing w:after="40"/>
      </w:pPr>
      <w:r>
        <w:rPr>
          <w:b/>
          <w:color w:val="2563EB"/>
          <w:sz w:val="28"/>
        </w:rPr>
        <w:t>20. Salary revision letter (employer)</w:t>
      </w:r>
    </w:p>
    <w:p>
      <w:pPr>
        <w:spacing w:after="200"/>
      </w:pPr>
      <w:r>
        <w:rPr>
          <w:b w:val="0"/>
          <w:color w:val="55607A"/>
          <w:sz w:val="18"/>
        </w:rPr>
        <w:t>Fill in: Employee's name, Present monthly gross salary, New monthly gross salary, Effective from</w:t>
      </w:r>
    </w:p>
    <w:p>
      <w:pPr>
        <w:spacing w:after="0"/>
        <w:jc w:val="center"/>
      </w:pPr>
      <w:r>
        <w:rPr>
          <w:b/>
          <w:color w:val="2563EB"/>
          <w:sz w:val="32"/>
          <w:highlight w:val="yellow"/>
        </w:rPr>
        <w:t>[Business / organisation name]</w:t>
      </w:r>
    </w:p>
    <w:p>
      <w:pPr>
        <w:spacing w:after="200"/>
        <w:jc w:val="center"/>
        <w:pBdr>
          <w:bottom w:val="single" w:sz="10" w:space="1" w:color="2563EB"/>
        </w:pBdr>
      </w:pPr>
      <w:r>
        <w:rPr>
          <w:b w:val="0"/>
          <w:sz w:val="18"/>
          <w:highlight w:val="yellow"/>
        </w:rPr>
        <w:t>[Address]</w:t>
      </w:r>
      <w:r>
        <w:rPr>
          <w:b w:val="0"/>
          <w:sz w:val="18"/>
        </w:rPr>
        <w:t xml:space="preserve"> · Phone </w:t>
      </w:r>
      <w:r>
        <w:rPr>
          <w:b w:val="0"/>
          <w:sz w:val="18"/>
          <w:highlight w:val="yellow"/>
        </w:rPr>
        <w:t>[ ]</w:t>
      </w:r>
      <w:r>
        <w:rPr>
          <w:b w:val="0"/>
          <w:sz w:val="18"/>
        </w:rPr>
        <w:t xml:space="preserve"> · </w:t>
      </w:r>
      <w:r>
        <w:rPr>
          <w:b w:val="0"/>
          <w:sz w:val="18"/>
          <w:highlight w:val="yellow"/>
        </w:rPr>
        <w:t>[Email]</w:t>
      </w:r>
    </w:p>
    <w:p>
      <w:pPr>
        <w:spacing w:after="160"/>
      </w:pPr>
      <w:r>
        <w:rPr>
          <w:b w:val="0"/>
        </w:rPr>
        <w:t xml:space="preserve">Ref: </w:t>
      </w:r>
      <w:r>
        <w:rPr>
          <w:b w:val="0"/>
          <w:highlight w:val="yellow"/>
        </w:rPr>
        <w:t>[ ]</w:t>
      </w:r>
      <w:r>
        <w:br/>
      </w:r>
      <w:r>
        <w:rPr>
          <w:b w:val="0"/>
        </w:rPr>
        <w:t xml:space="preserve">Date: </w:t>
      </w:r>
      <w:r>
        <w:rPr>
          <w:b w:val="0"/>
          <w:highlight w:val="yellow"/>
        </w:rPr>
        <w:t>[DD-MM-YYYY]</w:t>
      </w:r>
    </w:p>
    <w:p>
      <w:pPr>
        <w:spacing w:after="160"/>
      </w:pPr>
      <w:r>
        <w:rPr>
          <w:b w:val="0"/>
        </w:rPr>
        <w:t>To,</w:t>
      </w:r>
      <w:r>
        <w:br/>
      </w:r>
      <w:r>
        <w:rPr>
          <w:b w:val="0"/>
          <w:highlight w:val="yellow"/>
        </w:rPr>
        <w:t>[Employee's name]</w:t>
      </w:r>
      <w:r>
        <w:br/>
      </w:r>
      <w:r>
        <w:rPr>
          <w:b w:val="0"/>
          <w:highlight w:val="yellow"/>
        </w:rPr>
        <w:t>[City]</w:t>
      </w:r>
    </w:p>
    <w:p>
      <w:pPr>
        <w:spacing w:after="160"/>
      </w:pPr>
      <w:r>
        <w:rPr>
          <w:b/>
        </w:rPr>
        <w:t>Subject: Revision of salary</w:t>
      </w:r>
    </w:p>
    <w:p>
      <w:pPr>
        <w:spacing w:after="160"/>
      </w:pPr>
      <w:r>
        <w:rPr>
          <w:b w:val="0"/>
        </w:rPr>
        <w:t xml:space="preserve">Dear </w:t>
      </w:r>
      <w:r>
        <w:rPr>
          <w:b w:val="0"/>
          <w:highlight w:val="yellow"/>
        </w:rPr>
        <w:t>[Employee's name]</w:t>
      </w:r>
      <w:r>
        <w:rPr>
          <w:b w:val="0"/>
        </w:rPr>
        <w:t>,</w:t>
      </w:r>
    </w:p>
    <w:p>
      <w:pPr>
        <w:spacing w:after="160"/>
      </w:pPr>
      <w:r>
        <w:rPr>
          <w:b w:val="0"/>
        </w:rPr>
        <w:t xml:space="preserve">We are pleased to inform you that, in recognition of your performance, your gross monthly salary has been revised from ₹ </w:t>
      </w:r>
      <w:r>
        <w:rPr>
          <w:b w:val="0"/>
          <w:highlight w:val="yellow"/>
        </w:rPr>
        <w:t>[Present monthly gross salary]</w:t>
      </w:r>
      <w:r>
        <w:rPr>
          <w:b w:val="0"/>
        </w:rPr>
        <w:t xml:space="preserve"> to ₹ </w:t>
      </w:r>
      <w:r>
        <w:rPr>
          <w:b w:val="0"/>
          <w:highlight w:val="yellow"/>
        </w:rPr>
        <w:t>[New monthly gross salary]</w:t>
      </w:r>
      <w:r>
        <w:rPr>
          <w:b w:val="0"/>
        </w:rPr>
        <w:t xml:space="preserve"> with effect from </w:t>
      </w:r>
      <w:r>
        <w:rPr>
          <w:b w:val="0"/>
          <w:highlight w:val="yellow"/>
        </w:rPr>
        <w:t>[Effective from]</w:t>
      </w:r>
      <w:r>
        <w:rPr>
          <w:b w:val="0"/>
        </w:rPr>
        <w:t>.</w:t>
      </w:r>
    </w:p>
    <w:p>
      <w:pPr>
        <w:spacing w:after="160"/>
      </w:pPr>
      <w:r>
        <w:rPr>
          <w:b w:val="0"/>
        </w:rPr>
        <w:t>All other terms of your employment remain the same. We appreciate your hard work and look forward to your continued contribution.</w:t>
      </w:r>
    </w:p>
    <w:p>
      <w:pPr>
        <w:spacing w:after="160"/>
      </w:pPr>
      <w:r>
        <w:rPr>
          <w:b w:val="0"/>
        </w:rPr>
        <w:t>Yours sincerely,</w:t>
      </w:r>
      <w:r>
        <w:br/>
      </w:r>
      <w:r>
        <w:rPr>
          <w:b w:val="0"/>
        </w:rPr>
        <w:t xml:space="preserve">For </w:t>
      </w:r>
      <w:r>
        <w:rPr>
          <w:b w:val="0"/>
          <w:highlight w:val="yellow"/>
        </w:rPr>
        <w:t>[Business / organisation name]</w:t>
      </w:r>
      <w:r>
        <w:br/>
      </w:r>
      <w:r>
        <w:br/>
      </w:r>
      <w:r>
        <w:br/>
      </w:r>
      <w:r>
        <w:rPr>
          <w:b w:val="0"/>
          <w:highlight w:val="yellow"/>
        </w:rPr>
        <w:t>[Your full name]</w:t>
      </w:r>
      <w:r>
        <w:br/>
      </w:r>
      <w:r>
        <w:rPr>
          <w:b w:val="0"/>
          <w:highlight w:val="yellow"/>
        </w:rPr>
        <w:t>[Your designation]</w:t>
      </w:r>
    </w:p>
    <w:sectPr w:rsidR="00FC693F" w:rsidRPr="0006063C" w:rsidSect="00034616">
      <w:footerReference w:type="default" r:id="rId9"/>
      <w:pgSz w:w="11906" w:h="16838"/>
      <w:pgMar w:top="1020" w:right="1134" w:bottom="1020"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color w:val="94A3B8"/>
        <w:sz w:val="14"/>
      </w:rPr>
      <w:t>Template: Toolkit by GroupChatOn · toolkit.groupchaton.com</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eastAsia="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Company>Nivesh Sahayak</Company>
  <LinksUpToDate>false</LinksUpToDate>
  <CharactersWithSpaces>0</CharactersWithSpaces>
  <SharedDoc>false</SharedDoc>
  <HyperlinkBase>https://www.niveshsahayak.in/</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Office &amp; HR Letter Formats: 20 Templates (Word)</dc:title>
  <dc:subject>Free Word file with 20 office letters: leave, work from home, resignation, relieving and salary certificate requests, increment, transfer, plus appointment, warning and experience letters.</dc:subject>
  <dc:creator>Nivesh Sahayak</dc:creator>
  <cp:keywords>Toolkit by GroupChatOn</cp:keywords>
  <dc:description>From Toolkit by GroupChatOn (https://toolkit.groupchaton.com/letters/letters-office-word/). Designed &amp; Developed by: Nivesh Sahayak (https://www.niveshsahayak.in/)</dc:description>
  <cp:lastModifiedBy>Nivesh Sahayak</cp:lastModifiedBy>
  <cp:revision>1</cp:revision>
  <dcterms:created xsi:type="dcterms:W3CDTF">2026-11-02T23:51:58Z</dcterms:created>
  <dcterms:modified xsi:type="dcterms:W3CDTF">2026-11-02T23:51:58Z</dcterms:modified>
  <cp:category/>
</cp:coreProperties>
</file>