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[Your Business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[Address line] · [City, State PIN] · Phone [ ] · [email]</w:t>
      </w:r>
    </w:p>
    <w:p>
      <w:pPr>
        <w:spacing w:after="40"/>
        <w:jc w:val="center"/>
      </w:pPr>
      <w:r>
        <w:rPr>
          <w:b w:val="0"/>
          <w:i w:val="0"/>
          <w:sz w:val="18"/>
        </w:rPr>
        <w:t>GSTIN: [ 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Quotation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Q-[001]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To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[Customer 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Valid until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Address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[Customer address]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Contact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phone]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</w:rPr>
        <w:t>Dear Sir / Madam,</w:t>
      </w:r>
    </w:p>
    <w:p>
      <w:pPr>
        <w:spacing w:after="120"/>
      </w:pPr>
      <w:r>
        <w:rPr>
          <w:b w:val="0"/>
          <w:i w:val="0"/>
        </w:rPr>
        <w:t>Thank you for your enquiry. We are pleased to quote our best rates for the following: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HSN/SAC</w:t>
            </w:r>
          </w:p>
        </w:tc>
        <w:tc>
          <w:tcPr>
            <w:tcW w:type="dxa" w:w="79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79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[Item or service description]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79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79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24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794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Sub-total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₹ 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GST @ [ ]%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₹ 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Freight / other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₹ 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₹ 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Terms and conditions</w:t>
      </w:r>
    </w:p>
    <w:p>
      <w:pPr>
        <w:pStyle w:val="ListNumber"/>
      </w:pPr>
      <w:r>
        <w:t>Prices are [inclusive / exclusive] of GST.</w:t>
      </w:r>
    </w:p>
    <w:p>
      <w:pPr>
        <w:pStyle w:val="ListNumber"/>
      </w:pPr>
      <w:r>
        <w:t>Payment: [100% advance / 50% advance, balance before dispatch / 30 days from invoice].</w:t>
      </w:r>
    </w:p>
    <w:p>
      <w:pPr>
        <w:pStyle w:val="ListNumber"/>
      </w:pPr>
      <w:r>
        <w:t>Delivery: within [ ] days of confirmed order, [ex-works / delivered to your site].</w:t>
      </w:r>
    </w:p>
    <w:p>
      <w:pPr>
        <w:pStyle w:val="ListNumber"/>
      </w:pPr>
      <w:r>
        <w:t>This quotation is valid until the date mentioned above.</w:t>
      </w:r>
    </w:p>
    <w:p>
      <w:pPr>
        <w:pStyle w:val="ListNumber"/>
      </w:pPr>
      <w:r>
        <w:t>Warranty: [as per manufacturer / [ ] months].</w:t>
      </w:r>
    </w:p>
    <w:p>
      <w:pPr>
        <w:spacing w:after="360"/>
      </w:pPr>
      <w:r>
        <w:rPr>
          <w:b w:val="0"/>
          <w:i w:val="0"/>
        </w:rPr>
        <w:t>We look forward to your order.</w:t>
      </w:r>
    </w:p>
    <w:p>
      <w:pPr>
        <w:spacing w:after="600"/>
        <w:jc w:val="right"/>
      </w:pPr>
      <w:r>
        <w:rPr>
          <w:b/>
          <w:i w:val="0"/>
        </w:rPr>
        <w:t>For [Your Business Name]</w:t>
      </w:r>
    </w:p>
    <w:p>
      <w:pPr>
        <w:spacing w:after="80"/>
        <w:jc w:val="right"/>
      </w:pPr>
      <w:r>
        <w:rPr>
          <w:b w:val="0"/>
          <w:i w:val="0"/>
          <w:sz w:val="18"/>
        </w:rPr>
        <w:t>Authorised signatory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&amp; Delivery Challan (Word)</dc:title>
  <dc:subject>Free editable quotation format and delivery challan format for Microsoft Word: business header, item table, terms, validity and signature, ready to print on A4.</dc:subject>
  <dc:creator>Nivesh Sahayak</dc:creator>
  <cp:keywords>Toolkit by GroupChatOn</cp:keywords>
  <dc:description>From Toolkit by GroupChatOn (https://toolkit.groupchaton.com/shop/quotation-delivery-challan-word/). Designed &amp; Developed by: Nivesh Sahayak (https://www.niveshsahayak.in/)</dc:description>
  <cp:lastModifiedBy>Nivesh Sahayak</cp:lastModifiedBy>
  <cp:revision>1</cp:revision>
  <dcterms:created xsi:type="dcterms:W3CDTF">2026-11-02T23:51:44Z</dcterms:created>
  <dcterms:modified xsi:type="dcterms:W3CDTF">2026-11-02T23:51:44Z</dcterms:modified>
  <cp:category/>
</cp:coreProperties>
</file>