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color w:val="2563EB"/>
          <w:sz w:val="40"/>
        </w:rPr>
        <w:t>[Company Name]</w:t>
      </w:r>
    </w:p>
    <w:p>
      <w:pPr>
        <w:spacing w:after="0"/>
        <w:jc w:val="center"/>
      </w:pPr>
      <w:r>
        <w:rPr>
          <w:b w:val="0"/>
          <w:i w:val="0"/>
          <w:sz w:val="18"/>
        </w:rPr>
        <w:t>[Branch / office] · [Phone] · [email]</w:t>
      </w:r>
    </w:p>
    <w:p>
      <w:pPr>
        <w:spacing w:after="160"/>
        <w:pBdr>
          <w:bottom w:val="single" w:sz="12" w:space="1" w:color="2563EB"/>
        </w:pBdr>
      </w:pPr>
    </w:p>
    <w:p>
      <w:pPr>
        <w:spacing w:after="120"/>
        <w:jc w:val="center"/>
      </w:pPr>
      <w:r>
        <w:rPr>
          <w:b/>
          <w:i w:val="0"/>
          <w:sz w:val="30"/>
        </w:rPr>
        <w:t>CUSTOMER MEETING NOTES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E8F0FE"/>
          </w:tcPr>
          <w:p>
            <w:r>
              <w:rPr>
                <w:b/>
                <w:sz w:val="20"/>
              </w:rPr>
              <w:t>Customer</w:t>
            </w:r>
          </w:p>
        </w:tc>
        <w:tc>
          <w:tcPr>
            <w:tcW w:type="dxa" w:w="2409"/>
            <w:shd w:val="clear" w:color="auto" w:fill="FFF7D6"/>
          </w:tcPr>
          <w:p>
            <w:r>
              <w:rPr>
                <w:sz w:val="20"/>
              </w:rPr>
              <w:t>[Company name]</w:t>
            </w:r>
          </w:p>
        </w:tc>
        <w:tc>
          <w:tcPr>
            <w:tcW w:type="dxa" w:w="2409"/>
            <w:shd w:val="clear" w:color="auto" w:fill="E8F0FE"/>
          </w:tcPr>
          <w:p>
            <w:r>
              <w:rPr>
                <w:b/>
                <w:sz w:val="20"/>
              </w:rPr>
              <w:t>Date</w:t>
            </w:r>
          </w:p>
        </w:tc>
        <w:tc>
          <w:tcPr>
            <w:tcW w:type="dxa" w:w="2409"/>
            <w:shd w:val="clear" w:color="auto" w:fill="FFF7D6"/>
          </w:tcPr>
          <w:p>
            <w:r>
              <w:rPr>
                <w:sz w:val="20"/>
              </w:rPr>
              <w:t>[DD-MM-YYYY]</w:t>
            </w:r>
          </w:p>
        </w:tc>
      </w:tr>
      <w:tr>
        <w:tc>
          <w:tcPr>
            <w:tcW w:type="dxa" w:w="2409"/>
            <w:shd w:val="clear" w:color="auto" w:fill="E8F0FE"/>
          </w:tcPr>
          <w:p>
            <w:r>
              <w:rPr>
                <w:b/>
                <w:sz w:val="20"/>
              </w:rPr>
              <w:t>Place / online</w:t>
            </w:r>
          </w:p>
        </w:tc>
        <w:tc>
          <w:tcPr>
            <w:tcW w:type="dxa" w:w="2409"/>
            <w:shd w:val="clear" w:color="auto" w:fill="FFF7D6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2409"/>
            <w:shd w:val="clear" w:color="auto" w:fill="E8F0FE"/>
          </w:tcPr>
          <w:p>
            <w:r>
              <w:rPr>
                <w:b/>
                <w:sz w:val="20"/>
              </w:rPr>
              <w:t>Meeting type</w:t>
            </w:r>
          </w:p>
        </w:tc>
        <w:tc>
          <w:tcPr>
            <w:tcW w:type="dxa" w:w="2409"/>
            <w:shd w:val="clear" w:color="auto" w:fill="FFF7D6"/>
          </w:tcPr>
          <w:p>
            <w:r>
              <w:rPr>
                <w:sz w:val="20"/>
              </w:rPr>
              <w:t>[First meeting / Demo / Negotiation / Review]</w:t>
            </w:r>
          </w:p>
        </w:tc>
      </w:tr>
      <w:tr>
        <w:tc>
          <w:tcPr>
            <w:tcW w:type="dxa" w:w="2409"/>
            <w:shd w:val="clear" w:color="auto" w:fill="E8F0FE"/>
          </w:tcPr>
          <w:p>
            <w:r>
              <w:rPr>
                <w:b/>
                <w:sz w:val="20"/>
              </w:rPr>
              <w:t>Our team</w:t>
            </w:r>
          </w:p>
        </w:tc>
        <w:tc>
          <w:tcPr>
            <w:tcW w:type="dxa" w:w="2409"/>
            <w:shd w:val="clear" w:color="auto" w:fill="FFF7D6"/>
          </w:tcPr>
          <w:p>
            <w:r>
              <w:rPr>
                <w:sz w:val="20"/>
              </w:rPr>
              <w:t>[Names]</w:t>
            </w:r>
          </w:p>
        </w:tc>
        <w:tc>
          <w:tcPr>
            <w:tcW w:type="dxa" w:w="2409"/>
            <w:shd w:val="clear" w:color="auto" w:fill="E8F0FE"/>
          </w:tcPr>
          <w:p>
            <w:r>
              <w:rPr>
                <w:b/>
                <w:sz w:val="20"/>
              </w:rPr>
              <w:t>Their team</w:t>
            </w:r>
          </w:p>
        </w:tc>
        <w:tc>
          <w:tcPr>
            <w:tcW w:type="dxa" w:w="2409"/>
            <w:shd w:val="clear" w:color="auto" w:fill="FFF7D6"/>
          </w:tcPr>
          <w:p>
            <w:r>
              <w:rPr>
                <w:sz w:val="20"/>
              </w:rPr>
              <w:t>[Name, role]</w:t>
            </w:r>
          </w:p>
        </w:tc>
      </w:tr>
      <w:tr>
        <w:tc>
          <w:tcPr>
            <w:tcW w:type="dxa" w:w="2409"/>
            <w:shd w:val="clear" w:color="auto" w:fill="E8F0FE"/>
          </w:tcPr>
          <w:p>
            <w:r>
              <w:rPr>
                <w:b/>
                <w:sz w:val="20"/>
              </w:rPr>
              <w:t>Deal / reference</w:t>
            </w:r>
          </w:p>
        </w:tc>
        <w:tc>
          <w:tcPr>
            <w:tcW w:type="dxa" w:w="2409"/>
            <w:shd w:val="clear" w:color="auto" w:fill="FFF7D6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2409"/>
            <w:shd w:val="clear" w:color="auto" w:fill="E8F0FE"/>
          </w:tcPr>
          <w:p>
            <w:r>
              <w:rPr>
                <w:b/>
                <w:sz w:val="20"/>
              </w:rPr>
              <w:t>Notes by</w:t>
            </w:r>
          </w:p>
        </w:tc>
        <w:tc>
          <w:tcPr>
            <w:tcW w:type="dxa" w:w="2409"/>
            <w:shd w:val="clear" w:color="auto" w:fill="FFF7D6"/>
          </w:tcPr>
          <w:p>
            <w:r>
              <w:rPr>
                <w:sz w:val="20"/>
              </w:rPr>
              <w:t>[Name]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/>
          <w:i w:val="0"/>
          <w:color w:val="2563EB"/>
        </w:rPr>
        <w:t>What we learned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685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Topic</w:t>
            </w:r>
          </w:p>
        </w:tc>
        <w:tc>
          <w:tcPr>
            <w:tcW w:type="dxa" w:w="5953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Notes</w:t>
            </w:r>
          </w:p>
        </w:tc>
      </w:tr>
      <w:tr>
        <w:tc>
          <w:tcPr>
            <w:tcW w:type="dxa" w:w="3685"/>
          </w:tcPr>
          <w:p>
            <w:r>
              <w:rPr>
                <w:sz w:val="20"/>
              </w:rPr>
              <w:t>Current situation: what do they use or do today?</w:t>
            </w:r>
          </w:p>
        </w:tc>
        <w:tc>
          <w:tcPr>
            <w:tcW w:type="dxa" w:w="5953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3685"/>
          </w:tcPr>
          <w:p>
            <w:r>
              <w:rPr>
                <w:sz w:val="20"/>
              </w:rPr>
              <w:t>Need: what do they want to change, and why now?</w:t>
            </w:r>
          </w:p>
        </w:tc>
        <w:tc>
          <w:tcPr>
            <w:tcW w:type="dxa" w:w="5953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3685"/>
          </w:tcPr>
          <w:p>
            <w:r>
              <w:rPr>
                <w:sz w:val="20"/>
              </w:rPr>
              <w:t>Budget: is money set aside? roughly how much?</w:t>
            </w:r>
          </w:p>
        </w:tc>
        <w:tc>
          <w:tcPr>
            <w:tcW w:type="dxa" w:w="5953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3685"/>
          </w:tcPr>
          <w:p>
            <w:r>
              <w:rPr>
                <w:sz w:val="20"/>
              </w:rPr>
              <w:t>Decision: who decides, who else has a say, which approvals are needed?</w:t>
            </w:r>
          </w:p>
        </w:tc>
        <w:tc>
          <w:tcPr>
            <w:tcW w:type="dxa" w:w="5953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3685"/>
          </w:tcPr>
          <w:p>
            <w:r>
              <w:rPr>
                <w:sz w:val="20"/>
              </w:rPr>
              <w:t>Timeline: by when do they need it? any deadline or event?</w:t>
            </w:r>
          </w:p>
        </w:tc>
        <w:tc>
          <w:tcPr>
            <w:tcW w:type="dxa" w:w="5953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3685"/>
          </w:tcPr>
          <w:p>
            <w:r>
              <w:rPr>
                <w:sz w:val="20"/>
              </w:rPr>
              <w:t>Competition: who else are they talking to, and what do they like there?</w:t>
            </w:r>
          </w:p>
        </w:tc>
        <w:tc>
          <w:tcPr>
            <w:tcW w:type="dxa" w:w="5953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3685"/>
          </w:tcPr>
          <w:p>
            <w:r>
              <w:rPr>
                <w:sz w:val="20"/>
              </w:rPr>
              <w:t>Success: how will they judge that the purchase worked?</w:t>
            </w:r>
          </w:p>
        </w:tc>
        <w:tc>
          <w:tcPr>
            <w:tcW w:type="dxa" w:w="5953"/>
          </w:tcPr>
          <w:p>
            <w:r>
              <w:rPr>
                <w:sz w:val="20"/>
              </w:rPr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/>
          <w:i w:val="0"/>
          <w:color w:val="2563EB"/>
        </w:rPr>
        <w:t>Products or services discussed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3402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Product / service</w:t>
            </w:r>
          </w:p>
        </w:tc>
        <w:tc>
          <w:tcPr>
            <w:tcW w:type="dxa" w:w="1984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Quantity / scope</w:t>
            </w:r>
          </w:p>
        </w:tc>
        <w:tc>
          <w:tcPr>
            <w:tcW w:type="dxa" w:w="1701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Price discussed</w:t>
            </w:r>
          </w:p>
        </w:tc>
        <w:tc>
          <w:tcPr>
            <w:tcW w:type="dxa" w:w="2551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Remarks</w:t>
            </w:r>
          </w:p>
        </w:tc>
      </w:tr>
      <w:tr>
        <w:tc>
          <w:tcPr>
            <w:tcW w:type="dxa" w:w="3402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1984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1701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2551"/>
          </w:tcPr>
          <w:p>
            <w:r>
              <w:rPr>
                <w:sz w:val="20"/>
              </w:rPr>
              <w:t>[ ]</w:t>
            </w:r>
          </w:p>
        </w:tc>
      </w:tr>
      <w:tr>
        <w:tc>
          <w:tcPr>
            <w:tcW w:type="dxa" w:w="3402"/>
          </w:tcPr>
          <w:p>
            <w:r>
              <w:rPr>
                <w:sz w:val="20"/>
              </w:rPr>
            </w:r>
          </w:p>
        </w:tc>
        <w:tc>
          <w:tcPr>
            <w:tcW w:type="dxa" w:w="1984"/>
          </w:tcPr>
          <w:p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>
              <w:rPr>
                <w:sz w:val="20"/>
              </w:rPr>
            </w:r>
          </w:p>
        </w:tc>
        <w:tc>
          <w:tcPr>
            <w:tcW w:type="dxa" w:w="2551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3402"/>
          </w:tcPr>
          <w:p>
            <w:r>
              <w:rPr>
                <w:sz w:val="20"/>
              </w:rPr>
            </w:r>
          </w:p>
        </w:tc>
        <w:tc>
          <w:tcPr>
            <w:tcW w:type="dxa" w:w="1984"/>
          </w:tcPr>
          <w:p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>
              <w:rPr>
                <w:sz w:val="20"/>
              </w:rPr>
            </w:r>
          </w:p>
        </w:tc>
        <w:tc>
          <w:tcPr>
            <w:tcW w:type="dxa" w:w="2551"/>
          </w:tcPr>
          <w:p>
            <w:r>
              <w:rPr>
                <w:sz w:val="20"/>
              </w:rPr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/>
          <w:i w:val="0"/>
          <w:color w:val="2563EB"/>
        </w:rPr>
        <w:t>Concerns raised and our answers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402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Concern</w:t>
            </w:r>
          </w:p>
        </w:tc>
        <w:tc>
          <w:tcPr>
            <w:tcW w:type="dxa" w:w="4819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Our answer</w:t>
            </w:r>
          </w:p>
        </w:tc>
        <w:tc>
          <w:tcPr>
            <w:tcW w:type="dxa" w:w="1417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Settled?</w:t>
            </w:r>
          </w:p>
        </w:tc>
      </w:tr>
      <w:tr>
        <w:tc>
          <w:tcPr>
            <w:tcW w:type="dxa" w:w="3402"/>
          </w:tcPr>
          <w:p>
            <w:r>
              <w:rPr>
                <w:sz w:val="20"/>
              </w:rPr>
              <w:t>[e.g. delivery time]</w:t>
            </w:r>
          </w:p>
        </w:tc>
        <w:tc>
          <w:tcPr>
            <w:tcW w:type="dxa" w:w="4819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1417"/>
          </w:tcPr>
          <w:p>
            <w:r>
              <w:rPr>
                <w:sz w:val="20"/>
              </w:rPr>
              <w:t>[Yes / No]</w:t>
            </w:r>
          </w:p>
        </w:tc>
      </w:tr>
      <w:tr>
        <w:tc>
          <w:tcPr>
            <w:tcW w:type="dxa" w:w="3402"/>
          </w:tcPr>
          <w:p>
            <w:r>
              <w:rPr>
                <w:sz w:val="20"/>
              </w:rPr>
            </w:r>
          </w:p>
        </w:tc>
        <w:tc>
          <w:tcPr>
            <w:tcW w:type="dxa" w:w="4819"/>
          </w:tcPr>
          <w:p>
            <w:r>
              <w:rPr>
                <w:sz w:val="20"/>
              </w:rPr>
            </w:r>
          </w:p>
        </w:tc>
        <w:tc>
          <w:tcPr>
            <w:tcW w:type="dxa" w:w="1417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3402"/>
          </w:tcPr>
          <w:p>
            <w:r>
              <w:rPr>
                <w:sz w:val="20"/>
              </w:rPr>
            </w:r>
          </w:p>
        </w:tc>
        <w:tc>
          <w:tcPr>
            <w:tcW w:type="dxa" w:w="4819"/>
          </w:tcPr>
          <w:p>
            <w:r>
              <w:rPr>
                <w:sz w:val="20"/>
              </w:rPr>
            </w:r>
          </w:p>
        </w:tc>
        <w:tc>
          <w:tcPr>
            <w:tcW w:type="dxa" w:w="1417"/>
          </w:tcPr>
          <w:p>
            <w:r>
              <w:rPr>
                <w:sz w:val="20"/>
              </w:rPr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/>
          <w:i w:val="0"/>
          <w:color w:val="2563EB"/>
        </w:rPr>
        <w:t>Agreed next steps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567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#</w:t>
            </w:r>
          </w:p>
        </w:tc>
        <w:tc>
          <w:tcPr>
            <w:tcW w:type="dxa" w:w="5102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Action</w:t>
            </w:r>
          </w:p>
        </w:tc>
        <w:tc>
          <w:tcPr>
            <w:tcW w:type="dxa" w:w="2268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Owner (us / them)</w:t>
            </w:r>
          </w:p>
        </w:tc>
        <w:tc>
          <w:tcPr>
            <w:tcW w:type="dxa" w:w="1701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Due date</w:t>
            </w:r>
          </w:p>
        </w:tc>
      </w:tr>
      <w:tr>
        <w:tc>
          <w:tcPr>
            <w:tcW w:type="dxa" w:w="567"/>
          </w:tcPr>
          <w:p>
            <w:r>
              <w:rPr>
                <w:sz w:val="20"/>
              </w:rPr>
              <w:t>1</w:t>
            </w:r>
          </w:p>
        </w:tc>
        <w:tc>
          <w:tcPr>
            <w:tcW w:type="dxa" w:w="5102"/>
          </w:tcPr>
          <w:p>
            <w:r>
              <w:rPr>
                <w:sz w:val="20"/>
              </w:rPr>
              <w:t>[Send revised quotation]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1701"/>
          </w:tcPr>
          <w:p>
            <w:r>
              <w:rPr>
                <w:sz w:val="20"/>
              </w:rPr>
              <w:t>[DD-MM-YYYY]</w:t>
            </w:r>
          </w:p>
        </w:tc>
      </w:tr>
      <w:tr>
        <w:tc>
          <w:tcPr>
            <w:tcW w:type="dxa" w:w="567"/>
          </w:tcPr>
          <w:p>
            <w:r>
              <w:rPr>
                <w:sz w:val="20"/>
              </w:rPr>
            </w:r>
          </w:p>
        </w:tc>
        <w:tc>
          <w:tcPr>
            <w:tcW w:type="dxa" w:w="5102"/>
          </w:tcPr>
          <w:p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567"/>
          </w:tcPr>
          <w:p>
            <w:r>
              <w:rPr>
                <w:sz w:val="20"/>
              </w:rPr>
            </w:r>
          </w:p>
        </w:tc>
        <w:tc>
          <w:tcPr>
            <w:tcW w:type="dxa" w:w="5102"/>
          </w:tcPr>
          <w:p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567"/>
          </w:tcPr>
          <w:p>
            <w:r>
              <w:rPr>
                <w:sz w:val="20"/>
              </w:rPr>
            </w:r>
          </w:p>
        </w:tc>
        <w:tc>
          <w:tcPr>
            <w:tcW w:type="dxa" w:w="5102"/>
          </w:tcPr>
          <w:p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>
              <w:rPr>
                <w:sz w:val="20"/>
              </w:rPr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/>
          <w:i w:val="0"/>
          <w:color w:val="2563EB"/>
        </w:rPr>
        <w:t>Our view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E8F0FE"/>
          </w:tcPr>
          <w:p>
            <w:r>
              <w:rPr>
                <w:b/>
                <w:sz w:val="20"/>
              </w:rPr>
              <w:t>Chance of winning</w:t>
            </w:r>
          </w:p>
        </w:tc>
        <w:tc>
          <w:tcPr>
            <w:tcW w:type="dxa" w:w="2409"/>
            <w:shd w:val="clear" w:color="auto" w:fill="FFF7D6"/>
          </w:tcPr>
          <w:p>
            <w:r>
              <w:rPr>
                <w:sz w:val="20"/>
              </w:rPr>
              <w:t>[Low / Medium / High]</w:t>
            </w:r>
          </w:p>
        </w:tc>
        <w:tc>
          <w:tcPr>
            <w:tcW w:type="dxa" w:w="2409"/>
            <w:shd w:val="clear" w:color="auto" w:fill="E8F0FE"/>
          </w:tcPr>
          <w:p>
            <w:r>
              <w:rPr>
                <w:b/>
                <w:sz w:val="20"/>
              </w:rPr>
              <w:t>Expected order value</w:t>
            </w:r>
          </w:p>
        </w:tc>
        <w:tc>
          <w:tcPr>
            <w:tcW w:type="dxa" w:w="2409"/>
            <w:shd w:val="clear" w:color="auto" w:fill="FFF7D6"/>
          </w:tcPr>
          <w:p>
            <w:r>
              <w:rPr>
                <w:sz w:val="20"/>
              </w:rPr>
              <w:t>[ ]</w:t>
            </w:r>
          </w:p>
        </w:tc>
      </w:tr>
      <w:tr>
        <w:tc>
          <w:tcPr>
            <w:tcW w:type="dxa" w:w="2409"/>
            <w:shd w:val="clear" w:color="auto" w:fill="E8F0FE"/>
          </w:tcPr>
          <w:p>
            <w:r>
              <w:rPr>
                <w:b/>
                <w:sz w:val="20"/>
              </w:rPr>
              <w:t>Expected decision date</w:t>
            </w:r>
          </w:p>
        </w:tc>
        <w:tc>
          <w:tcPr>
            <w:tcW w:type="dxa" w:w="2409"/>
            <w:shd w:val="clear" w:color="auto" w:fill="FFF7D6"/>
          </w:tcPr>
          <w:p>
            <w:r>
              <w:rPr>
                <w:sz w:val="20"/>
              </w:rPr>
              <w:t>[DD-MM-YYYY]</w:t>
            </w:r>
          </w:p>
        </w:tc>
        <w:tc>
          <w:tcPr>
            <w:tcW w:type="dxa" w:w="2409"/>
            <w:shd w:val="clear" w:color="auto" w:fill="E8F0FE"/>
          </w:tcPr>
          <w:p>
            <w:r>
              <w:rPr>
                <w:b/>
                <w:sz w:val="20"/>
              </w:rPr>
              <w:t>Next meeting</w:t>
            </w:r>
          </w:p>
        </w:tc>
        <w:tc>
          <w:tcPr>
            <w:tcW w:type="dxa" w:w="2409"/>
            <w:shd w:val="clear" w:color="auto" w:fill="FFF7D6"/>
          </w:tcPr>
          <w:p>
            <w:r>
              <w:rPr>
                <w:sz w:val="20"/>
              </w:rPr>
              <w:t>[DD-MM-YYYY]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/>
          <w:i w:val="0"/>
          <w:color w:val="2563EB"/>
        </w:rPr>
        <w:t>Internal notes (do not send to the customer)</w:t>
      </w:r>
    </w:p>
    <w:p>
      <w:pPr>
        <w:spacing w:after="360"/>
      </w:pPr>
      <w:r>
        <w:rPr>
          <w:b w:val="0"/>
          <w:i w:val="0"/>
        </w:rPr>
        <w:t>[Pricing room, risks, people to involve from our side]</w:t>
      </w:r>
    </w:p>
    <w:p>
      <w:pPr>
        <w:spacing w:after="80"/>
      </w:pPr>
      <w:r>
        <w:rPr>
          <w:b w:val="0"/>
          <w:i w:val="0"/>
        </w:rPr>
        <w:t>Shared with: ____________________     Date: ____________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4A3B8"/>
        <w:sz w:val="14"/>
      </w:rPr>
      <w:t>Template: Toolkit by GroupChatOn · toolkit.groupchaton.com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Nivesh Sahayak</Company>
  <LinksUpToDate>false</LinksUpToDate>
  <CharactersWithSpaces>0</CharactersWithSpaces>
  <SharedDoc>false</SharedDoc>
  <HyperlinkBase>https://www.niveshsahayak.in/</HyperlinkBase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Visit Report &amp; Meeting Notes (Word)</dc:title>
  <dc:subject>Free Word templates for field sales: a daily sales visit report with calls, orders, collections and travel, and customer meeting notes covering needs, budget, decision maker and next steps.</dc:subject>
  <dc:creator>Nivesh Sahayak</dc:creator>
  <cp:keywords>Toolkit by GroupChatOn</cp:keywords>
  <dc:description>From Toolkit by GroupChatOn (https://toolkit.groupchaton.com/sales/sales-visit-report-word/). Designed &amp; Developed by: Nivesh Sahayak (https://www.niveshsahayak.in/)</dc:description>
  <cp:lastModifiedBy>Nivesh Sahayak</cp:lastModifiedBy>
  <cp:revision>1</cp:revision>
  <dcterms:created xsi:type="dcterms:W3CDTF">2026-11-02T23:52:12Z</dcterms:created>
  <dcterms:modified xsi:type="dcterms:W3CDTF">2026-11-02T23:52:12Z</dcterms:modified>
  <cp:category/>
</cp:coreProperties>
</file>