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[Company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[Branch / office] · [Phone] · [email]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DAILY SALES VISIT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Salesperson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Territory / route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Travel by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[Bike / car / public transport]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Start reading (km)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End reading (km)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Day started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[time]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Day ended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[time]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Visits and calls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39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3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192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Customer and contact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Purpose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Outcome</w:t>
            </w:r>
          </w:p>
        </w:tc>
        <w:tc>
          <w:tcPr>
            <w:tcW w:type="dxa" w:w="1020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Order value</w:t>
            </w:r>
          </w:p>
        </w:tc>
        <w:tc>
          <w:tcPr>
            <w:tcW w:type="dxa" w:w="96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Collected</w:t>
            </w:r>
          </w:p>
        </w:tc>
        <w:tc>
          <w:tcPr>
            <w:tcW w:type="dxa" w:w="175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Next action and date</w:t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737"/>
          </w:tcPr>
          <w:p>
            <w:r>
              <w:rPr>
                <w:sz w:val="20"/>
              </w:rPr>
              <w:t>[10:15]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[Firm, contact person]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[Demo / follow-up / collection]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[What was agreed]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96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57"/>
          </w:tcPr>
          <w:p>
            <w:r>
              <w:rPr>
                <w:sz w:val="20"/>
              </w:rPr>
              <w:t>[Action, DD-MM]</w:t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7"/>
          </w:tcPr>
          <w:p>
            <w:r>
              <w:rPr>
                <w:sz w:val="20"/>
              </w:rPr>
            </w:r>
          </w:p>
        </w:tc>
        <w:tc>
          <w:tcPr>
            <w:tcW w:type="dxa" w:w="737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964"/>
          </w:tcPr>
          <w:p>
            <w:r>
              <w:rPr>
                <w:sz w:val="20"/>
              </w:rPr>
            </w:r>
          </w:p>
        </w:tc>
        <w:tc>
          <w:tcPr>
            <w:tcW w:type="dxa" w:w="175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Day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Calls planned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Calls made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New customers met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Orders booked (value)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Collections (amount)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Distance travelled (km)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Market and competitor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Competitor / brand</w:t>
            </w:r>
          </w:p>
        </w:tc>
        <w:tc>
          <w:tcPr>
            <w:tcW w:type="dxa" w:w="51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What we saw or heard (price, scheme, new product)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Where / which customer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Customer feedback and complaints</w:t>
      </w:r>
    </w:p>
    <w:p>
      <w:pPr>
        <w:spacing w:after="160"/>
      </w:pPr>
      <w:r>
        <w:rPr>
          <w:b w:val="0"/>
          <w:i w:val="0"/>
        </w:rPr>
        <w:t>[Product feedback, delivery problems, payment issues or requests to pass to the office]</w:t>
      </w:r>
    </w:p>
    <w:p>
      <w:pPr>
        <w:spacing w:after="80"/>
      </w:pPr>
      <w:r>
        <w:rPr>
          <w:b/>
          <w:i w:val="0"/>
          <w:color w:val="2563EB"/>
        </w:rPr>
        <w:t>Expenses for the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51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Fuel / fare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Food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Other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Total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Plan for tomorrow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9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Customer / area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Purpose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Support needed from the office</w:t>
      </w:r>
    </w:p>
    <w:p>
      <w:pPr>
        <w:spacing w:after="360"/>
      </w:pPr>
      <w:r>
        <w:rPr>
          <w:b w:val="0"/>
          <w:i w:val="0"/>
        </w:rPr>
        <w:t>[Samples, quotation approval, a technical visit, stock confirmation …]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br/>
              <w:br/>
              <w:t>____________________</w:t>
            </w:r>
          </w:p>
        </w:tc>
        <w:tc>
          <w:tcPr>
            <w:tcW w:type="dxa" w:w="4819"/>
          </w:tcPr>
          <w:p>
            <w:r>
              <w:br/>
              <w:br/>
              <w:t>____________________</w:t>
            </w:r>
          </w:p>
        </w:tc>
      </w:tr>
      <w:tr>
        <w:tc>
          <w:tcPr>
            <w:tcW w:type="dxa" w:w="4819"/>
          </w:tcPr>
          <w:p>
            <w:r>
              <w:t>Salesperson's signature</w:t>
            </w:r>
          </w:p>
        </w:tc>
        <w:tc>
          <w:tcPr>
            <w:tcW w:type="dxa" w:w="4819"/>
          </w:tcPr>
          <w:p>
            <w:r>
              <w:t>Manager's remarks and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Visit Report &amp; Meeting Notes (Word)</dc:title>
  <dc:subject>Free Word templates for field sales: a daily sales visit report with calls, orders, collections and travel, and customer meeting notes covering needs, budget, decision maker and next steps.</dc:subject>
  <dc:creator>Nivesh Sahayak</dc:creator>
  <cp:keywords>Toolkit by GroupChatOn</cp:keywords>
  <dc:description>From Toolkit by GroupChatOn (https://toolkit.groupchaton.com/sales/sales-visit-report-word/). Designed &amp; Developed by: Nivesh Sahayak (https://www.niveshsahayak.in/)</dc:description>
  <cp:lastModifiedBy>Nivesh Sahayak</cp:lastModifiedBy>
  <cp:revision>1</cp:revision>
  <dcterms:created xsi:type="dcterms:W3CDTF">2026-11-02T23:52:12Z</dcterms:created>
  <dcterms:modified xsi:type="dcterms:W3CDTF">2026-11-02T23:52:12Z</dcterms:modified>
  <cp:category/>
</cp:coreProperties>
</file>